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45CC5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7CB5411E" w:rsidR="00945CC5" w:rsidRDefault="00D21004">
            <w:pPr>
              <w:keepNext/>
              <w:jc w:val="center"/>
            </w:pPr>
            <w:r>
              <w:rPr>
                <w:i/>
                <w:noProof/>
                <w:color w:val="595959"/>
              </w:rPr>
              <w:drawing>
                <wp:anchor distT="0" distB="0" distL="1033145" distR="1033145" simplePos="0" relativeHeight="251659264" behindDoc="1" locked="0" layoutInCell="1" allowOverlap="1" wp14:anchorId="509016A1" wp14:editId="2BDE2FAB">
                  <wp:simplePos x="0" y="0"/>
                  <wp:positionH relativeFrom="margin">
                    <wp:posOffset>167640</wp:posOffset>
                  </wp:positionH>
                  <wp:positionV relativeFrom="paragraph">
                    <wp:posOffset>-809625</wp:posOffset>
                  </wp:positionV>
                  <wp:extent cx="597535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0659" y="21086"/>
                      <wp:lineTo x="20659" y="0"/>
                      <wp:lineTo x="0" y="0"/>
                    </wp:wrapPolygon>
                  </wp:wrapTight>
                  <wp:docPr id="1509950198" name="Picture 2" descr="stema 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a 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98AFA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968F80" w14:textId="7094FC3A" w:rsidR="00945CC5" w:rsidRPr="00D21004" w:rsidRDefault="00D21004" w:rsidP="00D21004">
            <w:pPr>
              <w:tabs>
                <w:tab w:val="center" w:pos="4513"/>
                <w:tab w:val="right" w:pos="9026"/>
              </w:tabs>
              <w:rPr>
                <w:b/>
                <w:sz w:val="22"/>
              </w:rPr>
            </w:pPr>
            <w:r w:rsidRPr="00C16509">
              <w:rPr>
                <w:b/>
                <w:sz w:val="22"/>
              </w:rPr>
              <w:t>BRAŞOV</w:t>
            </w:r>
          </w:p>
        </w:tc>
      </w:tr>
      <w:tr w:rsidR="00945CC5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945CC5" w:rsidRDefault="00945CC5"/>
        </w:tc>
        <w:tc>
          <w:tcPr>
            <w:tcW w:w="8030" w:type="dxa"/>
            <w:gridSpan w:val="3"/>
            <w:shd w:val="clear" w:color="auto" w:fill="F0F0F0"/>
          </w:tcPr>
          <w:p w14:paraId="1468B44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0FD8A1B9" w14:textId="119AB44D" w:rsidR="00945CC5" w:rsidRDefault="00D21004" w:rsidP="00D21004">
            <w:pPr>
              <w:keepNext/>
              <w:jc w:val="center"/>
            </w:pPr>
            <w:r w:rsidRPr="00C16509">
              <w:rPr>
                <w:b/>
                <w:sz w:val="24"/>
                <w:szCs w:val="24"/>
              </w:rPr>
              <w:t>COMUNA CRISTIAN</w:t>
            </w:r>
          </w:p>
        </w:tc>
      </w:tr>
      <w:tr w:rsidR="00945CC5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945CC5" w:rsidRDefault="00945CC5"/>
        </w:tc>
        <w:tc>
          <w:tcPr>
            <w:tcW w:w="2409" w:type="dxa"/>
            <w:shd w:val="clear" w:color="auto" w:fill="F0F0F0"/>
          </w:tcPr>
          <w:p w14:paraId="28EEF6CE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2A38C973" w:rsidR="00945CC5" w:rsidRPr="003E706D" w:rsidRDefault="00D21004">
            <w:pPr>
              <w:keepNext/>
              <w:rPr>
                <w:lang w:val="fr-FR"/>
              </w:rPr>
            </w:pPr>
            <w:r w:rsidRPr="00EA12E5">
              <w:rPr>
                <w:b/>
                <w:bCs/>
                <w:sz w:val="20"/>
                <w:szCs w:val="20"/>
                <w:lang w:val="fr-FR"/>
              </w:rPr>
              <w:t>4728369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039C0A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CB7EBB8" w14:textId="77777777" w:rsidR="00D21004" w:rsidRPr="004A0D27" w:rsidRDefault="00D21004" w:rsidP="00D21004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 w:rsidRPr="004A0D27">
              <w:rPr>
                <w:sz w:val="16"/>
                <w:szCs w:val="16"/>
              </w:rPr>
              <w:t xml:space="preserve">Strada </w:t>
            </w:r>
            <w:proofErr w:type="spellStart"/>
            <w:r w:rsidRPr="004A0D27">
              <w:rPr>
                <w:sz w:val="16"/>
                <w:szCs w:val="16"/>
              </w:rPr>
              <w:t>Piața</w:t>
            </w:r>
            <w:proofErr w:type="spellEnd"/>
            <w:r w:rsidRPr="004A0D27">
              <w:rPr>
                <w:sz w:val="16"/>
                <w:szCs w:val="16"/>
              </w:rPr>
              <w:t xml:space="preserve"> </w:t>
            </w:r>
            <w:proofErr w:type="spellStart"/>
            <w:r w:rsidRPr="004A0D27">
              <w:rPr>
                <w:sz w:val="16"/>
                <w:szCs w:val="16"/>
              </w:rPr>
              <w:t>Libertății</w:t>
            </w:r>
            <w:proofErr w:type="spellEnd"/>
            <w:r w:rsidRPr="004A0D27">
              <w:rPr>
                <w:sz w:val="16"/>
                <w:szCs w:val="16"/>
              </w:rPr>
              <w:t xml:space="preserve"> nr. 1, tel.: 0268/257376, </w:t>
            </w:r>
          </w:p>
          <w:p w14:paraId="3F728E3B" w14:textId="56DAB9EC" w:rsidR="00945CC5" w:rsidRDefault="00D21004" w:rsidP="00D21004">
            <w:pPr>
              <w:keepNext/>
            </w:pPr>
            <w:r w:rsidRPr="004A0D27">
              <w:rPr>
                <w:rFonts w:ascii="GoudyOlSt BT" w:hAnsi="GoudyOlSt BT"/>
                <w:sz w:val="16"/>
                <w:szCs w:val="16"/>
              </w:rPr>
              <w:t xml:space="preserve">e-mail: </w:t>
            </w:r>
            <w:hyperlink r:id="rId9" w:history="1">
              <w:r w:rsidRPr="004A0D27">
                <w:rPr>
                  <w:rStyle w:val="Hyperlink"/>
                  <w:rFonts w:ascii="GoudyOlSt BT" w:hAnsi="GoudyOlSt BT"/>
                  <w:color w:val="auto"/>
                  <w:sz w:val="16"/>
                  <w:szCs w:val="16"/>
                  <w:u w:val="none"/>
                </w:rPr>
                <w:t>registratura@primariacristian.ro</w:t>
              </w:r>
            </w:hyperlink>
            <w:r w:rsidRPr="004A0D27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4A0D27">
              <w:rPr>
                <w:rFonts w:ascii="GoudyOlSt BT" w:hAnsi="GoudyOlSt BT"/>
                <w:sz w:val="16"/>
                <w:szCs w:val="16"/>
              </w:rPr>
              <w:t>www.primariacristian.ro</w:t>
            </w:r>
            <w:r>
              <w:t xml:space="preserve"> </w:t>
            </w: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5121E520" w14:textId="7B341D6B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D21004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1959936D" w:rsidR="00945CC5" w:rsidRPr="003E706D" w:rsidRDefault="00D21004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Comunei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Cris</w:t>
            </w:r>
            <w:r>
              <w:rPr>
                <w:b/>
                <w:bCs/>
                <w:sz w:val="20"/>
                <w:szCs w:val="20"/>
                <w:lang w:val="fr-FR"/>
              </w:rPr>
              <w:t>t</w:t>
            </w:r>
            <w:r w:rsidRPr="00B044FB">
              <w:rPr>
                <w:b/>
                <w:bCs/>
                <w:sz w:val="20"/>
                <w:szCs w:val="20"/>
                <w:lang w:val="fr-FR"/>
              </w:rPr>
              <w:t>ian</w:t>
            </w: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r>
              <w:rPr>
                <w:b/>
                <w:color w:val="0D5F78"/>
              </w:rPr>
              <w:t xml:space="preserve">Termen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1AC2AC08" w:rsidR="00945CC5" w:rsidRDefault="00D21004">
            <w:pPr>
              <w:keepNext/>
            </w:pPr>
            <w:r w:rsidRPr="00B044FB">
              <w:rPr>
                <w:b/>
                <w:sz w:val="20"/>
                <w:szCs w:val="20"/>
              </w:rPr>
              <w:t>BRAŞOV</w:t>
            </w: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1579A3CD" w:rsidR="00945CC5" w:rsidRDefault="00D21004">
            <w:pPr>
              <w:keepNext/>
            </w:pPr>
            <w:r>
              <w:rPr>
                <w:b/>
                <w:sz w:val="20"/>
                <w:szCs w:val="20"/>
              </w:rPr>
              <w:t xml:space="preserve">COMUNA </w:t>
            </w:r>
            <w:r w:rsidRPr="00B044FB">
              <w:rPr>
                <w:b/>
                <w:sz w:val="20"/>
                <w:szCs w:val="20"/>
              </w:rPr>
              <w:t>CRISTIA</w:t>
            </w:r>
            <w:r>
              <w:rPr>
                <w:b/>
                <w:sz w:val="20"/>
                <w:szCs w:val="20"/>
              </w:rPr>
              <w:t>N</w:t>
            </w: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68D6ED1C" w:rsidR="00945CC5" w:rsidRDefault="00D21004">
            <w:pPr>
              <w:keepNext/>
            </w:pPr>
            <w:r w:rsidRPr="00B044FB">
              <w:rPr>
                <w:b/>
                <w:sz w:val="20"/>
                <w:szCs w:val="20"/>
              </w:rPr>
              <w:t>CRISTIA</w:t>
            </w:r>
            <w:r>
              <w:rPr>
                <w:b/>
                <w:sz w:val="20"/>
                <w:szCs w:val="20"/>
              </w:rPr>
              <w:t>N</w:t>
            </w: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arhitect / conductor arhitect / arhitect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ale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și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p w14:paraId="728BA85F" w14:textId="77777777" w:rsidR="00D21004" w:rsidRPr="00F83523" w:rsidRDefault="00D21004" w:rsidP="00D21004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r w:rsidRPr="00F83523">
        <w:rPr>
          <w:rFonts w:ascii="Arial" w:hAnsi="Arial" w:cs="Arial"/>
          <w:b/>
          <w:sz w:val="16"/>
          <w:szCs w:val="16"/>
        </w:rPr>
        <w:t>NOTĂ DE INFORMARE</w:t>
      </w:r>
    </w:p>
    <w:p w14:paraId="72C74AB5" w14:textId="77777777" w:rsidR="00D21004" w:rsidRPr="00F83523" w:rsidRDefault="00D21004" w:rsidP="00D21004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cadrul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Primăriei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Comunei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Cristian</w:t>
      </w:r>
    </w:p>
    <w:p w14:paraId="6289E7E1" w14:textId="77777777" w:rsidR="00D21004" w:rsidRDefault="00D21004" w:rsidP="00D21004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 w:rsidRPr="00F83523">
        <w:rPr>
          <w:rFonts w:cs="Times New Roman"/>
          <w:bCs/>
          <w:sz w:val="18"/>
          <w:szCs w:val="18"/>
        </w:rPr>
        <w:t>Primăria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Comunei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Cristian, </w:t>
      </w:r>
      <w:proofErr w:type="spellStart"/>
      <w:r w:rsidRPr="00F83523">
        <w:rPr>
          <w:rFonts w:cs="Times New Roman"/>
          <w:bCs/>
          <w:sz w:val="18"/>
          <w:szCs w:val="18"/>
        </w:rPr>
        <w:t>județul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Brașov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prezenta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mijloace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Pr="00F83523">
        <w:rPr>
          <w:rFonts w:cs="Times New Roman"/>
          <w:bCs/>
          <w:sz w:val="18"/>
          <w:szCs w:val="18"/>
        </w:rPr>
        <w:t>/</w:t>
      </w:r>
      <w:proofErr w:type="spellStart"/>
      <w:r w:rsidRPr="00F83523">
        <w:rPr>
          <w:rFonts w:cs="Times New Roman"/>
          <w:bCs/>
          <w:sz w:val="18"/>
          <w:szCs w:val="18"/>
        </w:rPr>
        <w:t>manuale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destinate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Pr="00F83523">
        <w:rPr>
          <w:rFonts w:cs="Times New Roman"/>
          <w:bCs/>
          <w:sz w:val="18"/>
          <w:szCs w:val="18"/>
        </w:rPr>
        <w:t>necesar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ne </w:t>
      </w:r>
      <w:proofErr w:type="spellStart"/>
      <w:r w:rsidRPr="00F83523">
        <w:rPr>
          <w:rFonts w:cs="Times New Roman"/>
          <w:bCs/>
          <w:sz w:val="18"/>
          <w:szCs w:val="18"/>
        </w:rPr>
        <w:t>furnizați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deoarece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refuzul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determină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destinate </w:t>
      </w:r>
      <w:proofErr w:type="spellStart"/>
      <w:r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către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Pr="00F83523">
        <w:rPr>
          <w:rFonts w:cs="Times New Roman"/>
          <w:bCs/>
          <w:sz w:val="18"/>
          <w:szCs w:val="18"/>
        </w:rPr>
        <w:t>dar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Pr="00F83523">
        <w:rPr>
          <w:rFonts w:cs="Times New Roman"/>
          <w:bCs/>
          <w:sz w:val="18"/>
          <w:szCs w:val="18"/>
        </w:rPr>
        <w:t>comunicate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altor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terți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baza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limitele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</w:t>
      </w:r>
      <w:proofErr w:type="spellStart"/>
      <w:r w:rsidRPr="00F83523">
        <w:rPr>
          <w:rFonts w:cs="Times New Roman"/>
          <w:bCs/>
          <w:sz w:val="18"/>
          <w:szCs w:val="18"/>
        </w:rPr>
        <w:t>păstrate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doar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perioada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necesară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care au </w:t>
      </w:r>
      <w:proofErr w:type="spellStart"/>
      <w:r w:rsidRPr="00F83523">
        <w:rPr>
          <w:rFonts w:cs="Times New Roman"/>
          <w:bCs/>
          <w:sz w:val="18"/>
          <w:szCs w:val="18"/>
        </w:rPr>
        <w:t>fost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colectate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vigoare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fizice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privește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libera </w:t>
      </w:r>
      <w:proofErr w:type="spellStart"/>
      <w:r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gramStart"/>
      <w:r w:rsidRPr="00F83523">
        <w:rPr>
          <w:rFonts w:cs="Times New Roman"/>
          <w:bCs/>
          <w:sz w:val="18"/>
          <w:szCs w:val="18"/>
        </w:rPr>
        <w:t>a</w:t>
      </w:r>
      <w:proofErr w:type="gram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acces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ștergerea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opoziție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nu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Pr="00F83523">
        <w:rPr>
          <w:rFonts w:cs="Times New Roman"/>
          <w:bCs/>
          <w:sz w:val="18"/>
          <w:szCs w:val="18"/>
        </w:rPr>
        <w:t>supus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unui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drepturi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puteți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scrisă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datată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semnată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sediul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primăriei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e-mail </w:t>
      </w:r>
      <w:hyperlink r:id="rId10" w:history="1">
        <w:r w:rsidRPr="00F83523">
          <w:rPr>
            <w:rStyle w:val="Hyperlink"/>
            <w:rFonts w:cs="Times New Roman"/>
            <w:bCs/>
            <w:sz w:val="18"/>
            <w:szCs w:val="18"/>
          </w:rPr>
          <w:t>registratura@primariacristian.ro</w:t>
        </w:r>
      </w:hyperlink>
      <w:r w:rsidRPr="00F83523">
        <w:rPr>
          <w:rFonts w:cs="Times New Roman"/>
          <w:bCs/>
          <w:sz w:val="18"/>
          <w:szCs w:val="18"/>
        </w:rPr>
        <w:t xml:space="preserve">. De </w:t>
      </w:r>
      <w:proofErr w:type="spellStart"/>
      <w:r w:rsidRPr="00F83523">
        <w:rPr>
          <w:rFonts w:cs="Times New Roman"/>
          <w:bCs/>
          <w:sz w:val="18"/>
          <w:szCs w:val="18"/>
        </w:rPr>
        <w:t>asemenea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este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recunoscut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justiției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nu sunt </w:t>
      </w:r>
      <w:proofErr w:type="spellStart"/>
      <w:r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</w:p>
    <w:p w14:paraId="5F9192C1" w14:textId="77777777" w:rsidR="00D21004" w:rsidRPr="00F83523" w:rsidRDefault="00D21004" w:rsidP="00D21004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6EB7E528" w14:textId="77777777" w:rsidR="00D21004" w:rsidRPr="004A0D27" w:rsidRDefault="00D21004" w:rsidP="00D21004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4A0D27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având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codul</w:t>
      </w:r>
      <w:proofErr w:type="spellEnd"/>
      <w:r w:rsidRPr="004A0D27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proofErr w:type="gramStart"/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,  </w:t>
      </w:r>
      <w:proofErr w:type="spellStart"/>
      <w:r w:rsidRPr="004A0D27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prin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pe propria </w:t>
      </w:r>
      <w:proofErr w:type="spellStart"/>
      <w:r w:rsidRPr="004A0D27">
        <w:rPr>
          <w:bCs/>
          <w:i/>
          <w:iCs/>
          <w:sz w:val="20"/>
          <w:szCs w:val="20"/>
        </w:rPr>
        <w:t>răspundere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toate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furnizate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și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consemnate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cerere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r w:rsidRPr="004A0D27">
        <w:rPr>
          <w:b/>
          <w:bCs/>
          <w:i/>
          <w:iCs/>
          <w:sz w:val="20"/>
          <w:szCs w:val="20"/>
        </w:rPr>
        <w:t xml:space="preserve">sunt </w:t>
      </w:r>
      <w:proofErr w:type="spellStart"/>
      <w:r w:rsidRPr="004A0D27">
        <w:rPr>
          <w:b/>
          <w:bCs/>
          <w:i/>
          <w:iCs/>
          <w:sz w:val="20"/>
          <w:szCs w:val="20"/>
        </w:rPr>
        <w:t>corecte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și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complete</w:t>
      </w:r>
      <w:r w:rsidRPr="004A0D27">
        <w:rPr>
          <w:bCs/>
          <w:i/>
          <w:iCs/>
          <w:sz w:val="20"/>
          <w:szCs w:val="20"/>
        </w:rPr>
        <w:t xml:space="preserve">. </w:t>
      </w:r>
      <w:proofErr w:type="spellStart"/>
      <w:r w:rsidRPr="004A0D27">
        <w:rPr>
          <w:bCs/>
          <w:i/>
          <w:iCs/>
          <w:sz w:val="20"/>
          <w:szCs w:val="20"/>
        </w:rPr>
        <w:t>Înțeleg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omisiunea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sau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incorectitudinea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prezentarea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documentelor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scopul</w:t>
      </w:r>
      <w:proofErr w:type="spellEnd"/>
      <w:r w:rsidRPr="004A0D27">
        <w:rPr>
          <w:bCs/>
          <w:i/>
          <w:iCs/>
          <w:sz w:val="20"/>
          <w:szCs w:val="20"/>
        </w:rPr>
        <w:t xml:space="preserve"> de </w:t>
      </w:r>
      <w:proofErr w:type="gramStart"/>
      <w:r w:rsidRPr="004A0D27">
        <w:rPr>
          <w:bCs/>
          <w:i/>
          <w:iCs/>
          <w:sz w:val="20"/>
          <w:szCs w:val="20"/>
        </w:rPr>
        <w:t>a</w:t>
      </w:r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obține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avantaje</w:t>
      </w:r>
      <w:proofErr w:type="spellEnd"/>
      <w:r w:rsidRPr="004A0D27">
        <w:rPr>
          <w:bCs/>
          <w:i/>
          <w:iCs/>
          <w:sz w:val="20"/>
          <w:szCs w:val="20"/>
        </w:rPr>
        <w:t xml:space="preserve"> se </w:t>
      </w:r>
      <w:proofErr w:type="spellStart"/>
      <w:r w:rsidRPr="004A0D27">
        <w:rPr>
          <w:bCs/>
          <w:i/>
          <w:iCs/>
          <w:sz w:val="20"/>
          <w:szCs w:val="20"/>
        </w:rPr>
        <w:t>pedepsește</w:t>
      </w:r>
      <w:proofErr w:type="spellEnd"/>
      <w:r w:rsidRPr="004A0D27">
        <w:rPr>
          <w:bCs/>
          <w:i/>
          <w:iCs/>
          <w:sz w:val="20"/>
          <w:szCs w:val="20"/>
        </w:rPr>
        <w:t xml:space="preserve"> conform </w:t>
      </w:r>
      <w:proofErr w:type="spellStart"/>
      <w:r w:rsidRPr="004A0D27">
        <w:rPr>
          <w:bCs/>
          <w:i/>
          <w:iCs/>
          <w:sz w:val="20"/>
          <w:szCs w:val="20"/>
        </w:rPr>
        <w:t>legii</w:t>
      </w:r>
      <w:proofErr w:type="spellEnd"/>
      <w:r w:rsidRPr="004A0D27">
        <w:rPr>
          <w:bCs/>
          <w:i/>
          <w:iCs/>
          <w:sz w:val="20"/>
          <w:szCs w:val="20"/>
        </w:rPr>
        <w:t>.</w:t>
      </w:r>
    </w:p>
    <w:p w14:paraId="1FDF10B7" w14:textId="77777777" w:rsidR="00D21004" w:rsidRPr="004A0D27" w:rsidRDefault="00D21004" w:rsidP="00D21004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r w:rsidRPr="004A0D27">
        <w:rPr>
          <w:rFonts w:cs="Times New Roman"/>
          <w:b/>
          <w:i/>
          <w:iCs/>
          <w:sz w:val="20"/>
          <w:szCs w:val="20"/>
        </w:rPr>
        <w:t xml:space="preserve">Prin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personal sunt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Comunei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Cristian,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4B910696" w14:textId="77777777" w:rsidR="00D21004" w:rsidRPr="004A0D27" w:rsidRDefault="00D21004" w:rsidP="00D21004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</w:t>
      </w:r>
      <w:r w:rsidRPr="004A0D27">
        <w:rPr>
          <w:bCs/>
          <w:i/>
          <w:iCs/>
          <w:sz w:val="20"/>
          <w:szCs w:val="20"/>
        </w:rPr>
        <w:t xml:space="preserve">Data ........, </w:t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  <w:t xml:space="preserve"> </w:t>
      </w:r>
      <w:r w:rsidRPr="004A0D27">
        <w:rPr>
          <w:bCs/>
          <w:i/>
          <w:iCs/>
          <w:sz w:val="20"/>
          <w:szCs w:val="20"/>
        </w:rPr>
        <w:sym w:font="Wingdings" w:char="F03F"/>
      </w:r>
      <w:r w:rsidRPr="004A0D27">
        <w:rPr>
          <w:bCs/>
          <w:i/>
          <w:iCs/>
          <w:sz w:val="20"/>
          <w:szCs w:val="20"/>
        </w:rPr>
        <w:t xml:space="preserve"> ......</w:t>
      </w:r>
      <w:r>
        <w:rPr>
          <w:bCs/>
          <w:i/>
          <w:iCs/>
          <w:sz w:val="20"/>
          <w:szCs w:val="20"/>
        </w:rPr>
        <w:t>.......</w:t>
      </w:r>
      <w:r w:rsidRPr="004A0D27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.....</w:t>
      </w:r>
      <w:r w:rsidRPr="004A0D27">
        <w:rPr>
          <w:bCs/>
          <w:i/>
          <w:iCs/>
          <w:sz w:val="20"/>
          <w:szCs w:val="20"/>
        </w:rPr>
        <w:t>...................</w:t>
      </w:r>
      <w:r w:rsidRPr="004A0D27">
        <w:rPr>
          <w:bCs/>
          <w:i/>
          <w:iCs/>
          <w:sz w:val="20"/>
          <w:szCs w:val="20"/>
          <w:vertAlign w:val="superscript"/>
        </w:rPr>
        <w:t>3</w:t>
      </w:r>
      <w:r w:rsidRPr="004A0D27">
        <w:rPr>
          <w:bCs/>
          <w:i/>
          <w:iCs/>
          <w:sz w:val="20"/>
          <w:szCs w:val="20"/>
        </w:rPr>
        <w:t xml:space="preserve"> </w:t>
      </w:r>
    </w:p>
    <w:p w14:paraId="15B6749F" w14:textId="77777777" w:rsidR="00D21004" w:rsidRPr="00A73A85" w:rsidRDefault="00D21004" w:rsidP="00D21004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13A4C038" w14:textId="77777777" w:rsidR="00D21004" w:rsidRPr="00D51051" w:rsidRDefault="00D21004" w:rsidP="00D21004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326EF09F" w14:textId="77777777" w:rsidR="00D21004" w:rsidRPr="00D51051" w:rsidRDefault="00D21004" w:rsidP="00D21004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6511DA27" w14:textId="77777777" w:rsidR="00D21004" w:rsidRPr="00F83523" w:rsidRDefault="00D21004" w:rsidP="00D21004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78EAF490" w14:textId="77777777" w:rsidR="00D21004" w:rsidRPr="00F83523" w:rsidRDefault="00D21004" w:rsidP="00D21004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legitim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p w14:paraId="198C349E" w14:textId="77777777" w:rsidR="00D21004" w:rsidRDefault="00D21004">
      <w:pPr>
        <w:spacing w:line="168" w:lineRule="auto"/>
      </w:pPr>
    </w:p>
    <w:sectPr w:rsidR="00D21004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1D693" w14:textId="77777777" w:rsidR="000F72C4" w:rsidRDefault="000F72C4">
      <w:r>
        <w:separator/>
      </w:r>
    </w:p>
  </w:endnote>
  <w:endnote w:type="continuationSeparator" w:id="0">
    <w:p w14:paraId="3C0AF824" w14:textId="77777777" w:rsidR="000F72C4" w:rsidRDefault="000F7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B899B" w14:textId="77777777" w:rsidR="000F72C4" w:rsidRDefault="000F72C4">
      <w:r>
        <w:separator/>
      </w:r>
    </w:p>
  </w:footnote>
  <w:footnote w:type="continuationSeparator" w:id="0">
    <w:p w14:paraId="1B4E61AD" w14:textId="77777777" w:rsidR="000F72C4" w:rsidRDefault="000F7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1297933">
    <w:abstractNumId w:val="8"/>
  </w:num>
  <w:num w:numId="2" w16cid:durableId="915826384">
    <w:abstractNumId w:val="6"/>
  </w:num>
  <w:num w:numId="3" w16cid:durableId="290936557">
    <w:abstractNumId w:val="5"/>
  </w:num>
  <w:num w:numId="4" w16cid:durableId="1885172995">
    <w:abstractNumId w:val="4"/>
  </w:num>
  <w:num w:numId="5" w16cid:durableId="1940522854">
    <w:abstractNumId w:val="7"/>
  </w:num>
  <w:num w:numId="6" w16cid:durableId="761219993">
    <w:abstractNumId w:val="3"/>
  </w:num>
  <w:num w:numId="7" w16cid:durableId="291404223">
    <w:abstractNumId w:val="2"/>
  </w:num>
  <w:num w:numId="8" w16cid:durableId="358362495">
    <w:abstractNumId w:val="1"/>
  </w:num>
  <w:num w:numId="9" w16cid:durableId="1021974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72C4"/>
    <w:rsid w:val="0015074B"/>
    <w:rsid w:val="0029639D"/>
    <w:rsid w:val="002F7EE8"/>
    <w:rsid w:val="00326F90"/>
    <w:rsid w:val="003E706D"/>
    <w:rsid w:val="004E6AFA"/>
    <w:rsid w:val="006C103E"/>
    <w:rsid w:val="00730580"/>
    <w:rsid w:val="00764C21"/>
    <w:rsid w:val="00945CC5"/>
    <w:rsid w:val="00A71320"/>
    <w:rsid w:val="00AA1D8D"/>
    <w:rsid w:val="00B47730"/>
    <w:rsid w:val="00C40E45"/>
    <w:rsid w:val="00CB0664"/>
    <w:rsid w:val="00D2100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D2100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gistratura@primariacristian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istratura@primariacristi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mihaela arhitect</cp:lastModifiedBy>
  <cp:revision>3</cp:revision>
  <cp:lastPrinted>2026-08-31T09:52:00Z</cp:lastPrinted>
  <dcterms:created xsi:type="dcterms:W3CDTF">2026-08-31T09:52:00Z</dcterms:created>
  <dcterms:modified xsi:type="dcterms:W3CDTF">2026-08-31T10:04:00Z</dcterms:modified>
  <cp:category/>
</cp:coreProperties>
</file>