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F7E84" w14:paraId="7B01B228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0FCAC3E8" w14:textId="7315FA95" w:rsidR="007F7E84" w:rsidRDefault="00437621">
            <w:pPr>
              <w:keepNext/>
              <w:jc w:val="center"/>
            </w:pPr>
            <w:r>
              <w:rPr>
                <w:i/>
                <w:noProof/>
                <w:color w:val="595959"/>
              </w:rPr>
              <w:drawing>
                <wp:anchor distT="0" distB="0" distL="1033145" distR="1033145" simplePos="0" relativeHeight="251659264" behindDoc="1" locked="0" layoutInCell="1" allowOverlap="1" wp14:anchorId="2D3B286E" wp14:editId="2AAD974F">
                  <wp:simplePos x="0" y="0"/>
                  <wp:positionH relativeFrom="margin">
                    <wp:posOffset>148590</wp:posOffset>
                  </wp:positionH>
                  <wp:positionV relativeFrom="paragraph">
                    <wp:posOffset>-876300</wp:posOffset>
                  </wp:positionV>
                  <wp:extent cx="597535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0659" y="21086"/>
                      <wp:lineTo x="20659" y="0"/>
                      <wp:lineTo x="0" y="0"/>
                    </wp:wrapPolygon>
                  </wp:wrapTight>
                  <wp:docPr id="1509950198" name="Picture 2" descr="stema 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a 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0CA489C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B5084C1" w14:textId="2CA5AF36" w:rsidR="007F7E84" w:rsidRDefault="00437621">
            <w:pPr>
              <w:keepNext/>
            </w:pPr>
            <w:r w:rsidRPr="00C16509">
              <w:rPr>
                <w:b/>
                <w:sz w:val="22"/>
              </w:rPr>
              <w:t>BRAŞOV</w:t>
            </w:r>
          </w:p>
        </w:tc>
      </w:tr>
      <w:tr w:rsidR="007F7E84" w14:paraId="0243A050" w14:textId="77777777">
        <w:trPr>
          <w:cantSplit/>
          <w:trHeight w:val="510"/>
        </w:trPr>
        <w:tc>
          <w:tcPr>
            <w:tcW w:w="1606" w:type="dxa"/>
            <w:vMerge/>
          </w:tcPr>
          <w:p w14:paraId="0B1CA4C4" w14:textId="77777777" w:rsidR="007F7E84" w:rsidRDefault="007F7E84"/>
        </w:tc>
        <w:tc>
          <w:tcPr>
            <w:tcW w:w="8030" w:type="dxa"/>
            <w:gridSpan w:val="3"/>
            <w:shd w:val="clear" w:color="auto" w:fill="F0F0F0"/>
          </w:tcPr>
          <w:p w14:paraId="64E9ACF9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739DA804" w14:textId="6B7FD21F" w:rsidR="007F7E84" w:rsidRDefault="00437621" w:rsidP="00437621">
            <w:pPr>
              <w:keepNext/>
              <w:jc w:val="center"/>
            </w:pPr>
            <w:r w:rsidRPr="00C16509">
              <w:rPr>
                <w:b/>
                <w:sz w:val="24"/>
                <w:szCs w:val="24"/>
              </w:rPr>
              <w:t>COMUNA CRISTIAN</w:t>
            </w:r>
          </w:p>
        </w:tc>
      </w:tr>
      <w:tr w:rsidR="007F7E84" w14:paraId="51DCFD60" w14:textId="77777777">
        <w:trPr>
          <w:cantSplit/>
          <w:trHeight w:val="510"/>
        </w:trPr>
        <w:tc>
          <w:tcPr>
            <w:tcW w:w="1606" w:type="dxa"/>
            <w:vMerge/>
          </w:tcPr>
          <w:p w14:paraId="7769BE1A" w14:textId="77777777" w:rsidR="007F7E84" w:rsidRDefault="007F7E84"/>
        </w:tc>
        <w:tc>
          <w:tcPr>
            <w:tcW w:w="2409" w:type="dxa"/>
            <w:shd w:val="clear" w:color="auto" w:fill="F0F0F0"/>
          </w:tcPr>
          <w:p w14:paraId="2EAEEF9F" w14:textId="77777777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(CIF)</w:t>
            </w:r>
          </w:p>
          <w:p w14:paraId="082B8134" w14:textId="5081AA6F" w:rsidR="007F7E84" w:rsidRPr="00243AD6" w:rsidRDefault="00437621">
            <w:pPr>
              <w:keepNext/>
              <w:rPr>
                <w:lang w:val="fr-FR"/>
              </w:rPr>
            </w:pPr>
            <w:r w:rsidRPr="00EA12E5">
              <w:rPr>
                <w:b/>
                <w:bCs/>
                <w:sz w:val="20"/>
                <w:szCs w:val="20"/>
                <w:lang w:val="fr-FR"/>
              </w:rPr>
              <w:t>4728369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8086496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7D83A857" w14:textId="77777777" w:rsidR="00437621" w:rsidRPr="004A0D27" w:rsidRDefault="00437621" w:rsidP="00437621">
            <w:pPr>
              <w:tabs>
                <w:tab w:val="center" w:pos="4513"/>
                <w:tab w:val="right" w:pos="9026"/>
              </w:tabs>
              <w:rPr>
                <w:sz w:val="16"/>
                <w:szCs w:val="16"/>
              </w:rPr>
            </w:pPr>
            <w:r w:rsidRPr="004A0D27">
              <w:rPr>
                <w:sz w:val="16"/>
                <w:szCs w:val="16"/>
              </w:rPr>
              <w:t xml:space="preserve">Strada </w:t>
            </w:r>
            <w:proofErr w:type="spellStart"/>
            <w:r w:rsidRPr="004A0D27">
              <w:rPr>
                <w:sz w:val="16"/>
                <w:szCs w:val="16"/>
              </w:rPr>
              <w:t>Piața</w:t>
            </w:r>
            <w:proofErr w:type="spellEnd"/>
            <w:r w:rsidRPr="004A0D27">
              <w:rPr>
                <w:sz w:val="16"/>
                <w:szCs w:val="16"/>
              </w:rPr>
              <w:t xml:space="preserve"> </w:t>
            </w:r>
            <w:proofErr w:type="spellStart"/>
            <w:r w:rsidRPr="004A0D27">
              <w:rPr>
                <w:sz w:val="16"/>
                <w:szCs w:val="16"/>
              </w:rPr>
              <w:t>Libertății</w:t>
            </w:r>
            <w:proofErr w:type="spellEnd"/>
            <w:r w:rsidRPr="004A0D27">
              <w:rPr>
                <w:sz w:val="16"/>
                <w:szCs w:val="16"/>
              </w:rPr>
              <w:t xml:space="preserve"> nr. 1, tel.: 0268/257376, </w:t>
            </w:r>
          </w:p>
          <w:p w14:paraId="4CCF903B" w14:textId="3EDDFB7B" w:rsidR="007F7E84" w:rsidRDefault="00437621" w:rsidP="00437621">
            <w:pPr>
              <w:keepNext/>
            </w:pPr>
            <w:r w:rsidRPr="004A0D27">
              <w:rPr>
                <w:rFonts w:ascii="GoudyOlSt BT" w:hAnsi="GoudyOlSt BT"/>
                <w:sz w:val="16"/>
                <w:szCs w:val="16"/>
              </w:rPr>
              <w:t xml:space="preserve">e-mail: </w:t>
            </w:r>
            <w:hyperlink r:id="rId9" w:history="1">
              <w:r w:rsidRPr="004A0D27">
                <w:rPr>
                  <w:rStyle w:val="Hyperlink"/>
                  <w:rFonts w:ascii="GoudyOlSt BT" w:hAnsi="GoudyOlSt BT"/>
                  <w:color w:val="auto"/>
                  <w:sz w:val="16"/>
                  <w:szCs w:val="16"/>
                  <w:u w:val="none"/>
                </w:rPr>
                <w:t>registratura@primariacristian.ro</w:t>
              </w:r>
            </w:hyperlink>
            <w:r w:rsidRPr="004A0D27">
              <w:rPr>
                <w:rFonts w:ascii="GoudyOlSt BT" w:hAnsi="GoudyOlSt BT"/>
                <w:color w:val="4472C4"/>
                <w:sz w:val="16"/>
                <w:szCs w:val="16"/>
              </w:rPr>
              <w:t xml:space="preserve">, </w:t>
            </w:r>
            <w:r w:rsidRPr="004A0D27">
              <w:rPr>
                <w:rFonts w:ascii="GoudyOlSt BT" w:hAnsi="GoudyOlSt BT"/>
                <w:sz w:val="16"/>
                <w:szCs w:val="16"/>
              </w:rPr>
              <w:t>www.primariacristian.ro</w:t>
            </w:r>
            <w:r>
              <w:t xml:space="preserve"> </w:t>
            </w:r>
          </w:p>
        </w:tc>
      </w:tr>
      <w:tr w:rsidR="007F7E84" w14:paraId="2C98000D" w14:textId="77777777">
        <w:trPr>
          <w:cantSplit/>
          <w:trHeight w:val="510"/>
        </w:trPr>
        <w:tc>
          <w:tcPr>
            <w:tcW w:w="1606" w:type="dxa"/>
            <w:vMerge/>
          </w:tcPr>
          <w:p w14:paraId="25F132D4" w14:textId="77777777" w:rsidR="007F7E84" w:rsidRDefault="007F7E84"/>
        </w:tc>
        <w:tc>
          <w:tcPr>
            <w:tcW w:w="4818" w:type="dxa"/>
            <w:gridSpan w:val="2"/>
            <w:shd w:val="clear" w:color="auto" w:fill="F0F0F0"/>
          </w:tcPr>
          <w:p w14:paraId="3137B886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1AEA76C" w14:textId="77777777" w:rsidR="007F7E84" w:rsidRDefault="007F7E8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459C3A8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2B3F3AC" w14:textId="77777777" w:rsidR="007F7E84" w:rsidRDefault="007F7E84">
            <w:pPr>
              <w:keepNext/>
            </w:pPr>
          </w:p>
        </w:tc>
      </w:tr>
      <w:tr w:rsidR="007F7E84" w:rsidRPr="00505208" w14:paraId="5B92F3F6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E46C225" w14:textId="77777777" w:rsidR="007F7E84" w:rsidRPr="00243AD6" w:rsidRDefault="00000000">
            <w:pPr>
              <w:rPr>
                <w:lang w:val="fr-FR"/>
              </w:rPr>
            </w:pPr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243AD6">
              <w:rPr>
                <w:i/>
                <w:color w:val="595959"/>
                <w:lang w:val="fr-FR"/>
              </w:rPr>
              <w:t>se</w:t>
            </w:r>
            <w:proofErr w:type="gram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scrie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în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2FA5FB23" w14:textId="77777777" w:rsidR="007F7E84" w:rsidRPr="00243AD6" w:rsidRDefault="007F7E84">
      <w:pPr>
        <w:spacing w:line="168" w:lineRule="auto"/>
        <w:rPr>
          <w:lang w:val="fr-FR"/>
        </w:rPr>
      </w:pPr>
    </w:p>
    <w:p w14:paraId="0DA02E3B" w14:textId="77777777" w:rsidR="007F7E84" w:rsidRDefault="00000000">
      <w:pPr>
        <w:spacing w:before="140" w:after="40"/>
        <w:jc w:val="center"/>
      </w:pPr>
      <w:r>
        <w:rPr>
          <w:b/>
          <w:sz w:val="34"/>
        </w:rPr>
        <w:t>CERERE</w:t>
      </w:r>
    </w:p>
    <w:p w14:paraId="6D7AC252" w14:textId="77777777" w:rsidR="007F7E84" w:rsidRDefault="007F7E8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055C8110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DACD7" w14:textId="77777777" w:rsidR="007F7E8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F7E84" w:rsidRPr="00505208" w14:paraId="312FDBCD" w14:textId="77777777">
        <w:trPr>
          <w:cantSplit/>
          <w:trHeight w:val="510"/>
        </w:trPr>
        <w:tc>
          <w:tcPr>
            <w:tcW w:w="9636" w:type="dxa"/>
          </w:tcPr>
          <w:p w14:paraId="6A8A84AF" w14:textId="6FE69088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Instituția</w:t>
            </w:r>
            <w:proofErr w:type="spellEnd"/>
            <w:r w:rsidR="0043762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comunei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sector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F112E73" w14:textId="7B43B3B4" w:rsidR="007F7E84" w:rsidRPr="00243AD6" w:rsidRDefault="00437621">
            <w:pPr>
              <w:keepNext/>
              <w:rPr>
                <w:lang w:val="fr-FR"/>
              </w:rPr>
            </w:pP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Comunei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Cris</w:t>
            </w:r>
            <w:r>
              <w:rPr>
                <w:b/>
                <w:bCs/>
                <w:sz w:val="20"/>
                <w:szCs w:val="20"/>
                <w:lang w:val="fr-FR"/>
              </w:rPr>
              <w:t>t</w:t>
            </w:r>
            <w:r w:rsidRPr="00B044FB">
              <w:rPr>
                <w:b/>
                <w:bCs/>
                <w:sz w:val="20"/>
                <w:szCs w:val="20"/>
                <w:lang w:val="fr-FR"/>
              </w:rPr>
              <w:t>ian</w:t>
            </w:r>
          </w:p>
        </w:tc>
      </w:tr>
      <w:tr w:rsidR="007F7E84" w:rsidRPr="00505208" w14:paraId="49FA6A50" w14:textId="77777777">
        <w:trPr>
          <w:cantSplit/>
        </w:trPr>
        <w:tc>
          <w:tcPr>
            <w:tcW w:w="9636" w:type="dxa"/>
            <w:shd w:val="clear" w:color="auto" w:fill="F4F4F4"/>
          </w:tcPr>
          <w:p w14:paraId="14102224" w14:textId="77777777" w:rsidR="007F7E84" w:rsidRPr="00243AD6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lang w:val="fr-FR"/>
              </w:rPr>
              <w:t>Cererea</w:t>
            </w:r>
            <w:proofErr w:type="spellEnd"/>
            <w:r w:rsidRPr="00243AD6">
              <w:rPr>
                <w:lang w:val="fr-FR"/>
              </w:rPr>
              <w:t xml:space="preserve"> va fi </w:t>
            </w:r>
            <w:proofErr w:type="spellStart"/>
            <w:r w:rsidRPr="00243AD6">
              <w:rPr>
                <w:lang w:val="fr-FR"/>
              </w:rPr>
              <w:t>transmisă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către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președintele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consiliului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județean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general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de </w:t>
            </w:r>
            <w:proofErr w:type="spellStart"/>
            <w:r w:rsidRPr="00243AD6">
              <w:rPr>
                <w:lang w:val="fr-FR"/>
              </w:rPr>
              <w:t>sector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sau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municipiului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orașului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comunei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după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caz</w:t>
            </w:r>
            <w:proofErr w:type="spellEnd"/>
            <w:r w:rsidRPr="00243AD6">
              <w:rPr>
                <w:lang w:val="fr-FR"/>
              </w:rPr>
              <w:t>.</w:t>
            </w:r>
          </w:p>
        </w:tc>
      </w:tr>
    </w:tbl>
    <w:p w14:paraId="26CD517C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F7E84" w14:paraId="19CFF21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DBBD465" w14:textId="77777777" w:rsidR="007F7E84" w:rsidRDefault="00000000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F7E84" w14:paraId="52A7E1F8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9866C09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4EB8AC3" w14:textId="77777777" w:rsidR="007F7E84" w:rsidRDefault="007F7E84">
            <w:pPr>
              <w:keepNext/>
            </w:pPr>
          </w:p>
        </w:tc>
        <w:tc>
          <w:tcPr>
            <w:tcW w:w="4015" w:type="dxa"/>
            <w:gridSpan w:val="3"/>
          </w:tcPr>
          <w:p w14:paraId="2B370720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9191782" w14:textId="77777777" w:rsidR="007F7E84" w:rsidRDefault="007F7E84">
            <w:pPr>
              <w:keepNext/>
            </w:pPr>
          </w:p>
        </w:tc>
      </w:tr>
      <w:tr w:rsidR="007F7E84" w14:paraId="1D5BB24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94B7CC" w14:textId="77777777" w:rsidR="007F7E84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7F7E84" w14:paraId="229F2206" w14:textId="77777777">
        <w:trPr>
          <w:cantSplit/>
          <w:trHeight w:val="510"/>
        </w:trPr>
        <w:tc>
          <w:tcPr>
            <w:tcW w:w="1606" w:type="dxa"/>
          </w:tcPr>
          <w:p w14:paraId="61D304DD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76E7F87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51F57CD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7E7833C1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5"/>
          </w:tcPr>
          <w:p w14:paraId="64665C9C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5FBC349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67F8F99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6B4D6BE" w14:textId="77777777" w:rsidR="007F7E84" w:rsidRDefault="007F7E84">
            <w:pPr>
              <w:keepNext/>
            </w:pPr>
          </w:p>
        </w:tc>
      </w:tr>
      <w:tr w:rsidR="007F7E84" w14:paraId="7F0BAC5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DE90257" w14:textId="77777777" w:rsidR="007F7E84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7F7E84" w14:paraId="7EB0CBB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DFF659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3FAA5B4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4"/>
          </w:tcPr>
          <w:p w14:paraId="11B39720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1B96AF6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31492C05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F2A8EAF" w14:textId="77777777" w:rsidR="007F7E84" w:rsidRDefault="007F7E84">
            <w:pPr>
              <w:keepNext/>
            </w:pPr>
          </w:p>
        </w:tc>
      </w:tr>
      <w:tr w:rsidR="007F7E84" w14:paraId="05FD705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849DF2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DAC4505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54E0D789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0B99363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7A581707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784E1F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4259C85D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9686E1B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0654BEE1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7C2B72A2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29D9BA32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C8E80F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567B3D66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50EF4380" w14:textId="77777777" w:rsidR="007F7E84" w:rsidRDefault="007F7E84">
            <w:pPr>
              <w:keepNext/>
            </w:pPr>
          </w:p>
        </w:tc>
      </w:tr>
      <w:tr w:rsidR="007F7E84" w14:paraId="368088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CBE0EB" w14:textId="77777777" w:rsidR="007F7E8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F7E84" w14:paraId="0E1801D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BFC2E53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48A1E7D" w14:textId="77777777" w:rsidR="007F7E84" w:rsidRDefault="007F7E84">
            <w:pPr>
              <w:keepNext/>
            </w:pPr>
          </w:p>
        </w:tc>
        <w:tc>
          <w:tcPr>
            <w:tcW w:w="5621" w:type="dxa"/>
            <w:gridSpan w:val="5"/>
          </w:tcPr>
          <w:p w14:paraId="11C07076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EA72A8C" w14:textId="77777777" w:rsidR="007F7E84" w:rsidRDefault="007F7E84">
            <w:pPr>
              <w:keepNext/>
            </w:pPr>
          </w:p>
        </w:tc>
      </w:tr>
      <w:tr w:rsidR="007F7E84" w14:paraId="5D9688D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0C86A7" w14:textId="77777777" w:rsidR="007F7E84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7F7E84" w14:paraId="60ABE85B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30B6CB9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1856FB42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5BF1C4CD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6517E4A8" w14:textId="77777777" w:rsidR="007F7E84" w:rsidRDefault="007F7E84">
            <w:pPr>
              <w:keepNext/>
            </w:pPr>
          </w:p>
        </w:tc>
      </w:tr>
      <w:tr w:rsidR="007F7E84" w:rsidRPr="00505208" w14:paraId="4E3D7D48" w14:textId="77777777">
        <w:trPr>
          <w:cantSplit/>
        </w:trPr>
        <w:tc>
          <w:tcPr>
            <w:tcW w:w="9636" w:type="dxa"/>
            <w:gridSpan w:val="8"/>
          </w:tcPr>
          <w:p w14:paraId="3DFDD768" w14:textId="77777777" w:rsidR="007F7E84" w:rsidRPr="00243AD6" w:rsidRDefault="00000000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titular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dreptului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proprietate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împuternicit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27FC1E75" w14:textId="77777777" w:rsidR="007F7E84" w:rsidRPr="00243AD6" w:rsidRDefault="007F7E84">
      <w:pPr>
        <w:spacing w:line="168" w:lineRule="auto"/>
        <w:rPr>
          <w:lang w:val="fr-FR"/>
        </w:rPr>
      </w:pPr>
    </w:p>
    <w:p w14:paraId="43AABD16" w14:textId="77777777" w:rsidR="007F7E84" w:rsidRPr="00243AD6" w:rsidRDefault="00000000" w:rsidP="00243AD6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43AD6">
        <w:rPr>
          <w:sz w:val="18"/>
          <w:lang w:val="fr-FR"/>
        </w:rPr>
        <w:t>în</w:t>
      </w:r>
      <w:proofErr w:type="spellEnd"/>
      <w:proofErr w:type="gram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conformitate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cu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secțiunea</w:t>
      </w:r>
      <w:proofErr w:type="spellEnd"/>
      <w:r w:rsidRPr="00243AD6">
        <w:rPr>
          <w:sz w:val="18"/>
          <w:lang w:val="fr-FR"/>
        </w:rPr>
        <w:t xml:space="preserve"> a 4-a </w:t>
      </w:r>
      <w:proofErr w:type="spellStart"/>
      <w:r w:rsidRPr="00243AD6">
        <w:rPr>
          <w:sz w:val="18"/>
          <w:lang w:val="fr-FR"/>
        </w:rPr>
        <w:t>din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Legea</w:t>
      </w:r>
      <w:proofErr w:type="spellEnd"/>
      <w:r w:rsidRPr="00243AD6">
        <w:rPr>
          <w:sz w:val="18"/>
          <w:lang w:val="fr-FR"/>
        </w:rPr>
        <w:t xml:space="preserve"> nr. 169/2026 </w:t>
      </w:r>
      <w:proofErr w:type="spellStart"/>
      <w:r w:rsidRPr="00243AD6">
        <w:rPr>
          <w:sz w:val="18"/>
          <w:lang w:val="fr-FR"/>
        </w:rPr>
        <w:t>privind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Codul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amenajării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teritoriului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urbanismului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și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construcțiilor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în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temeiul</w:t>
      </w:r>
      <w:proofErr w:type="spellEnd"/>
      <w:r w:rsidRPr="00243AD6">
        <w:rPr>
          <w:sz w:val="18"/>
          <w:lang w:val="fr-FR"/>
        </w:rPr>
        <w:t xml:space="preserve"> art. 301, </w:t>
      </w:r>
      <w:proofErr w:type="spellStart"/>
      <w:r w:rsidRPr="00243AD6">
        <w:rPr>
          <w:sz w:val="18"/>
          <w:lang w:val="fr-FR"/>
        </w:rPr>
        <w:t>solicit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emiterea</w:t>
      </w:r>
      <w:proofErr w:type="spellEnd"/>
    </w:p>
    <w:p w14:paraId="04BB4E9A" w14:textId="77777777" w:rsidR="007F7E84" w:rsidRDefault="00000000">
      <w:pPr>
        <w:spacing w:after="160"/>
        <w:jc w:val="center"/>
      </w:pPr>
      <w:r>
        <w:rPr>
          <w:b/>
          <w:sz w:val="20"/>
        </w:rPr>
        <w:t>AUTORIZAȚIEI DE REGULARIZARE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7F7E84" w14:paraId="778BF29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0C31867" w14:textId="77777777" w:rsidR="007F7E84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7F7E84" w14:paraId="5C043146" w14:textId="77777777">
        <w:trPr>
          <w:cantSplit/>
        </w:trPr>
        <w:tc>
          <w:tcPr>
            <w:tcW w:w="9636" w:type="dxa"/>
            <w:gridSpan w:val="6"/>
          </w:tcPr>
          <w:p w14:paraId="4EE5ABFF" w14:textId="77777777" w:rsidR="007F7E84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7F7E84" w14:paraId="0166EE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7E329E4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0CAD30A" w14:textId="0FD7FFB3" w:rsidR="007F7E84" w:rsidRDefault="00437621">
            <w:pPr>
              <w:keepNext/>
            </w:pPr>
            <w:r w:rsidRPr="00B044FB">
              <w:rPr>
                <w:b/>
                <w:sz w:val="20"/>
                <w:szCs w:val="20"/>
              </w:rPr>
              <w:t>BRAŞOV</w:t>
            </w:r>
          </w:p>
        </w:tc>
        <w:tc>
          <w:tcPr>
            <w:tcW w:w="3212" w:type="dxa"/>
            <w:gridSpan w:val="2"/>
          </w:tcPr>
          <w:p w14:paraId="100EFDDA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2D5828" w14:textId="6BBA9467" w:rsidR="007F7E84" w:rsidRDefault="00437621">
            <w:pPr>
              <w:keepNext/>
            </w:pPr>
            <w:r>
              <w:rPr>
                <w:b/>
                <w:sz w:val="20"/>
                <w:szCs w:val="20"/>
              </w:rPr>
              <w:t xml:space="preserve">COMUNA </w:t>
            </w:r>
            <w:r w:rsidRPr="00B044FB">
              <w:rPr>
                <w:b/>
                <w:sz w:val="20"/>
                <w:szCs w:val="20"/>
              </w:rPr>
              <w:t>CRISTIA</w:t>
            </w:r>
            <w:r>
              <w:rPr>
                <w:b/>
                <w:sz w:val="20"/>
                <w:szCs w:val="20"/>
              </w:rPr>
              <w:t>N</w:t>
            </w:r>
          </w:p>
        </w:tc>
        <w:tc>
          <w:tcPr>
            <w:tcW w:w="3212" w:type="dxa"/>
            <w:gridSpan w:val="2"/>
          </w:tcPr>
          <w:p w14:paraId="289BC6B5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B22CEDD" w14:textId="65E0B5E7" w:rsidR="007F7E84" w:rsidRDefault="00437621">
            <w:pPr>
              <w:keepNext/>
            </w:pPr>
            <w:r w:rsidRPr="00B044FB">
              <w:rPr>
                <w:b/>
                <w:sz w:val="20"/>
                <w:szCs w:val="20"/>
              </w:rPr>
              <w:t>CRISTIA</w:t>
            </w:r>
            <w:r>
              <w:rPr>
                <w:b/>
                <w:sz w:val="20"/>
                <w:szCs w:val="20"/>
              </w:rPr>
              <w:t>N</w:t>
            </w:r>
          </w:p>
        </w:tc>
      </w:tr>
      <w:tr w:rsidR="007F7E84" w14:paraId="313FABC9" w14:textId="77777777">
        <w:trPr>
          <w:cantSplit/>
          <w:trHeight w:val="510"/>
        </w:trPr>
        <w:tc>
          <w:tcPr>
            <w:tcW w:w="1606" w:type="dxa"/>
          </w:tcPr>
          <w:p w14:paraId="64DB1B4C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4B31EA8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3"/>
          </w:tcPr>
          <w:p w14:paraId="26ABF57D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DF589D0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3FB4BC64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3AC1B47" w14:textId="77777777" w:rsidR="007F7E84" w:rsidRDefault="007F7E84">
            <w:pPr>
              <w:keepNext/>
            </w:pPr>
          </w:p>
        </w:tc>
        <w:tc>
          <w:tcPr>
            <w:tcW w:w="2409" w:type="dxa"/>
          </w:tcPr>
          <w:p w14:paraId="4C9F2931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0FC11B3" w14:textId="77777777" w:rsidR="007F7E84" w:rsidRDefault="007F7E84">
            <w:pPr>
              <w:keepNext/>
            </w:pPr>
          </w:p>
        </w:tc>
      </w:tr>
      <w:tr w:rsidR="007F7E84" w14:paraId="4C28B057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72AE1ADA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Număr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cadastral</w:t>
            </w:r>
          </w:p>
          <w:p w14:paraId="1C491F6C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e-Terra</w:t>
            </w:r>
          </w:p>
          <w:p w14:paraId="3C474063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47DDAC1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B3DC7D9" w14:textId="77777777" w:rsidR="007F7E84" w:rsidRDefault="007F7E84">
            <w:pPr>
              <w:keepNext/>
            </w:pPr>
          </w:p>
        </w:tc>
      </w:tr>
      <w:tr w:rsidR="007F7E84" w14:paraId="70D49130" w14:textId="77777777">
        <w:trPr>
          <w:cantSplit/>
        </w:trPr>
        <w:tc>
          <w:tcPr>
            <w:tcW w:w="9636" w:type="dxa"/>
            <w:gridSpan w:val="6"/>
          </w:tcPr>
          <w:p w14:paraId="5001D1A5" w14:textId="77777777" w:rsidR="007F7E84" w:rsidRDefault="00000000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2335E80A" w14:textId="1B6EA979" w:rsidR="007F7E84" w:rsidRDefault="007F7E84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148091AF" w14:textId="77777777">
        <w:trPr>
          <w:cantSplit/>
        </w:trPr>
        <w:tc>
          <w:tcPr>
            <w:tcW w:w="9636" w:type="dxa"/>
            <w:shd w:val="clear" w:color="auto" w:fill="F4F4F4"/>
          </w:tcPr>
          <w:p w14:paraId="66137BC8" w14:textId="77777777" w:rsidR="007F7E84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SITUAȚIA CONSTRUCȚIEI</w:t>
            </w:r>
          </w:p>
        </w:tc>
      </w:tr>
      <w:tr w:rsidR="007F7E84" w:rsidRPr="00505208" w14:paraId="727F54F8" w14:textId="77777777">
        <w:trPr>
          <w:cantSplit/>
        </w:trPr>
        <w:tc>
          <w:tcPr>
            <w:tcW w:w="9636" w:type="dxa"/>
          </w:tcPr>
          <w:p w14:paraId="23619AE0" w14:textId="77777777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FĂRĂ </w:t>
            </w:r>
            <w:proofErr w:type="spellStart"/>
            <w:r w:rsidRPr="00243AD6">
              <w:rPr>
                <w:sz w:val="16"/>
                <w:lang w:val="fr-FR"/>
              </w:rPr>
              <w:t>autorizație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    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CU NERESPECTAREA </w:t>
            </w:r>
            <w:proofErr w:type="spellStart"/>
            <w:r w:rsidRPr="00243AD6">
              <w:rPr>
                <w:sz w:val="16"/>
                <w:lang w:val="fr-FR"/>
              </w:rPr>
              <w:t>autorizației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</w:t>
            </w:r>
          </w:p>
        </w:tc>
      </w:tr>
      <w:tr w:rsidR="007F7E84" w:rsidRPr="00505208" w14:paraId="6A13FF02" w14:textId="77777777">
        <w:trPr>
          <w:cantSplit/>
          <w:trHeight w:val="510"/>
        </w:trPr>
        <w:tc>
          <w:tcPr>
            <w:tcW w:w="9636" w:type="dxa"/>
          </w:tcPr>
          <w:p w14:paraId="19EBA6E1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Autorizația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nerespectată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nr. / data /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emitent</w:t>
            </w:r>
            <w:proofErr w:type="spellEnd"/>
          </w:p>
          <w:p w14:paraId="006DD817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este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11078F60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 w14:paraId="36617DBD" w14:textId="77777777">
        <w:trPr>
          <w:cantSplit/>
        </w:trPr>
        <w:tc>
          <w:tcPr>
            <w:tcW w:w="9636" w:type="dxa"/>
            <w:shd w:val="clear" w:color="auto" w:fill="F4F4F4"/>
          </w:tcPr>
          <w:p w14:paraId="1C2AF0B8" w14:textId="77777777" w:rsidR="007F7E84" w:rsidRDefault="00000000">
            <w:pPr>
              <w:keepNext/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Încadrarea</w:t>
            </w:r>
            <w:proofErr w:type="spellEnd"/>
            <w:r>
              <w:rPr>
                <w:sz w:val="16"/>
              </w:rPr>
              <w:t xml:space="preserve"> — art. 301, se </w:t>
            </w:r>
            <w:proofErr w:type="spellStart"/>
            <w:r>
              <w:rPr>
                <w:sz w:val="16"/>
              </w:rPr>
              <w:t>bifează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aplicabil</w:t>
            </w:r>
            <w:proofErr w:type="spellEnd"/>
          </w:p>
        </w:tc>
      </w:tr>
      <w:tr w:rsidR="007F7E84" w:rsidRPr="00505208" w14:paraId="05C2ADAA" w14:textId="77777777">
        <w:trPr>
          <w:cantSplit/>
        </w:trPr>
        <w:tc>
          <w:tcPr>
            <w:tcW w:w="9636" w:type="dxa"/>
          </w:tcPr>
          <w:p w14:paraId="55218CA8" w14:textId="77777777" w:rsidR="007F7E84" w:rsidRDefault="00000000"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locuință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desfășurată</w:t>
            </w:r>
            <w:proofErr w:type="spellEnd"/>
            <w:r>
              <w:rPr>
                <w:sz w:val="16"/>
              </w:rPr>
              <w:t xml:space="preserve"> de cel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 xml:space="preserve">, care nu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</w:p>
          <w:p w14:paraId="031DF070" w14:textId="77777777" w:rsidR="007F7E84" w:rsidRDefault="00000000"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anexă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locuinței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gospodărească</w:t>
            </w:r>
            <w:proofErr w:type="spellEnd"/>
            <w:r>
              <w:rPr>
                <w:sz w:val="16"/>
              </w:rPr>
              <w:t xml:space="preserve"> / a </w:t>
            </w:r>
            <w:proofErr w:type="spellStart"/>
            <w:r>
              <w:rPr>
                <w:sz w:val="16"/>
              </w:rPr>
              <w:t>exploatației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agricole</w:t>
            </w:r>
            <w:proofErr w:type="spellEnd"/>
            <w:r>
              <w:rPr>
                <w:sz w:val="16"/>
              </w:rPr>
              <w:t xml:space="preserve">, de cel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</w:p>
          <w:p w14:paraId="2E9D9F47" w14:textId="77777777" w:rsidR="007F7E84" w:rsidRDefault="00000000"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închidere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balcoanelor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extindere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public</w:t>
            </w:r>
          </w:p>
          <w:p w14:paraId="6FF42F2C" w14:textId="77777777" w:rsidR="007F7E84" w:rsidRPr="00243AD6" w:rsidRDefault="00000000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alin</w:t>
            </w:r>
            <w:proofErr w:type="spellEnd"/>
            <w:r w:rsidRPr="00243AD6">
              <w:rPr>
                <w:sz w:val="16"/>
                <w:lang w:val="fr-FR"/>
              </w:rPr>
              <w:t xml:space="preserve">. (7) — </w:t>
            </w:r>
            <w:proofErr w:type="spellStart"/>
            <w:r w:rsidRPr="00243AD6">
              <w:rPr>
                <w:sz w:val="16"/>
                <w:lang w:val="fr-FR"/>
              </w:rPr>
              <w:t>alte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categorii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termenul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excepție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cel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mult</w:t>
            </w:r>
            <w:proofErr w:type="spellEnd"/>
            <w:r w:rsidRPr="00243AD6">
              <w:rPr>
                <w:sz w:val="16"/>
                <w:lang w:val="fr-FR"/>
              </w:rPr>
              <w:t xml:space="preserve"> 1 an de la </w:t>
            </w:r>
            <w:proofErr w:type="spellStart"/>
            <w:r w:rsidRPr="00243AD6">
              <w:rPr>
                <w:sz w:val="16"/>
                <w:lang w:val="fr-FR"/>
              </w:rPr>
              <w:t>intrarea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vigoare</w:t>
            </w:r>
            <w:proofErr w:type="spellEnd"/>
            <w:r w:rsidRPr="00243AD6">
              <w:rPr>
                <w:sz w:val="16"/>
                <w:lang w:val="fr-FR"/>
              </w:rPr>
              <w:t xml:space="preserve"> a </w:t>
            </w:r>
            <w:proofErr w:type="spellStart"/>
            <w:r w:rsidRPr="00243AD6">
              <w:rPr>
                <w:sz w:val="16"/>
                <w:lang w:val="fr-FR"/>
              </w:rPr>
              <w:t>Codului</w:t>
            </w:r>
            <w:proofErr w:type="spellEnd"/>
          </w:p>
        </w:tc>
      </w:tr>
    </w:tbl>
    <w:p w14:paraId="188CFDD8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7F7E84" w:rsidRPr="00505208" w14:paraId="4E1E6A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3F30BF3" w14:textId="24C30B52" w:rsidR="007F7E84" w:rsidRPr="00505208" w:rsidRDefault="00000000">
            <w:pPr>
              <w:keepNext/>
              <w:rPr>
                <w:lang w:val="fr-FR"/>
              </w:rPr>
            </w:pPr>
            <w:r w:rsidRPr="00243AD6">
              <w:rPr>
                <w:b/>
                <w:sz w:val="16"/>
                <w:lang w:val="fr-FR"/>
              </w:rPr>
              <w:lastRenderedPageBreak/>
              <w:t xml:space="preserve"> </w:t>
            </w:r>
            <w:r w:rsidRPr="00505208">
              <w:rPr>
                <w:b/>
                <w:sz w:val="16"/>
                <w:lang w:val="fr-FR"/>
              </w:rPr>
              <w:t xml:space="preserve">6. </w:t>
            </w:r>
            <w:r w:rsidRPr="00505208">
              <w:rPr>
                <w:b/>
                <w:color w:val="000000"/>
                <w:sz w:val="18"/>
                <w:lang w:val="fr-FR"/>
              </w:rPr>
              <w:t>DOCUMENTAȚIA ȘI EXPERTIZAREA</w:t>
            </w:r>
            <w:r w:rsidR="00505208" w:rsidRPr="00505208">
              <w:rPr>
                <w:b/>
                <w:color w:val="000000"/>
                <w:sz w:val="18"/>
                <w:lang w:val="fr-FR"/>
              </w:rPr>
              <w:t xml:space="preserve"> TEHNICĂ PENTRU</w:t>
            </w:r>
            <w:r w:rsidR="00505208">
              <w:rPr>
                <w:b/>
                <w:color w:val="000000"/>
                <w:sz w:val="18"/>
                <w:lang w:val="fr-FR"/>
              </w:rPr>
              <w:t xml:space="preserve"> CERINȚELE FUNDAMNETALE</w:t>
            </w:r>
          </w:p>
        </w:tc>
      </w:tr>
      <w:tr w:rsidR="007F7E84" w14:paraId="7F2D4AE1" w14:textId="77777777">
        <w:trPr>
          <w:cantSplit/>
          <w:trHeight w:val="510"/>
        </w:trPr>
        <w:tc>
          <w:tcPr>
            <w:tcW w:w="2409" w:type="dxa"/>
          </w:tcPr>
          <w:p w14:paraId="7FDE2422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 xml:space="preserve">P.A.C.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081D303B" w14:textId="77777777" w:rsidR="007F7E84" w:rsidRDefault="007F7E84">
            <w:pPr>
              <w:keepNext/>
            </w:pPr>
          </w:p>
        </w:tc>
        <w:tc>
          <w:tcPr>
            <w:tcW w:w="4015" w:type="dxa"/>
          </w:tcPr>
          <w:p w14:paraId="62CFEEEB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5E0DA30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4C33644F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nr. TNA</w:t>
            </w:r>
          </w:p>
          <w:p w14:paraId="6A9C09B5" w14:textId="77777777" w:rsidR="007F7E84" w:rsidRDefault="007F7E84">
            <w:pPr>
              <w:keepNext/>
            </w:pPr>
          </w:p>
        </w:tc>
      </w:tr>
      <w:tr w:rsidR="007F7E84" w:rsidRPr="00243AD6" w14:paraId="6814C06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9E89AF" w14:textId="0689AB62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pe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14:paraId="7814EEF7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7F27558F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230A5D1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FA204DC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65A14D07" w14:textId="77777777" w:rsidR="007F7E84" w:rsidRDefault="007F7E84">
            <w:pPr>
              <w:keepNext/>
            </w:pPr>
          </w:p>
        </w:tc>
      </w:tr>
      <w:tr w:rsidR="007F7E84" w14:paraId="6D05B7AD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5620695F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securitate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3477543A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60E7126E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BBAEC3E" w14:textId="77777777" w:rsidR="007F7E84" w:rsidRDefault="007F7E84">
            <w:pPr>
              <w:keepNext/>
            </w:pPr>
          </w:p>
        </w:tc>
      </w:tr>
      <w:tr w:rsidR="007F7E84" w14:paraId="2B2B5D1C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F6447AF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151EC45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85F072F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50A37E26" w14:textId="77777777" w:rsidR="007F7E84" w:rsidRDefault="007F7E84">
            <w:pPr>
              <w:keepNext/>
            </w:pPr>
          </w:p>
        </w:tc>
      </w:tr>
      <w:tr w:rsidR="007F7E84" w14:paraId="4CAFB372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399FC4D4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414EC1B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0569AADA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1CC10DD" w14:textId="77777777" w:rsidR="007F7E84" w:rsidRDefault="007F7E84">
            <w:pPr>
              <w:keepNext/>
            </w:pPr>
          </w:p>
        </w:tc>
      </w:tr>
      <w:tr w:rsidR="007F7E84" w14:paraId="0A8F987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B83E8FF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protecție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împotriva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zgomotului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5E8E242D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0E0EAC44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63F35EFA" w14:textId="77777777" w:rsidR="007F7E84" w:rsidRDefault="007F7E84">
            <w:pPr>
              <w:keepNext/>
            </w:pPr>
          </w:p>
        </w:tc>
      </w:tr>
      <w:tr w:rsidR="007F7E84" w14:paraId="1B56CA4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41D868BE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economie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energie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izolare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termică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26370942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286AE05A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272D9917" w14:textId="77777777" w:rsidR="007F7E84" w:rsidRDefault="007F7E84">
            <w:pPr>
              <w:keepNext/>
            </w:pPr>
          </w:p>
        </w:tc>
      </w:tr>
    </w:tbl>
    <w:p w14:paraId="41CCD39B" w14:textId="77777777" w:rsidR="007F7E84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505208" w:rsidRPr="00505208" w14:paraId="5E935AB6" w14:textId="77777777" w:rsidTr="00273B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9D0345" w14:textId="3AEF83BC" w:rsidR="00505208" w:rsidRPr="00505208" w:rsidRDefault="00505208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7</w:t>
            </w:r>
            <w:r w:rsidRPr="00505208">
              <w:rPr>
                <w:b/>
                <w:sz w:val="16"/>
                <w:lang w:val="fr-FR"/>
              </w:rPr>
              <w:t xml:space="preserve">. </w:t>
            </w:r>
            <w:r w:rsidRPr="00505208">
              <w:rPr>
                <w:b/>
                <w:bCs/>
                <w:sz w:val="18"/>
                <w:szCs w:val="18"/>
                <w:lang w:val="fr-FR"/>
              </w:rPr>
              <w:t>RAPORT PRIVIND RESPECTAREA REGLEMENTARILOR URBANISTICE</w:t>
            </w:r>
            <w:r>
              <w:rPr>
                <w:b/>
                <w:bCs/>
                <w:sz w:val="18"/>
                <w:szCs w:val="18"/>
                <w:lang w:val="fr-FR"/>
              </w:rPr>
              <w:t>, DACĂ ESTE CAZUL</w:t>
            </w:r>
          </w:p>
        </w:tc>
      </w:tr>
      <w:tr w:rsidR="00505208" w14:paraId="39BDB772" w14:textId="77777777" w:rsidTr="00273B64">
        <w:trPr>
          <w:cantSplit/>
          <w:trHeight w:val="510"/>
        </w:trPr>
        <w:tc>
          <w:tcPr>
            <w:tcW w:w="2409" w:type="dxa"/>
          </w:tcPr>
          <w:p w14:paraId="45376674" w14:textId="77777777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20B5DC55" w14:textId="77777777" w:rsidR="00505208" w:rsidRDefault="00505208" w:rsidP="00505208">
            <w:pPr>
              <w:keepNext/>
            </w:pPr>
          </w:p>
        </w:tc>
        <w:tc>
          <w:tcPr>
            <w:tcW w:w="4015" w:type="dxa"/>
          </w:tcPr>
          <w:p w14:paraId="4281267D" w14:textId="77777777" w:rsidR="00505208" w:rsidRDefault="00505208" w:rsidP="00505208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FCC2520" w14:textId="77777777" w:rsidR="00505208" w:rsidRDefault="00505208" w:rsidP="00505208">
            <w:pPr>
              <w:keepNext/>
            </w:pPr>
          </w:p>
        </w:tc>
        <w:tc>
          <w:tcPr>
            <w:tcW w:w="3212" w:type="dxa"/>
          </w:tcPr>
          <w:p w14:paraId="753CB3B7" w14:textId="6B74F72C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0C4E7A7D" w14:textId="3C35C112" w:rsidR="00505208" w:rsidRDefault="00505208" w:rsidP="00505208">
            <w:pPr>
              <w:keepNext/>
            </w:pPr>
          </w:p>
        </w:tc>
      </w:tr>
    </w:tbl>
    <w:p w14:paraId="2627342D" w14:textId="77777777" w:rsidR="00505208" w:rsidRDefault="00505208">
      <w:pPr>
        <w:spacing w:line="168" w:lineRule="auto"/>
        <w:rPr>
          <w:lang w:val="fr-FR"/>
        </w:rPr>
      </w:pPr>
    </w:p>
    <w:p w14:paraId="09646C57" w14:textId="77777777" w:rsidR="00505208" w:rsidRPr="00243AD6" w:rsidRDefault="00505208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203198D1" w14:textId="77777777">
        <w:trPr>
          <w:cantSplit/>
        </w:trPr>
        <w:tc>
          <w:tcPr>
            <w:tcW w:w="9636" w:type="dxa"/>
            <w:shd w:val="clear" w:color="auto" w:fill="F4F4F4"/>
          </w:tcPr>
          <w:p w14:paraId="69DEB779" w14:textId="01CBBAF5" w:rsidR="007F7E84" w:rsidRDefault="00000000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7F7E84" w:rsidRPr="00243AD6" w14:paraId="50733968" w14:textId="77777777">
        <w:trPr>
          <w:cantSplit/>
        </w:trPr>
        <w:tc>
          <w:tcPr>
            <w:tcW w:w="9636" w:type="dxa"/>
          </w:tcPr>
          <w:p w14:paraId="29C04712" w14:textId="258E71DF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a)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pentru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:rsidRPr="00505208" w14:paraId="704050C4" w14:textId="77777777">
        <w:trPr>
          <w:cantSplit/>
        </w:trPr>
        <w:tc>
          <w:tcPr>
            <w:tcW w:w="9636" w:type="dxa"/>
          </w:tcPr>
          <w:p w14:paraId="6F6E29A3" w14:textId="2BF2E960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b) documente </w:t>
            </w:r>
            <w:proofErr w:type="spellStart"/>
            <w:r w:rsidRPr="00243AD6">
              <w:rPr>
                <w:sz w:val="16"/>
                <w:lang w:val="fr-FR"/>
              </w:rPr>
              <w:t>emise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către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emitenții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avizelor</w:t>
            </w:r>
            <w:proofErr w:type="spellEnd"/>
            <w:r w:rsidRPr="00243AD6">
              <w:rPr>
                <w:sz w:val="16"/>
                <w:lang w:val="fr-FR"/>
              </w:rPr>
              <w:t xml:space="preserve"> / </w:t>
            </w:r>
            <w:proofErr w:type="spellStart"/>
            <w:r w:rsidRPr="00243AD6">
              <w:rPr>
                <w:sz w:val="16"/>
                <w:lang w:val="fr-FR"/>
              </w:rPr>
              <w:t>acordurilor</w:t>
            </w:r>
            <w:proofErr w:type="spellEnd"/>
            <w:r w:rsidRPr="00243AD6">
              <w:rPr>
                <w:sz w:val="16"/>
                <w:lang w:val="fr-FR"/>
              </w:rPr>
              <w:t xml:space="preserve"> (</w:t>
            </w:r>
            <w:proofErr w:type="spellStart"/>
            <w:r w:rsidRPr="00243AD6">
              <w:rPr>
                <w:sz w:val="16"/>
                <w:lang w:val="fr-FR"/>
              </w:rPr>
              <w:t>câte</w:t>
            </w:r>
            <w:proofErr w:type="spellEnd"/>
            <w:r w:rsidRPr="00243AD6">
              <w:rPr>
                <w:sz w:val="16"/>
                <w:lang w:val="fr-FR"/>
              </w:rPr>
              <w:t xml:space="preserve"> 1 </w:t>
            </w:r>
            <w:proofErr w:type="spellStart"/>
            <w:r w:rsidRPr="00243AD6">
              <w:rPr>
                <w:sz w:val="16"/>
                <w:lang w:val="fr-FR"/>
              </w:rPr>
              <w:t>exemplar</w:t>
            </w:r>
            <w:proofErr w:type="spellEnd"/>
            <w:r w:rsidRPr="00243AD6">
              <w:rPr>
                <w:sz w:val="16"/>
                <w:lang w:val="fr-FR"/>
              </w:rPr>
              <w:t xml:space="preserve"> copie</w:t>
            </w:r>
            <w:proofErr w:type="gramStart"/>
            <w:r w:rsidRPr="00243AD6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7F7E84" w:rsidRPr="00505208" w14:paraId="5FBDD510" w14:textId="77777777">
        <w:trPr>
          <w:cantSplit/>
        </w:trPr>
        <w:tc>
          <w:tcPr>
            <w:tcW w:w="9636" w:type="dxa"/>
          </w:tcPr>
          <w:p w14:paraId="6E676776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FF9083D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7F7E84" w:rsidRPr="00505208" w14:paraId="7492A795" w14:textId="77777777">
        <w:trPr>
          <w:cantSplit/>
        </w:trPr>
        <w:tc>
          <w:tcPr>
            <w:tcW w:w="9636" w:type="dxa"/>
          </w:tcPr>
          <w:p w14:paraId="10A3BCE7" w14:textId="1C91C02E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raport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privind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respectarea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reglementărilor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urbanistice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elaborat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r w:rsidR="004E3C9A">
              <w:rPr>
                <w:sz w:val="16"/>
                <w:lang w:val="fr-FR"/>
              </w:rPr>
              <w:t xml:space="preserve">structura de </w:t>
            </w:r>
            <w:proofErr w:type="spellStart"/>
            <w:r w:rsidR="004E3C9A">
              <w:rPr>
                <w:sz w:val="16"/>
                <w:lang w:val="fr-FR"/>
              </w:rPr>
              <w:t>specialitate</w:t>
            </w:r>
            <w:proofErr w:type="spellEnd"/>
            <w:r w:rsidR="004E3C9A">
              <w:rPr>
                <w:sz w:val="16"/>
                <w:lang w:val="fr-FR"/>
              </w:rPr>
              <w:t xml:space="preserve"> / de </w:t>
            </w:r>
            <w:proofErr w:type="spellStart"/>
            <w:r w:rsidRPr="00243AD6">
              <w:rPr>
                <w:sz w:val="16"/>
                <w:lang w:val="fr-FR"/>
              </w:rPr>
              <w:t>specialist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drept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semnătură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domeniul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urbanismului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</w:t>
            </w:r>
            <w:r w:rsidR="004E3C9A">
              <w:rPr>
                <w:sz w:val="16"/>
                <w:lang w:val="fr-FR"/>
              </w:rPr>
              <w:t>upă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7F7E84" w:rsidRPr="00505208" w14:paraId="17E8F375" w14:textId="77777777">
        <w:trPr>
          <w:cantSplit/>
        </w:trPr>
        <w:tc>
          <w:tcPr>
            <w:tcW w:w="9636" w:type="dxa"/>
          </w:tcPr>
          <w:p w14:paraId="0702B0EA" w14:textId="77777777" w:rsidR="004E3C9A" w:rsidRDefault="00000000">
            <w:pPr>
              <w:rPr>
                <w:sz w:val="16"/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43AD6">
              <w:rPr>
                <w:sz w:val="16"/>
                <w:lang w:val="fr-FR"/>
              </w:rPr>
              <w:t>funciară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actualizat</w:t>
            </w:r>
            <w:proofErr w:type="spellEnd"/>
            <w:r w:rsidRPr="00243AD6">
              <w:rPr>
                <w:sz w:val="16"/>
                <w:lang w:val="fr-FR"/>
              </w:rPr>
              <w:t xml:space="preserve">     </w:t>
            </w:r>
          </w:p>
          <w:p w14:paraId="5DA3E17B" w14:textId="76685374" w:rsidR="004E3C9A" w:rsidRDefault="004E3C9A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documentația</w:t>
            </w:r>
            <w:proofErr w:type="spellEnd"/>
            <w:r w:rsidRPr="00243AD6">
              <w:rPr>
                <w:sz w:val="16"/>
                <w:lang w:val="fr-FR"/>
              </w:rPr>
              <w:t xml:space="preserve"> P.A.C. (2 </w:t>
            </w:r>
            <w:proofErr w:type="spellStart"/>
            <w:r w:rsidRPr="00243AD6">
              <w:rPr>
                <w:sz w:val="16"/>
                <w:lang w:val="fr-FR"/>
              </w:rPr>
              <w:t>exemplare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sau</w:t>
            </w:r>
            <w:proofErr w:type="spellEnd"/>
            <w:r>
              <w:rPr>
                <w:sz w:val="16"/>
                <w:lang w:val="fr-FR"/>
              </w:rPr>
              <w:t xml:space="preserve"> 1 </w:t>
            </w:r>
            <w:proofErr w:type="spellStart"/>
            <w:r>
              <w:rPr>
                <w:sz w:val="16"/>
                <w:lang w:val="fr-FR"/>
              </w:rPr>
              <w:t>exemplar</w:t>
            </w:r>
            <w:proofErr w:type="spellEnd"/>
            <w:r>
              <w:rPr>
                <w:sz w:val="16"/>
                <w:lang w:val="fr-FR"/>
              </w:rPr>
              <w:t xml:space="preserve"> original,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</w:t>
            </w:r>
            <w:proofErr w:type="spellStart"/>
            <w:r>
              <w:rPr>
                <w:sz w:val="16"/>
                <w:lang w:val="fr-FR"/>
              </w:rPr>
              <w:t>letric</w:t>
            </w:r>
            <w:proofErr w:type="spellEnd"/>
            <w:r>
              <w:rPr>
                <w:sz w:val="16"/>
                <w:lang w:val="fr-FR"/>
              </w:rPr>
              <w:t xml:space="preserve">, </w:t>
            </w:r>
            <w:proofErr w:type="spellStart"/>
            <w:r>
              <w:rPr>
                <w:sz w:val="16"/>
                <w:lang w:val="fr-FR"/>
              </w:rPr>
              <w:t>acolo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unde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autoritatea</w:t>
            </w:r>
            <w:proofErr w:type="spellEnd"/>
            <w:r>
              <w:rPr>
                <w:sz w:val="16"/>
                <w:lang w:val="fr-FR"/>
              </w:rPr>
              <w:t xml:space="preserve"> are </w:t>
            </w:r>
            <w:proofErr w:type="spellStart"/>
            <w:r>
              <w:rPr>
                <w:sz w:val="16"/>
                <w:lang w:val="fr-FR"/>
              </w:rPr>
              <w:t>posibilitatea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de a</w:t>
            </w:r>
            <w:proofErr w:type="gram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arhiva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  <w:r w:rsidRPr="00243AD6">
              <w:rPr>
                <w:sz w:val="16"/>
                <w:lang w:val="fr-FR"/>
              </w:rPr>
              <w:t xml:space="preserve">)     </w:t>
            </w:r>
          </w:p>
          <w:p w14:paraId="3933EBC7" w14:textId="1B568958" w:rsidR="007F7E84" w:rsidRPr="00243AD6" w:rsidRDefault="004E3C9A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dovada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achitării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taxelor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împuternicirea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dacă</w:t>
            </w:r>
            <w:proofErr w:type="spellEnd"/>
            <w:r w:rsidRPr="00243AD6">
              <w:rPr>
                <w:sz w:val="16"/>
                <w:lang w:val="fr-FR"/>
              </w:rPr>
              <w:t xml:space="preserve"> este </w:t>
            </w:r>
            <w:proofErr w:type="spellStart"/>
            <w:r w:rsidRPr="00243AD6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5ED091E4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:rsidRPr="00505208" w14:paraId="11400331" w14:textId="77777777">
        <w:trPr>
          <w:cantSplit/>
        </w:trPr>
        <w:tc>
          <w:tcPr>
            <w:tcW w:w="9636" w:type="dxa"/>
          </w:tcPr>
          <w:p w14:paraId="0279AF20" w14:textId="77777777" w:rsidR="007F7E84" w:rsidRPr="00243AD6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i/>
                <w:sz w:val="17"/>
                <w:lang w:val="fr-FR"/>
              </w:rPr>
              <w:t>Declar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243AD6">
              <w:rPr>
                <w:i/>
                <w:sz w:val="17"/>
                <w:lang w:val="fr-FR"/>
              </w:rPr>
              <w:t>răspundere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sub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sancțiunea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Codului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penal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privind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infracțiunea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fals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declarații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datele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menționate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sunt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reale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am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formulat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anterior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începerii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lucrărilor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modificare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identificate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Proiectul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pentru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autorizarea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construirii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atașat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astfel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243AD6">
              <w:rPr>
                <w:i/>
                <w:sz w:val="17"/>
                <w:lang w:val="fr-FR"/>
              </w:rPr>
              <w:t>stabilește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art. 301.</w:t>
            </w:r>
          </w:p>
        </w:tc>
      </w:tr>
    </w:tbl>
    <w:p w14:paraId="5FC73ADB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F7E84" w14:paraId="5120060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929BC0C" w14:textId="675280A9" w:rsidR="007F7E84" w:rsidRDefault="00000000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F7E84" w14:paraId="5853197D" w14:textId="77777777">
        <w:trPr>
          <w:cantSplit/>
          <w:trHeight w:val="510"/>
        </w:trPr>
        <w:tc>
          <w:tcPr>
            <w:tcW w:w="1606" w:type="dxa"/>
          </w:tcPr>
          <w:p w14:paraId="54951DED" w14:textId="77777777" w:rsidR="007F7E84" w:rsidRDefault="00000000">
            <w:r>
              <w:rPr>
                <w:b/>
                <w:color w:val="0D5F78"/>
              </w:rPr>
              <w:t>Data</w:t>
            </w:r>
          </w:p>
          <w:p w14:paraId="77A9FAF1" w14:textId="77777777" w:rsidR="007F7E84" w:rsidRDefault="007F7E84"/>
        </w:tc>
        <w:tc>
          <w:tcPr>
            <w:tcW w:w="4818" w:type="dxa"/>
          </w:tcPr>
          <w:p w14:paraId="4F0CD454" w14:textId="77777777" w:rsidR="007F7E84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3A3A8032" w14:textId="77777777" w:rsidR="007F7E84" w:rsidRDefault="007F7E84"/>
        </w:tc>
        <w:tc>
          <w:tcPr>
            <w:tcW w:w="3212" w:type="dxa"/>
          </w:tcPr>
          <w:p w14:paraId="7154C44B" w14:textId="77777777" w:rsidR="007F7E84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BFB720C" w14:textId="77777777" w:rsidR="007F7E84" w:rsidRDefault="007F7E84"/>
        </w:tc>
      </w:tr>
    </w:tbl>
    <w:p w14:paraId="0705B62B" w14:textId="77777777" w:rsidR="007F7E84" w:rsidRDefault="007F7E84">
      <w:pPr>
        <w:spacing w:line="168" w:lineRule="auto"/>
      </w:pPr>
    </w:p>
    <w:p w14:paraId="5C7515B8" w14:textId="77777777" w:rsidR="00437621" w:rsidRPr="00F83523" w:rsidRDefault="00437621" w:rsidP="00437621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r w:rsidRPr="00F83523">
        <w:rPr>
          <w:rFonts w:ascii="Arial" w:hAnsi="Arial" w:cs="Arial"/>
          <w:b/>
          <w:sz w:val="16"/>
          <w:szCs w:val="16"/>
        </w:rPr>
        <w:t>NOTĂ DE INFORMARE</w:t>
      </w:r>
    </w:p>
    <w:p w14:paraId="12CF1F85" w14:textId="77777777" w:rsidR="00437621" w:rsidRPr="00F83523" w:rsidRDefault="00437621" w:rsidP="00437621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proofErr w:type="spellStart"/>
      <w:r w:rsidRPr="00F83523">
        <w:rPr>
          <w:rFonts w:ascii="Arial" w:hAnsi="Arial" w:cs="Arial"/>
          <w:b/>
          <w:sz w:val="16"/>
          <w:szCs w:val="16"/>
        </w:rPr>
        <w:t>În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cazul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depunerii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documentațiilor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>/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cererilor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care se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vor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soluționa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proofErr w:type="gramStart"/>
      <w:r w:rsidRPr="00F83523">
        <w:rPr>
          <w:rFonts w:ascii="Arial" w:hAnsi="Arial" w:cs="Arial"/>
          <w:b/>
          <w:sz w:val="16"/>
          <w:szCs w:val="16"/>
        </w:rPr>
        <w:t>prin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Compartimentului</w:t>
      </w:r>
      <w:proofErr w:type="spellEnd"/>
      <w:proofErr w:type="gramEnd"/>
      <w:r w:rsidRPr="00F83523">
        <w:rPr>
          <w:rFonts w:ascii="Arial" w:hAnsi="Arial" w:cs="Arial"/>
          <w:b/>
          <w:sz w:val="16"/>
          <w:szCs w:val="16"/>
        </w:rPr>
        <w:t xml:space="preserve"> Urbanism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și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Amenajarea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Teritoriului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din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cadrul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Primăriei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Comunei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Cristian</w:t>
      </w:r>
    </w:p>
    <w:p w14:paraId="2EF8E578" w14:textId="77777777" w:rsidR="00437621" w:rsidRPr="00437621" w:rsidRDefault="00437621" w:rsidP="00437621">
      <w:pPr>
        <w:spacing w:after="60"/>
        <w:jc w:val="both"/>
        <w:rPr>
          <w:rFonts w:cs="Times New Roman"/>
          <w:bCs/>
          <w:sz w:val="16"/>
          <w:szCs w:val="16"/>
        </w:rPr>
      </w:pPr>
      <w:proofErr w:type="spellStart"/>
      <w:r w:rsidRPr="00437621">
        <w:rPr>
          <w:rFonts w:cs="Times New Roman"/>
          <w:bCs/>
          <w:sz w:val="16"/>
          <w:szCs w:val="16"/>
        </w:rPr>
        <w:t>Primăria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Comunei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Cristian, </w:t>
      </w:r>
      <w:proofErr w:type="spellStart"/>
      <w:r w:rsidRPr="00437621">
        <w:rPr>
          <w:rFonts w:cs="Times New Roman"/>
          <w:bCs/>
          <w:sz w:val="16"/>
          <w:szCs w:val="16"/>
        </w:rPr>
        <w:t>județul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Brașov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437621">
        <w:rPr>
          <w:rFonts w:cs="Times New Roman"/>
          <w:bCs/>
          <w:sz w:val="16"/>
          <w:szCs w:val="16"/>
        </w:rPr>
        <w:t>prelucrează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datele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dumneavoastră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cu </w:t>
      </w:r>
      <w:proofErr w:type="spellStart"/>
      <w:r w:rsidRPr="00437621">
        <w:rPr>
          <w:rFonts w:cs="Times New Roman"/>
          <w:bCs/>
          <w:sz w:val="16"/>
          <w:szCs w:val="16"/>
        </w:rPr>
        <w:t>caracter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personalprin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prezenta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cerere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prin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mijloace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automatizate</w:t>
      </w:r>
      <w:proofErr w:type="spellEnd"/>
      <w:r w:rsidRPr="00437621">
        <w:rPr>
          <w:rFonts w:cs="Times New Roman"/>
          <w:bCs/>
          <w:sz w:val="16"/>
          <w:szCs w:val="16"/>
        </w:rPr>
        <w:t>/</w:t>
      </w:r>
      <w:proofErr w:type="spellStart"/>
      <w:r w:rsidRPr="00437621">
        <w:rPr>
          <w:rFonts w:cs="Times New Roman"/>
          <w:bCs/>
          <w:sz w:val="16"/>
          <w:szCs w:val="16"/>
        </w:rPr>
        <w:t>manuale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, destinate </w:t>
      </w:r>
      <w:proofErr w:type="spellStart"/>
      <w:r w:rsidRPr="00437621">
        <w:rPr>
          <w:rFonts w:cs="Times New Roman"/>
          <w:bCs/>
          <w:sz w:val="16"/>
          <w:szCs w:val="16"/>
        </w:rPr>
        <w:t>îndeplinirii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obligațiilor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legale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. Este </w:t>
      </w:r>
      <w:proofErr w:type="spellStart"/>
      <w:r w:rsidRPr="00437621">
        <w:rPr>
          <w:rFonts w:cs="Times New Roman"/>
          <w:bCs/>
          <w:sz w:val="16"/>
          <w:szCs w:val="16"/>
        </w:rPr>
        <w:t>necesar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să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ne </w:t>
      </w:r>
      <w:proofErr w:type="spellStart"/>
      <w:r w:rsidRPr="00437621">
        <w:rPr>
          <w:rFonts w:cs="Times New Roman"/>
          <w:bCs/>
          <w:sz w:val="16"/>
          <w:szCs w:val="16"/>
        </w:rPr>
        <w:t>furnizați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datele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437621">
        <w:rPr>
          <w:rFonts w:cs="Times New Roman"/>
          <w:bCs/>
          <w:sz w:val="16"/>
          <w:szCs w:val="16"/>
        </w:rPr>
        <w:t>deoarece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refuzul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dumneavoastră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determină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imposibilitatea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soluționării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cererii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. </w:t>
      </w:r>
      <w:proofErr w:type="spellStart"/>
      <w:r w:rsidRPr="00437621">
        <w:rPr>
          <w:rFonts w:cs="Times New Roman"/>
          <w:bCs/>
          <w:sz w:val="16"/>
          <w:szCs w:val="16"/>
        </w:rPr>
        <w:t>Informațiile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înregistrate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sunt destinate </w:t>
      </w:r>
      <w:proofErr w:type="spellStart"/>
      <w:r w:rsidRPr="00437621">
        <w:rPr>
          <w:rFonts w:cs="Times New Roman"/>
          <w:bCs/>
          <w:sz w:val="16"/>
          <w:szCs w:val="16"/>
        </w:rPr>
        <w:t>utilizării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de </w:t>
      </w:r>
      <w:proofErr w:type="spellStart"/>
      <w:r w:rsidRPr="00437621">
        <w:rPr>
          <w:rFonts w:cs="Times New Roman"/>
          <w:bCs/>
          <w:sz w:val="16"/>
          <w:szCs w:val="16"/>
        </w:rPr>
        <w:t>către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operator </w:t>
      </w:r>
      <w:proofErr w:type="spellStart"/>
      <w:r w:rsidRPr="00437621">
        <w:rPr>
          <w:rFonts w:cs="Times New Roman"/>
          <w:bCs/>
          <w:sz w:val="16"/>
          <w:szCs w:val="16"/>
        </w:rPr>
        <w:t>dar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pot fi </w:t>
      </w:r>
      <w:proofErr w:type="spellStart"/>
      <w:r w:rsidRPr="00437621">
        <w:rPr>
          <w:rFonts w:cs="Times New Roman"/>
          <w:bCs/>
          <w:sz w:val="16"/>
          <w:szCs w:val="16"/>
        </w:rPr>
        <w:t>comunicate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și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altor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instituții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437621">
        <w:rPr>
          <w:rFonts w:cs="Times New Roman"/>
          <w:bCs/>
          <w:sz w:val="16"/>
          <w:szCs w:val="16"/>
        </w:rPr>
        <w:t>societăți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sau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terți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437621">
        <w:rPr>
          <w:rFonts w:cs="Times New Roman"/>
          <w:bCs/>
          <w:sz w:val="16"/>
          <w:szCs w:val="16"/>
        </w:rPr>
        <w:t>în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baza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și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în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limitele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prevederilor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legale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. </w:t>
      </w:r>
      <w:proofErr w:type="spellStart"/>
      <w:r w:rsidRPr="00437621">
        <w:rPr>
          <w:rFonts w:cs="Times New Roman"/>
          <w:bCs/>
          <w:sz w:val="16"/>
          <w:szCs w:val="16"/>
        </w:rPr>
        <w:t>Datele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sunt </w:t>
      </w:r>
      <w:proofErr w:type="spellStart"/>
      <w:r w:rsidRPr="00437621">
        <w:rPr>
          <w:rFonts w:cs="Times New Roman"/>
          <w:bCs/>
          <w:sz w:val="16"/>
          <w:szCs w:val="16"/>
        </w:rPr>
        <w:t>păstrate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doar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pentru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perioada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necesară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îndeplinirii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scopurilor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scopurilor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pentru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care au </w:t>
      </w:r>
      <w:proofErr w:type="spellStart"/>
      <w:r w:rsidRPr="00437621">
        <w:rPr>
          <w:rFonts w:cs="Times New Roman"/>
          <w:bCs/>
          <w:sz w:val="16"/>
          <w:szCs w:val="16"/>
        </w:rPr>
        <w:t>fost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colectate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, cu </w:t>
      </w:r>
      <w:proofErr w:type="spellStart"/>
      <w:r w:rsidRPr="00437621">
        <w:rPr>
          <w:rFonts w:cs="Times New Roman"/>
          <w:bCs/>
          <w:sz w:val="16"/>
          <w:szCs w:val="16"/>
        </w:rPr>
        <w:t>respectarea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legislației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înn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vigoare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. Conform </w:t>
      </w:r>
      <w:proofErr w:type="spellStart"/>
      <w:r w:rsidRPr="00437621">
        <w:rPr>
          <w:rFonts w:cs="Times New Roman"/>
          <w:bCs/>
          <w:sz w:val="16"/>
          <w:szCs w:val="16"/>
        </w:rPr>
        <w:t>Regulamentului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General </w:t>
      </w:r>
      <w:proofErr w:type="spellStart"/>
      <w:r w:rsidRPr="00437621">
        <w:rPr>
          <w:rFonts w:cs="Times New Roman"/>
          <w:bCs/>
          <w:sz w:val="16"/>
          <w:szCs w:val="16"/>
        </w:rPr>
        <w:t>privind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Protecția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Datelor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(UE) 679/2016 </w:t>
      </w:r>
      <w:proofErr w:type="spellStart"/>
      <w:r w:rsidRPr="00437621">
        <w:rPr>
          <w:rFonts w:cs="Times New Roman"/>
          <w:bCs/>
          <w:sz w:val="16"/>
          <w:szCs w:val="16"/>
        </w:rPr>
        <w:t>privind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protecția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persoanelor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fizice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în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ceea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ce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privește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prelucrarea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datelor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cu </w:t>
      </w:r>
      <w:proofErr w:type="spellStart"/>
      <w:r w:rsidRPr="00437621">
        <w:rPr>
          <w:rFonts w:cs="Times New Roman"/>
          <w:bCs/>
          <w:sz w:val="16"/>
          <w:szCs w:val="16"/>
        </w:rPr>
        <w:t>caracter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personal </w:t>
      </w:r>
      <w:proofErr w:type="spellStart"/>
      <w:r w:rsidRPr="00437621">
        <w:rPr>
          <w:rFonts w:cs="Times New Roman"/>
          <w:bCs/>
          <w:sz w:val="16"/>
          <w:szCs w:val="16"/>
        </w:rPr>
        <w:t>și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privind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libera </w:t>
      </w:r>
      <w:proofErr w:type="spellStart"/>
      <w:r w:rsidRPr="00437621">
        <w:rPr>
          <w:rFonts w:cs="Times New Roman"/>
          <w:bCs/>
          <w:sz w:val="16"/>
          <w:szCs w:val="16"/>
        </w:rPr>
        <w:t>circulație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gramStart"/>
      <w:r w:rsidRPr="00437621">
        <w:rPr>
          <w:rFonts w:cs="Times New Roman"/>
          <w:bCs/>
          <w:sz w:val="16"/>
          <w:szCs w:val="16"/>
        </w:rPr>
        <w:t>a</w:t>
      </w:r>
      <w:proofErr w:type="gram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acestor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date, </w:t>
      </w:r>
      <w:proofErr w:type="spellStart"/>
      <w:r w:rsidRPr="00437621">
        <w:rPr>
          <w:rFonts w:cs="Times New Roman"/>
          <w:bCs/>
          <w:sz w:val="16"/>
          <w:szCs w:val="16"/>
        </w:rPr>
        <w:t>beneficiați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de </w:t>
      </w:r>
      <w:proofErr w:type="spellStart"/>
      <w:r w:rsidRPr="00437621">
        <w:rPr>
          <w:rFonts w:cs="Times New Roman"/>
          <w:bCs/>
          <w:sz w:val="16"/>
          <w:szCs w:val="16"/>
        </w:rPr>
        <w:t>dreptul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de </w:t>
      </w:r>
      <w:proofErr w:type="spellStart"/>
      <w:r w:rsidRPr="00437621">
        <w:rPr>
          <w:rFonts w:cs="Times New Roman"/>
          <w:bCs/>
          <w:sz w:val="16"/>
          <w:szCs w:val="16"/>
        </w:rPr>
        <w:t>acces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437621">
        <w:rPr>
          <w:rFonts w:cs="Times New Roman"/>
          <w:bCs/>
          <w:sz w:val="16"/>
          <w:szCs w:val="16"/>
        </w:rPr>
        <w:t>dreptul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la </w:t>
      </w:r>
      <w:proofErr w:type="spellStart"/>
      <w:r w:rsidRPr="00437621">
        <w:rPr>
          <w:rFonts w:cs="Times New Roman"/>
          <w:bCs/>
          <w:sz w:val="16"/>
          <w:szCs w:val="16"/>
        </w:rPr>
        <w:t>rectificarea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și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ștergerea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datelor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, la </w:t>
      </w:r>
      <w:proofErr w:type="spellStart"/>
      <w:r w:rsidRPr="00437621">
        <w:rPr>
          <w:rFonts w:cs="Times New Roman"/>
          <w:bCs/>
          <w:sz w:val="16"/>
          <w:szCs w:val="16"/>
        </w:rPr>
        <w:t>restricționarea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prelucrării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, la </w:t>
      </w:r>
      <w:proofErr w:type="spellStart"/>
      <w:r w:rsidRPr="00437621">
        <w:rPr>
          <w:rFonts w:cs="Times New Roman"/>
          <w:bCs/>
          <w:sz w:val="16"/>
          <w:szCs w:val="16"/>
        </w:rPr>
        <w:t>portabilitatea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datelor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437621">
        <w:rPr>
          <w:rFonts w:cs="Times New Roman"/>
          <w:bCs/>
          <w:sz w:val="16"/>
          <w:szCs w:val="16"/>
        </w:rPr>
        <w:t>dreptul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la </w:t>
      </w:r>
      <w:proofErr w:type="spellStart"/>
      <w:r w:rsidRPr="00437621">
        <w:rPr>
          <w:rFonts w:cs="Times New Roman"/>
          <w:bCs/>
          <w:sz w:val="16"/>
          <w:szCs w:val="16"/>
        </w:rPr>
        <w:t>opoziție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și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dreptul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de a </w:t>
      </w:r>
      <w:proofErr w:type="spellStart"/>
      <w:r w:rsidRPr="00437621">
        <w:rPr>
          <w:rFonts w:cs="Times New Roman"/>
          <w:bCs/>
          <w:sz w:val="16"/>
          <w:szCs w:val="16"/>
        </w:rPr>
        <w:t>nu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fi </w:t>
      </w:r>
      <w:proofErr w:type="spellStart"/>
      <w:r w:rsidRPr="00437621">
        <w:rPr>
          <w:rFonts w:cs="Times New Roman"/>
          <w:bCs/>
          <w:sz w:val="16"/>
          <w:szCs w:val="16"/>
        </w:rPr>
        <w:t>supus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unui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proces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individual </w:t>
      </w:r>
      <w:proofErr w:type="spellStart"/>
      <w:r w:rsidRPr="00437621">
        <w:rPr>
          <w:rFonts w:cs="Times New Roman"/>
          <w:bCs/>
          <w:sz w:val="16"/>
          <w:szCs w:val="16"/>
        </w:rPr>
        <w:t>automatizat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. </w:t>
      </w:r>
      <w:proofErr w:type="spellStart"/>
      <w:r w:rsidRPr="00437621">
        <w:rPr>
          <w:rFonts w:cs="Times New Roman"/>
          <w:bCs/>
          <w:sz w:val="16"/>
          <w:szCs w:val="16"/>
        </w:rPr>
        <w:t>Pentru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execrcitarea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acestor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drepturi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vă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puteți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adresa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cu o </w:t>
      </w:r>
      <w:proofErr w:type="spellStart"/>
      <w:r w:rsidRPr="00437621">
        <w:rPr>
          <w:rFonts w:cs="Times New Roman"/>
          <w:bCs/>
          <w:sz w:val="16"/>
          <w:szCs w:val="16"/>
        </w:rPr>
        <w:t>cerere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scrisă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437621">
        <w:rPr>
          <w:rFonts w:cs="Times New Roman"/>
          <w:bCs/>
          <w:sz w:val="16"/>
          <w:szCs w:val="16"/>
        </w:rPr>
        <w:t>datată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și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semnată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la </w:t>
      </w:r>
      <w:proofErr w:type="spellStart"/>
      <w:r w:rsidRPr="00437621">
        <w:rPr>
          <w:rFonts w:cs="Times New Roman"/>
          <w:bCs/>
          <w:sz w:val="16"/>
          <w:szCs w:val="16"/>
        </w:rPr>
        <w:t>sediul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primăriei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sau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la </w:t>
      </w:r>
      <w:proofErr w:type="spellStart"/>
      <w:r w:rsidRPr="00437621">
        <w:rPr>
          <w:rFonts w:cs="Times New Roman"/>
          <w:bCs/>
          <w:sz w:val="16"/>
          <w:szCs w:val="16"/>
        </w:rPr>
        <w:t>adresa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de e-mail </w:t>
      </w:r>
      <w:hyperlink r:id="rId10" w:history="1">
        <w:r w:rsidRPr="00437621">
          <w:rPr>
            <w:rStyle w:val="Hyperlink"/>
            <w:rFonts w:cs="Times New Roman"/>
            <w:bCs/>
            <w:sz w:val="16"/>
            <w:szCs w:val="16"/>
          </w:rPr>
          <w:t>registratura@primariacristian.ro</w:t>
        </w:r>
      </w:hyperlink>
      <w:r w:rsidRPr="00437621">
        <w:rPr>
          <w:rFonts w:cs="Times New Roman"/>
          <w:bCs/>
          <w:sz w:val="16"/>
          <w:szCs w:val="16"/>
        </w:rPr>
        <w:t xml:space="preserve">. De </w:t>
      </w:r>
      <w:proofErr w:type="spellStart"/>
      <w:r w:rsidRPr="00437621">
        <w:rPr>
          <w:rFonts w:cs="Times New Roman"/>
          <w:bCs/>
          <w:sz w:val="16"/>
          <w:szCs w:val="16"/>
        </w:rPr>
        <w:t>asemenea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, </w:t>
      </w:r>
      <w:proofErr w:type="spellStart"/>
      <w:r w:rsidRPr="00437621">
        <w:rPr>
          <w:rFonts w:cs="Times New Roman"/>
          <w:bCs/>
          <w:sz w:val="16"/>
          <w:szCs w:val="16"/>
        </w:rPr>
        <w:t>vă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este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recunoscut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dreptul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de a </w:t>
      </w:r>
      <w:proofErr w:type="spellStart"/>
      <w:r w:rsidRPr="00437621">
        <w:rPr>
          <w:rFonts w:cs="Times New Roman"/>
          <w:bCs/>
          <w:sz w:val="16"/>
          <w:szCs w:val="16"/>
        </w:rPr>
        <w:t>vă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adresa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ANSPDCP </w:t>
      </w:r>
      <w:proofErr w:type="spellStart"/>
      <w:r w:rsidRPr="00437621">
        <w:rPr>
          <w:rFonts w:cs="Times New Roman"/>
          <w:bCs/>
          <w:sz w:val="16"/>
          <w:szCs w:val="16"/>
        </w:rPr>
        <w:t>și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justiției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. </w:t>
      </w:r>
      <w:proofErr w:type="spellStart"/>
      <w:r w:rsidRPr="00437621">
        <w:rPr>
          <w:rFonts w:cs="Times New Roman"/>
          <w:bCs/>
          <w:sz w:val="16"/>
          <w:szCs w:val="16"/>
        </w:rPr>
        <w:t>Datele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dumneavoastră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nu sunt </w:t>
      </w:r>
      <w:proofErr w:type="spellStart"/>
      <w:r w:rsidRPr="00437621">
        <w:rPr>
          <w:rFonts w:cs="Times New Roman"/>
          <w:bCs/>
          <w:sz w:val="16"/>
          <w:szCs w:val="16"/>
        </w:rPr>
        <w:t>transferate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în</w:t>
      </w:r>
      <w:proofErr w:type="spellEnd"/>
      <w:r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Pr="00437621">
        <w:rPr>
          <w:rFonts w:cs="Times New Roman"/>
          <w:bCs/>
          <w:sz w:val="16"/>
          <w:szCs w:val="16"/>
        </w:rPr>
        <w:t>străinătate</w:t>
      </w:r>
      <w:proofErr w:type="spellEnd"/>
      <w:r w:rsidRPr="00437621">
        <w:rPr>
          <w:rFonts w:cs="Times New Roman"/>
          <w:bCs/>
          <w:sz w:val="16"/>
          <w:szCs w:val="16"/>
        </w:rPr>
        <w:t>.</w:t>
      </w:r>
    </w:p>
    <w:p w14:paraId="1D87F042" w14:textId="77777777" w:rsidR="00437621" w:rsidRPr="00F83523" w:rsidRDefault="00437621" w:rsidP="00437621">
      <w:pPr>
        <w:spacing w:after="60"/>
        <w:jc w:val="both"/>
        <w:rPr>
          <w:rFonts w:cs="Times New Roman"/>
          <w:bCs/>
          <w:sz w:val="18"/>
          <w:szCs w:val="18"/>
        </w:rPr>
      </w:pPr>
    </w:p>
    <w:p w14:paraId="0318C848" w14:textId="77777777" w:rsidR="00437621" w:rsidRPr="004A0D27" w:rsidRDefault="00437621" w:rsidP="00437621">
      <w:pPr>
        <w:spacing w:after="60"/>
        <w:ind w:firstLine="720"/>
        <w:jc w:val="both"/>
        <w:rPr>
          <w:bCs/>
          <w:i/>
          <w:iCs/>
          <w:sz w:val="20"/>
          <w:szCs w:val="20"/>
        </w:rPr>
      </w:pPr>
      <w:r w:rsidRPr="00F83523">
        <w:rPr>
          <w:rFonts w:ascii="Arial" w:hAnsi="Arial" w:cs="Arial"/>
          <w:b/>
          <w:sz w:val="20"/>
          <w:szCs w:val="20"/>
        </w:rPr>
        <w:t xml:space="preserve"> </w:t>
      </w:r>
      <w:r w:rsidRPr="004A0D27">
        <w:rPr>
          <w:bCs/>
          <w:i/>
          <w:iCs/>
          <w:sz w:val="20"/>
          <w:szCs w:val="20"/>
        </w:rPr>
        <w:t>Subsemnata/Subsemnatul.....................................................................................................................</w:t>
      </w:r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având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codul</w:t>
      </w:r>
      <w:proofErr w:type="spellEnd"/>
      <w:r w:rsidRPr="004A0D27">
        <w:rPr>
          <w:bCs/>
          <w:i/>
          <w:iCs/>
          <w:sz w:val="20"/>
          <w:szCs w:val="20"/>
        </w:rPr>
        <w:t xml:space="preserve"> numeric personal ......................................................................</w:t>
      </w:r>
      <w:proofErr w:type="gramStart"/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,  </w:t>
      </w:r>
      <w:proofErr w:type="spellStart"/>
      <w:r w:rsidRPr="004A0D27">
        <w:rPr>
          <w:bCs/>
          <w:i/>
          <w:iCs/>
          <w:sz w:val="20"/>
          <w:szCs w:val="20"/>
        </w:rPr>
        <w:t>declar</w:t>
      </w:r>
      <w:proofErr w:type="spellEnd"/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prin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pe propria </w:t>
      </w:r>
      <w:proofErr w:type="spellStart"/>
      <w:r w:rsidRPr="004A0D27">
        <w:rPr>
          <w:bCs/>
          <w:i/>
          <w:iCs/>
          <w:sz w:val="20"/>
          <w:szCs w:val="20"/>
        </w:rPr>
        <w:t>răspundere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toate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furnizate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și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consemnate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cerere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r w:rsidRPr="004A0D27">
        <w:rPr>
          <w:b/>
          <w:bCs/>
          <w:i/>
          <w:iCs/>
          <w:sz w:val="20"/>
          <w:szCs w:val="20"/>
        </w:rPr>
        <w:t xml:space="preserve">sunt </w:t>
      </w:r>
      <w:proofErr w:type="spellStart"/>
      <w:r w:rsidRPr="004A0D27">
        <w:rPr>
          <w:b/>
          <w:bCs/>
          <w:i/>
          <w:iCs/>
          <w:sz w:val="20"/>
          <w:szCs w:val="20"/>
        </w:rPr>
        <w:t>corecte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și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complete</w:t>
      </w:r>
      <w:r w:rsidRPr="004A0D27">
        <w:rPr>
          <w:bCs/>
          <w:i/>
          <w:iCs/>
          <w:sz w:val="20"/>
          <w:szCs w:val="20"/>
        </w:rPr>
        <w:t xml:space="preserve">. </w:t>
      </w:r>
      <w:proofErr w:type="spellStart"/>
      <w:r w:rsidRPr="004A0D27">
        <w:rPr>
          <w:bCs/>
          <w:i/>
          <w:iCs/>
          <w:sz w:val="20"/>
          <w:szCs w:val="20"/>
        </w:rPr>
        <w:t>Înțeleg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omisiunea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sau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incorectitudinea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prezentarea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documentelor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scopul</w:t>
      </w:r>
      <w:proofErr w:type="spellEnd"/>
      <w:r w:rsidRPr="004A0D27">
        <w:rPr>
          <w:bCs/>
          <w:i/>
          <w:iCs/>
          <w:sz w:val="20"/>
          <w:szCs w:val="20"/>
        </w:rPr>
        <w:t xml:space="preserve"> de </w:t>
      </w:r>
      <w:proofErr w:type="gramStart"/>
      <w:r w:rsidRPr="004A0D27">
        <w:rPr>
          <w:bCs/>
          <w:i/>
          <w:iCs/>
          <w:sz w:val="20"/>
          <w:szCs w:val="20"/>
        </w:rPr>
        <w:t>a</w:t>
      </w:r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obține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avantaje</w:t>
      </w:r>
      <w:proofErr w:type="spellEnd"/>
      <w:r w:rsidRPr="004A0D27">
        <w:rPr>
          <w:bCs/>
          <w:i/>
          <w:iCs/>
          <w:sz w:val="20"/>
          <w:szCs w:val="20"/>
        </w:rPr>
        <w:t xml:space="preserve"> se </w:t>
      </w:r>
      <w:proofErr w:type="spellStart"/>
      <w:r w:rsidRPr="004A0D27">
        <w:rPr>
          <w:bCs/>
          <w:i/>
          <w:iCs/>
          <w:sz w:val="20"/>
          <w:szCs w:val="20"/>
        </w:rPr>
        <w:t>pedepsește</w:t>
      </w:r>
      <w:proofErr w:type="spellEnd"/>
      <w:r w:rsidRPr="004A0D27">
        <w:rPr>
          <w:bCs/>
          <w:i/>
          <w:iCs/>
          <w:sz w:val="20"/>
          <w:szCs w:val="20"/>
        </w:rPr>
        <w:t xml:space="preserve"> conform </w:t>
      </w:r>
      <w:proofErr w:type="spellStart"/>
      <w:r w:rsidRPr="004A0D27">
        <w:rPr>
          <w:bCs/>
          <w:i/>
          <w:iCs/>
          <w:sz w:val="20"/>
          <w:szCs w:val="20"/>
        </w:rPr>
        <w:t>legii</w:t>
      </w:r>
      <w:proofErr w:type="spellEnd"/>
      <w:r w:rsidRPr="004A0D27">
        <w:rPr>
          <w:bCs/>
          <w:i/>
          <w:iCs/>
          <w:sz w:val="20"/>
          <w:szCs w:val="20"/>
        </w:rPr>
        <w:t>.</w:t>
      </w:r>
    </w:p>
    <w:p w14:paraId="68C81D63" w14:textId="77777777" w:rsidR="00437621" w:rsidRPr="004A0D27" w:rsidRDefault="00437621" w:rsidP="00437621">
      <w:pPr>
        <w:spacing w:after="60"/>
        <w:ind w:firstLine="720"/>
        <w:jc w:val="both"/>
        <w:rPr>
          <w:rFonts w:cs="Times New Roman"/>
          <w:b/>
          <w:i/>
          <w:iCs/>
          <w:sz w:val="20"/>
          <w:szCs w:val="20"/>
        </w:rPr>
      </w:pPr>
      <w:r w:rsidRPr="004A0D27">
        <w:rPr>
          <w:rFonts w:cs="Times New Roman"/>
          <w:b/>
          <w:i/>
          <w:iCs/>
          <w:sz w:val="20"/>
          <w:szCs w:val="20"/>
        </w:rPr>
        <w:t xml:space="preserve">Prin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prezenta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declar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fost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/ă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datele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caracter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personal sunt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scopul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pentru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îndeplinirea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atribuțiilor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legale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ale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instituției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.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luat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cunoștiință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informațiile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cererea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depusă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anexate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aceasta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vor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fi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către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Primăria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Comunei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Cristian,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respectarea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prevederilor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Regulamentului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(UE) 679/2016.</w:t>
      </w:r>
    </w:p>
    <w:p w14:paraId="601C57C0" w14:textId="77777777" w:rsidR="00437621" w:rsidRPr="004A0D27" w:rsidRDefault="00437621" w:rsidP="00437621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</w:t>
      </w:r>
      <w:r w:rsidRPr="004A0D27">
        <w:rPr>
          <w:bCs/>
          <w:i/>
          <w:iCs/>
          <w:sz w:val="20"/>
          <w:szCs w:val="20"/>
        </w:rPr>
        <w:t xml:space="preserve">Data ........, </w:t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  <w:t xml:space="preserve"> </w:t>
      </w:r>
      <w:r w:rsidRPr="004A0D27">
        <w:rPr>
          <w:bCs/>
          <w:i/>
          <w:iCs/>
          <w:sz w:val="20"/>
          <w:szCs w:val="20"/>
        </w:rPr>
        <w:sym w:font="Wingdings" w:char="F03F"/>
      </w:r>
      <w:r w:rsidRPr="004A0D27">
        <w:rPr>
          <w:bCs/>
          <w:i/>
          <w:iCs/>
          <w:sz w:val="20"/>
          <w:szCs w:val="20"/>
        </w:rPr>
        <w:t xml:space="preserve"> ......</w:t>
      </w:r>
      <w:r>
        <w:rPr>
          <w:bCs/>
          <w:i/>
          <w:iCs/>
          <w:sz w:val="20"/>
          <w:szCs w:val="20"/>
        </w:rPr>
        <w:t>.......</w:t>
      </w:r>
      <w:r w:rsidRPr="004A0D27">
        <w:rPr>
          <w:bCs/>
          <w:i/>
          <w:iCs/>
          <w:sz w:val="20"/>
          <w:szCs w:val="20"/>
        </w:rPr>
        <w:t>.</w:t>
      </w:r>
      <w:r>
        <w:rPr>
          <w:bCs/>
          <w:i/>
          <w:iCs/>
          <w:sz w:val="20"/>
          <w:szCs w:val="20"/>
        </w:rPr>
        <w:t>.....</w:t>
      </w:r>
      <w:r w:rsidRPr="004A0D27">
        <w:rPr>
          <w:bCs/>
          <w:i/>
          <w:iCs/>
          <w:sz w:val="20"/>
          <w:szCs w:val="20"/>
        </w:rPr>
        <w:t>...................</w:t>
      </w:r>
      <w:r w:rsidRPr="004A0D27">
        <w:rPr>
          <w:bCs/>
          <w:i/>
          <w:iCs/>
          <w:sz w:val="20"/>
          <w:szCs w:val="20"/>
          <w:vertAlign w:val="superscript"/>
        </w:rPr>
        <w:t>3</w:t>
      </w:r>
      <w:r w:rsidRPr="004A0D27">
        <w:rPr>
          <w:bCs/>
          <w:i/>
          <w:iCs/>
          <w:sz w:val="20"/>
          <w:szCs w:val="20"/>
        </w:rPr>
        <w:t xml:space="preserve"> </w:t>
      </w:r>
    </w:p>
    <w:p w14:paraId="3A5F4A1A" w14:textId="77777777" w:rsidR="00437621" w:rsidRPr="00A73A85" w:rsidRDefault="00437621" w:rsidP="00437621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4"/>
          <w:szCs w:val="24"/>
        </w:rPr>
      </w:pPr>
    </w:p>
    <w:p w14:paraId="74AA89C1" w14:textId="77777777" w:rsidR="00437621" w:rsidRPr="00D51051" w:rsidRDefault="00437621" w:rsidP="00437621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1</w:t>
      </w:r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Prenumele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NUMELE, </w:t>
      </w:r>
      <w:proofErr w:type="spellStart"/>
      <w:r w:rsidRPr="00D51051">
        <w:rPr>
          <w:bCs/>
          <w:sz w:val="14"/>
          <w:szCs w:val="14"/>
        </w:rPr>
        <w:t>în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clar</w:t>
      </w:r>
      <w:proofErr w:type="spellEnd"/>
      <w:r w:rsidRPr="00D51051">
        <w:rPr>
          <w:bCs/>
          <w:sz w:val="14"/>
          <w:szCs w:val="14"/>
        </w:rPr>
        <w:t xml:space="preserve">. </w:t>
      </w:r>
      <w:r w:rsidRPr="00D51051">
        <w:rPr>
          <w:bCs/>
          <w:sz w:val="14"/>
          <w:szCs w:val="14"/>
          <w:vertAlign w:val="superscript"/>
        </w:rPr>
        <w:t>2</w:t>
      </w:r>
      <w:r w:rsidRPr="00D51051">
        <w:rPr>
          <w:bCs/>
          <w:sz w:val="14"/>
          <w:szCs w:val="14"/>
        </w:rPr>
        <w:t xml:space="preserve">Potrivit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din </w:t>
      </w:r>
      <w:proofErr w:type="spellStart"/>
      <w:r w:rsidRPr="00D51051">
        <w:rPr>
          <w:bCs/>
          <w:sz w:val="14"/>
          <w:szCs w:val="14"/>
        </w:rPr>
        <w:t>actul</w:t>
      </w:r>
      <w:proofErr w:type="spellEnd"/>
      <w:r w:rsidRPr="00D51051">
        <w:rPr>
          <w:bCs/>
          <w:sz w:val="14"/>
          <w:szCs w:val="14"/>
        </w:rPr>
        <w:t xml:space="preserve"> de </w:t>
      </w:r>
      <w:proofErr w:type="spellStart"/>
      <w:r w:rsidRPr="00D51051">
        <w:rPr>
          <w:bCs/>
          <w:sz w:val="14"/>
          <w:szCs w:val="14"/>
        </w:rPr>
        <w:t>identitate</w:t>
      </w:r>
      <w:proofErr w:type="spellEnd"/>
      <w:r w:rsidRPr="00D51051">
        <w:rPr>
          <w:bCs/>
          <w:sz w:val="14"/>
          <w:szCs w:val="14"/>
        </w:rPr>
        <w:t>;</w:t>
      </w:r>
    </w:p>
    <w:p w14:paraId="4D73A7CD" w14:textId="77777777" w:rsidR="00437621" w:rsidRPr="00D51051" w:rsidRDefault="00437621" w:rsidP="00437621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3</w:t>
      </w:r>
      <w:r w:rsidRPr="00D51051">
        <w:rPr>
          <w:bCs/>
          <w:sz w:val="14"/>
          <w:szCs w:val="14"/>
        </w:rPr>
        <w:t xml:space="preserve">Prin </w:t>
      </w:r>
      <w:proofErr w:type="spellStart"/>
      <w:r w:rsidRPr="00D51051">
        <w:rPr>
          <w:bCs/>
          <w:sz w:val="14"/>
          <w:szCs w:val="14"/>
        </w:rPr>
        <w:t>semnare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consimt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prelucrarea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cu </w:t>
      </w:r>
      <w:proofErr w:type="spellStart"/>
      <w:r w:rsidRPr="00D51051">
        <w:rPr>
          <w:bCs/>
          <w:sz w:val="14"/>
          <w:szCs w:val="14"/>
        </w:rPr>
        <w:t>caracter</w:t>
      </w:r>
      <w:proofErr w:type="spellEnd"/>
      <w:r w:rsidRPr="00D51051">
        <w:rPr>
          <w:bCs/>
          <w:sz w:val="14"/>
          <w:szCs w:val="14"/>
        </w:rPr>
        <w:t xml:space="preserve"> personal.</w:t>
      </w:r>
    </w:p>
    <w:p w14:paraId="68F93285" w14:textId="77777777" w:rsidR="00437621" w:rsidRPr="00F83523" w:rsidRDefault="00437621" w:rsidP="00437621">
      <w:pPr>
        <w:tabs>
          <w:tab w:val="left" w:pos="935"/>
          <w:tab w:val="left" w:pos="1122"/>
          <w:tab w:val="left" w:pos="1309"/>
        </w:tabs>
        <w:jc w:val="both"/>
        <w:rPr>
          <w:bCs/>
          <w:sz w:val="16"/>
          <w:szCs w:val="16"/>
        </w:rPr>
      </w:pPr>
    </w:p>
    <w:p w14:paraId="3B140A5C" w14:textId="77777777" w:rsidR="00437621" w:rsidRPr="00F83523" w:rsidRDefault="00437621" w:rsidP="00437621">
      <w:pPr>
        <w:jc w:val="both"/>
        <w:rPr>
          <w:sz w:val="16"/>
          <w:szCs w:val="16"/>
        </w:rPr>
      </w:pPr>
      <w:r w:rsidRPr="00F83523">
        <w:rPr>
          <w:b/>
          <w:sz w:val="16"/>
          <w:szCs w:val="16"/>
        </w:rPr>
        <w:t xml:space="preserve">FOARTE IMPORTANT: </w:t>
      </w:r>
      <w:proofErr w:type="spellStart"/>
      <w:r w:rsidRPr="00F83523">
        <w:rPr>
          <w:b/>
          <w:sz w:val="16"/>
          <w:szCs w:val="16"/>
        </w:rPr>
        <w:t>Potrivit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prevederilor</w:t>
      </w:r>
      <w:proofErr w:type="spellEnd"/>
      <w:r w:rsidRPr="00F83523">
        <w:rPr>
          <w:b/>
          <w:sz w:val="16"/>
          <w:szCs w:val="16"/>
        </w:rPr>
        <w:t xml:space="preserve"> art. 1 </w:t>
      </w:r>
      <w:proofErr w:type="spellStart"/>
      <w:r w:rsidRPr="00F83523">
        <w:rPr>
          <w:b/>
          <w:sz w:val="16"/>
          <w:szCs w:val="16"/>
        </w:rPr>
        <w:t>alin</w:t>
      </w:r>
      <w:proofErr w:type="spellEnd"/>
      <w:r w:rsidRPr="00F83523">
        <w:rPr>
          <w:b/>
          <w:sz w:val="16"/>
          <w:szCs w:val="16"/>
        </w:rPr>
        <w:t xml:space="preserve">. (1) din </w:t>
      </w:r>
      <w:proofErr w:type="spellStart"/>
      <w:r w:rsidRPr="00F83523">
        <w:rPr>
          <w:b/>
          <w:sz w:val="16"/>
          <w:szCs w:val="16"/>
        </w:rPr>
        <w:t>Legea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contenciosului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nr. 554/2004, cu </w:t>
      </w:r>
      <w:proofErr w:type="spellStart"/>
      <w:r w:rsidRPr="00F83523">
        <w:rPr>
          <w:b/>
          <w:sz w:val="16"/>
          <w:szCs w:val="16"/>
        </w:rPr>
        <w:t>modificările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și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completările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ulterioare</w:t>
      </w:r>
      <w:proofErr w:type="spellEnd"/>
      <w:r w:rsidRPr="00F83523">
        <w:rPr>
          <w:b/>
          <w:sz w:val="16"/>
          <w:szCs w:val="16"/>
        </w:rPr>
        <w:t xml:space="preserve">: </w:t>
      </w:r>
      <w:proofErr w:type="spellStart"/>
      <w:r w:rsidRPr="00F83523">
        <w:rPr>
          <w:b/>
          <w:sz w:val="16"/>
          <w:szCs w:val="16"/>
        </w:rPr>
        <w:t>Petentul</w:t>
      </w:r>
      <w:proofErr w:type="spellEnd"/>
      <w:r w:rsidRPr="00F83523">
        <w:rPr>
          <w:b/>
          <w:sz w:val="16"/>
          <w:szCs w:val="16"/>
        </w:rPr>
        <w:t xml:space="preserve"> care se </w:t>
      </w:r>
      <w:proofErr w:type="spellStart"/>
      <w:r w:rsidRPr="00F83523">
        <w:rPr>
          <w:b/>
          <w:sz w:val="16"/>
          <w:szCs w:val="16"/>
        </w:rPr>
        <w:t>consideră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vătămat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drept</w:t>
      </w:r>
      <w:proofErr w:type="spellEnd"/>
      <w:r w:rsidRPr="00F83523">
        <w:rPr>
          <w:b/>
          <w:sz w:val="16"/>
          <w:szCs w:val="16"/>
        </w:rPr>
        <w:t xml:space="preserve"> al </w:t>
      </w:r>
      <w:proofErr w:type="spellStart"/>
      <w:r w:rsidRPr="00F83523">
        <w:rPr>
          <w:b/>
          <w:sz w:val="16"/>
          <w:szCs w:val="16"/>
        </w:rPr>
        <w:t>său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ori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interes</w:t>
      </w:r>
      <w:proofErr w:type="spellEnd"/>
      <w:r w:rsidRPr="00F83523">
        <w:rPr>
          <w:b/>
          <w:sz w:val="16"/>
          <w:szCs w:val="16"/>
        </w:rPr>
        <w:t xml:space="preserve"> legitim </w:t>
      </w:r>
      <w:proofErr w:type="spellStart"/>
      <w:r w:rsidRPr="00F83523">
        <w:rPr>
          <w:b/>
          <w:sz w:val="16"/>
          <w:szCs w:val="16"/>
        </w:rPr>
        <w:t>prin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solicitarea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acestei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declarații</w:t>
      </w:r>
      <w:proofErr w:type="spellEnd"/>
      <w:r w:rsidRPr="00F83523">
        <w:rPr>
          <w:b/>
          <w:sz w:val="16"/>
          <w:szCs w:val="16"/>
        </w:rPr>
        <w:t xml:space="preserve">, se </w:t>
      </w:r>
      <w:proofErr w:type="spellStart"/>
      <w:r w:rsidRPr="00F83523">
        <w:rPr>
          <w:b/>
          <w:sz w:val="16"/>
          <w:szCs w:val="16"/>
        </w:rPr>
        <w:t>poate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adresa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instanței</w:t>
      </w:r>
      <w:proofErr w:type="spellEnd"/>
      <w:r w:rsidRPr="00F83523">
        <w:rPr>
          <w:b/>
          <w:sz w:val="16"/>
          <w:szCs w:val="16"/>
        </w:rPr>
        <w:t xml:space="preserve"> de </w:t>
      </w:r>
      <w:proofErr w:type="spellStart"/>
      <w:r w:rsidRPr="00F83523">
        <w:rPr>
          <w:b/>
          <w:sz w:val="16"/>
          <w:szCs w:val="16"/>
        </w:rPr>
        <w:t>contencios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competente</w:t>
      </w:r>
      <w:proofErr w:type="spellEnd"/>
      <w:r w:rsidRPr="00F83523">
        <w:rPr>
          <w:b/>
          <w:sz w:val="16"/>
          <w:szCs w:val="16"/>
        </w:rPr>
        <w:t>.</w:t>
      </w:r>
    </w:p>
    <w:p w14:paraId="6BCEB965" w14:textId="77777777" w:rsidR="00437621" w:rsidRDefault="00437621">
      <w:pPr>
        <w:spacing w:line="168" w:lineRule="auto"/>
      </w:pPr>
    </w:p>
    <w:sectPr w:rsidR="00437621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83263" w14:textId="77777777" w:rsidR="004D2499" w:rsidRDefault="004D2499">
      <w:r>
        <w:separator/>
      </w:r>
    </w:p>
  </w:endnote>
  <w:endnote w:type="continuationSeparator" w:id="0">
    <w:p w14:paraId="1270EC2A" w14:textId="77777777" w:rsidR="004D2499" w:rsidRDefault="004D2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oudyOlS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4EE5" w14:textId="23249E35" w:rsidR="007F7E84" w:rsidRDefault="00000000">
    <w:pPr>
      <w:pStyle w:val="Footer"/>
      <w:tabs>
        <w:tab w:val="right" w:pos="9639"/>
      </w:tabs>
    </w:pPr>
    <w:r>
      <w:rPr>
        <w:color w:val="595959"/>
      </w:rPr>
      <w:t>F_A</w:t>
    </w:r>
    <w:r w:rsidR="00243AD6">
      <w:rPr>
        <w:color w:val="595959"/>
      </w:rPr>
      <w:t>R</w:t>
    </w:r>
    <w:r>
      <w:rPr>
        <w:color w:val="595959"/>
      </w:rPr>
      <w:t>_</w:t>
    </w:r>
    <w:r w:rsidR="00243AD6">
      <w:rPr>
        <w:color w:val="595959"/>
      </w:rPr>
      <w:t>01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43AD6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43AD6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A3C9B" w14:textId="77777777" w:rsidR="004D2499" w:rsidRDefault="004D2499">
      <w:r>
        <w:separator/>
      </w:r>
    </w:p>
  </w:footnote>
  <w:footnote w:type="continuationSeparator" w:id="0">
    <w:p w14:paraId="337AF408" w14:textId="77777777" w:rsidR="004D2499" w:rsidRDefault="004D24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2206165">
    <w:abstractNumId w:val="8"/>
  </w:num>
  <w:num w:numId="2" w16cid:durableId="1664625976">
    <w:abstractNumId w:val="6"/>
  </w:num>
  <w:num w:numId="3" w16cid:durableId="1480270489">
    <w:abstractNumId w:val="5"/>
  </w:num>
  <w:num w:numId="4" w16cid:durableId="706568692">
    <w:abstractNumId w:val="4"/>
  </w:num>
  <w:num w:numId="5" w16cid:durableId="604533105">
    <w:abstractNumId w:val="7"/>
  </w:num>
  <w:num w:numId="6" w16cid:durableId="201866563">
    <w:abstractNumId w:val="3"/>
  </w:num>
  <w:num w:numId="7" w16cid:durableId="249168426">
    <w:abstractNumId w:val="2"/>
  </w:num>
  <w:num w:numId="8" w16cid:durableId="2051372481">
    <w:abstractNumId w:val="1"/>
  </w:num>
  <w:num w:numId="9" w16cid:durableId="191260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3AD6"/>
    <w:rsid w:val="0029639D"/>
    <w:rsid w:val="0031113E"/>
    <w:rsid w:val="00326F90"/>
    <w:rsid w:val="00411853"/>
    <w:rsid w:val="0041750F"/>
    <w:rsid w:val="00437621"/>
    <w:rsid w:val="004D2499"/>
    <w:rsid w:val="004E3C9A"/>
    <w:rsid w:val="00505208"/>
    <w:rsid w:val="006816CD"/>
    <w:rsid w:val="006C103E"/>
    <w:rsid w:val="00730580"/>
    <w:rsid w:val="007F7E84"/>
    <w:rsid w:val="00A24382"/>
    <w:rsid w:val="00AA1D8D"/>
    <w:rsid w:val="00B47730"/>
    <w:rsid w:val="00BF1A07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653665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43762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egistratura@primariacristian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gistratura@primariacristia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1125</Words>
  <Characters>6414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mihaela arhitect</cp:lastModifiedBy>
  <cp:revision>3</cp:revision>
  <cp:lastPrinted>2026-08-31T10:10:00Z</cp:lastPrinted>
  <dcterms:created xsi:type="dcterms:W3CDTF">2026-08-31T10:09:00Z</dcterms:created>
  <dcterms:modified xsi:type="dcterms:W3CDTF">2026-08-31T10:12:00Z</dcterms:modified>
  <cp:category/>
</cp:coreProperties>
</file>