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E43F66E" w:rsidR="007A6244" w:rsidRDefault="00750F62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1051E10F" wp14:editId="73FF5392">
                  <wp:simplePos x="0" y="0"/>
                  <wp:positionH relativeFrom="margin">
                    <wp:posOffset>148590</wp:posOffset>
                  </wp:positionH>
                  <wp:positionV relativeFrom="paragraph">
                    <wp:posOffset>-752475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31DE73CE" w:rsidR="007A6244" w:rsidRPr="00750F62" w:rsidRDefault="00750F62" w:rsidP="00750F62">
            <w:pPr>
              <w:tabs>
                <w:tab w:val="center" w:pos="4513"/>
                <w:tab w:val="right" w:pos="9026"/>
              </w:tabs>
              <w:rPr>
                <w:b/>
                <w:sz w:val="22"/>
              </w:rPr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252C7A8" w14:textId="24D13993" w:rsidR="007A6244" w:rsidRDefault="00750F62" w:rsidP="00750F62">
            <w:pPr>
              <w:keepNext/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55F6198A" w:rsidR="007A6244" w:rsidRPr="009D5BC3" w:rsidRDefault="00750F62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A0AC928" w14:textId="77777777" w:rsidR="00750F62" w:rsidRPr="004A0D27" w:rsidRDefault="00750F62" w:rsidP="00750F62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4FE355EF" w14:textId="0AD40C6E" w:rsidR="007A6244" w:rsidRDefault="00750F62" w:rsidP="00750F62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E3EC3B6" w14:textId="6020B953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750F6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627295C5" w:rsidR="007A6244" w:rsidRPr="009D5BC3" w:rsidRDefault="00750F62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p w14:paraId="0773A0D9" w14:textId="77777777" w:rsidR="00750F62" w:rsidRDefault="00750F62">
      <w:pPr>
        <w:spacing w:line="168" w:lineRule="auto"/>
      </w:pPr>
    </w:p>
    <w:p w14:paraId="46688FC3" w14:textId="77777777" w:rsidR="00750F62" w:rsidRDefault="00750F62">
      <w:pPr>
        <w:spacing w:line="168" w:lineRule="auto"/>
      </w:pPr>
    </w:p>
    <w:p w14:paraId="6188A655" w14:textId="77777777" w:rsidR="00750F62" w:rsidRDefault="00750F62">
      <w:pPr>
        <w:spacing w:line="168" w:lineRule="auto"/>
      </w:pPr>
    </w:p>
    <w:p w14:paraId="1419AFC8" w14:textId="77777777" w:rsidR="00750F62" w:rsidRDefault="00750F62">
      <w:pPr>
        <w:spacing w:line="168" w:lineRule="auto"/>
      </w:pPr>
    </w:p>
    <w:p w14:paraId="1F552311" w14:textId="77777777" w:rsidR="00750F62" w:rsidRDefault="00750F62">
      <w:pPr>
        <w:spacing w:line="168" w:lineRule="auto"/>
      </w:pPr>
    </w:p>
    <w:p w14:paraId="48D826E1" w14:textId="77777777" w:rsidR="00750F62" w:rsidRDefault="00750F62">
      <w:pPr>
        <w:spacing w:line="168" w:lineRule="auto"/>
      </w:pPr>
    </w:p>
    <w:p w14:paraId="01D67F48" w14:textId="77777777" w:rsidR="00750F62" w:rsidRDefault="00750F62">
      <w:pPr>
        <w:spacing w:line="168" w:lineRule="auto"/>
      </w:pPr>
    </w:p>
    <w:p w14:paraId="7D14DC46" w14:textId="77777777" w:rsidR="00750F62" w:rsidRDefault="00750F62">
      <w:pPr>
        <w:spacing w:line="168" w:lineRule="auto"/>
      </w:pPr>
    </w:p>
    <w:p w14:paraId="2D535142" w14:textId="77777777" w:rsidR="00750F62" w:rsidRDefault="00750F62">
      <w:pPr>
        <w:spacing w:line="168" w:lineRule="auto"/>
      </w:pPr>
    </w:p>
    <w:p w14:paraId="57D1A6D5" w14:textId="77777777" w:rsidR="00750F62" w:rsidRDefault="00750F62">
      <w:pPr>
        <w:spacing w:line="168" w:lineRule="auto"/>
      </w:pPr>
    </w:p>
    <w:p w14:paraId="382FB571" w14:textId="77777777" w:rsidR="00750F62" w:rsidRDefault="00750F62">
      <w:pPr>
        <w:spacing w:line="168" w:lineRule="auto"/>
      </w:pPr>
    </w:p>
    <w:p w14:paraId="427339BE" w14:textId="77777777" w:rsidR="00750F62" w:rsidRDefault="00750F62">
      <w:pPr>
        <w:spacing w:line="168" w:lineRule="auto"/>
      </w:pPr>
    </w:p>
    <w:p w14:paraId="5D48D938" w14:textId="77777777" w:rsidR="00750F62" w:rsidRDefault="00750F62">
      <w:pPr>
        <w:spacing w:line="168" w:lineRule="auto"/>
      </w:pPr>
    </w:p>
    <w:p w14:paraId="071EBB79" w14:textId="77777777" w:rsidR="00750F62" w:rsidRDefault="00750F62">
      <w:pPr>
        <w:spacing w:line="168" w:lineRule="auto"/>
      </w:pPr>
    </w:p>
    <w:p w14:paraId="55C5607F" w14:textId="77777777" w:rsidR="00750F62" w:rsidRDefault="00750F62">
      <w:pPr>
        <w:spacing w:line="168" w:lineRule="auto"/>
      </w:pPr>
    </w:p>
    <w:p w14:paraId="5FA0F587" w14:textId="77777777" w:rsidR="00750F62" w:rsidRDefault="00750F62">
      <w:pPr>
        <w:spacing w:line="168" w:lineRule="auto"/>
      </w:pPr>
    </w:p>
    <w:p w14:paraId="29D8F00C" w14:textId="77777777" w:rsidR="00750F62" w:rsidRPr="00F83523" w:rsidRDefault="00750F62" w:rsidP="00750F6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027DB90E" w14:textId="77777777" w:rsidR="00750F62" w:rsidRPr="00F83523" w:rsidRDefault="00750F62" w:rsidP="00750F62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2C310682" w14:textId="77777777" w:rsidR="00750F62" w:rsidRDefault="00750F62" w:rsidP="00750F62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6FD37A73" w14:textId="77777777" w:rsidR="00750F62" w:rsidRPr="00F83523" w:rsidRDefault="00750F62" w:rsidP="00750F62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1F0D7ABA" w14:textId="77777777" w:rsidR="00750F62" w:rsidRPr="004A0D27" w:rsidRDefault="00750F62" w:rsidP="00750F62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329E93D" w14:textId="77777777" w:rsidR="00750F62" w:rsidRPr="004A0D27" w:rsidRDefault="00750F62" w:rsidP="00750F62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59E5C7CA" w14:textId="77777777" w:rsidR="00750F62" w:rsidRPr="004A0D27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5F2E692C" w14:textId="77777777" w:rsidR="00750F62" w:rsidRPr="00A73A85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1285A031" w14:textId="77777777" w:rsidR="00750F62" w:rsidRPr="00D51051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B5F3E29" w14:textId="77777777" w:rsidR="00750F62" w:rsidRPr="00D51051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7FE073DF" w14:textId="77777777" w:rsidR="00750F62" w:rsidRPr="00F83523" w:rsidRDefault="00750F62" w:rsidP="00750F62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60CA2F11" w14:textId="77777777" w:rsidR="00750F62" w:rsidRPr="00F83523" w:rsidRDefault="00750F62" w:rsidP="00750F62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16327C58" w14:textId="77777777" w:rsidR="00750F62" w:rsidRDefault="00750F62">
      <w:pPr>
        <w:spacing w:line="168" w:lineRule="auto"/>
      </w:pPr>
    </w:p>
    <w:sectPr w:rsidR="00750F62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1DB77" w14:textId="77777777" w:rsidR="00324024" w:rsidRDefault="00324024">
      <w:r>
        <w:separator/>
      </w:r>
    </w:p>
  </w:endnote>
  <w:endnote w:type="continuationSeparator" w:id="0">
    <w:p w14:paraId="6A7F0612" w14:textId="77777777" w:rsidR="00324024" w:rsidRDefault="0032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B5BC4" w14:textId="77777777" w:rsidR="00324024" w:rsidRDefault="00324024">
      <w:r>
        <w:separator/>
      </w:r>
    </w:p>
  </w:footnote>
  <w:footnote w:type="continuationSeparator" w:id="0">
    <w:p w14:paraId="11582148" w14:textId="77777777" w:rsidR="00324024" w:rsidRDefault="00324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C74"/>
    <w:rsid w:val="0029639D"/>
    <w:rsid w:val="00324024"/>
    <w:rsid w:val="00326F90"/>
    <w:rsid w:val="006C103E"/>
    <w:rsid w:val="00730580"/>
    <w:rsid w:val="00750F62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750F6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3</cp:revision>
  <cp:lastPrinted>2026-08-31T09:05:00Z</cp:lastPrinted>
  <dcterms:created xsi:type="dcterms:W3CDTF">2026-08-31T09:04:00Z</dcterms:created>
  <dcterms:modified xsi:type="dcterms:W3CDTF">2026-08-31T09:07:00Z</dcterms:modified>
  <cp:category/>
</cp:coreProperties>
</file>