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11ECC" w14:paraId="29022712" w14:textId="77777777" w:rsidTr="00781DFE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19479DAD" w14:textId="2E23F120" w:rsidR="00F30BEA" w:rsidRPr="00F30BEA" w:rsidRDefault="00F30BEA" w:rsidP="00F30BEA">
            <w:pPr>
              <w:keepNext/>
              <w:jc w:val="center"/>
              <w:rPr>
                <w:b/>
                <w:bCs/>
                <w:i/>
                <w:color w:val="595959"/>
              </w:rPr>
            </w:pPr>
            <w:r>
              <w:rPr>
                <w:noProof/>
              </w:rPr>
              <w:drawing>
                <wp:inline distT="0" distB="0" distL="0" distR="0" wp14:anchorId="56BE7EBB" wp14:editId="04A44CD3">
                  <wp:extent cx="882650" cy="882650"/>
                  <wp:effectExtent l="0" t="0" r="0" b="0"/>
                  <wp:docPr id="1148478041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2650" cy="882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35570B" w14:textId="77DADBAB" w:rsidR="00F30BEA" w:rsidRPr="00F30BEA" w:rsidRDefault="00F30BEA" w:rsidP="00F30BEA">
            <w:pPr>
              <w:keepNext/>
              <w:jc w:val="center"/>
              <w:rPr>
                <w:b/>
                <w:bCs/>
                <w:i/>
                <w:color w:val="595959"/>
              </w:rPr>
            </w:pPr>
          </w:p>
          <w:p w14:paraId="1F64A74C" w14:textId="0E70903B" w:rsidR="00A11ECC" w:rsidRDefault="00A11ECC">
            <w:pPr>
              <w:keepNext/>
              <w:jc w:val="center"/>
            </w:pPr>
          </w:p>
        </w:tc>
        <w:tc>
          <w:tcPr>
            <w:tcW w:w="8030" w:type="dxa"/>
            <w:gridSpan w:val="3"/>
            <w:shd w:val="clear" w:color="auto" w:fill="F0F0F0"/>
          </w:tcPr>
          <w:p w14:paraId="7372DF9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F924B6" w14:textId="0AB61144" w:rsidR="00A11ECC" w:rsidRPr="00F30BEA" w:rsidRDefault="00F30BEA">
            <w:pPr>
              <w:keepNext/>
              <w:rPr>
                <w:b/>
                <w:bCs/>
                <w:sz w:val="20"/>
                <w:szCs w:val="20"/>
              </w:rPr>
            </w:pPr>
            <w:r w:rsidRPr="00F30BEA">
              <w:rPr>
                <w:b/>
                <w:bCs/>
                <w:sz w:val="20"/>
                <w:szCs w:val="20"/>
              </w:rPr>
              <w:t>BRAȘOV</w:t>
            </w:r>
          </w:p>
        </w:tc>
      </w:tr>
      <w:tr w:rsidR="00781DFE" w:rsidRPr="00B5567D" w14:paraId="7B17993F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2A1A5EB" w14:textId="77777777" w:rsidR="00781DFE" w:rsidRDefault="00781DFE" w:rsidP="00781DFE"/>
        </w:tc>
        <w:tc>
          <w:tcPr>
            <w:tcW w:w="8030" w:type="dxa"/>
            <w:gridSpan w:val="3"/>
            <w:shd w:val="clear" w:color="auto" w:fill="F0F0F0"/>
          </w:tcPr>
          <w:p w14:paraId="11DB024B" w14:textId="77777777" w:rsidR="00781DFE" w:rsidRPr="00006396" w:rsidRDefault="00781DFE" w:rsidP="00781DFE">
            <w:pPr>
              <w:keepNext/>
              <w:rPr>
                <w:lang w:val="fr-FR"/>
              </w:rPr>
            </w:pPr>
            <w:r w:rsidRPr="00006396">
              <w:rPr>
                <w:b/>
                <w:color w:val="0D5F78"/>
                <w:lang w:val="fr-FR"/>
              </w:rPr>
              <w:t xml:space="preserve">Inspectoratul de Stat </w:t>
            </w:r>
            <w:proofErr w:type="spellStart"/>
            <w:r w:rsidRPr="00006396">
              <w:rPr>
                <w:b/>
                <w:color w:val="0D5F78"/>
                <w:lang w:val="fr-FR"/>
              </w:rPr>
              <w:t>în</w:t>
            </w:r>
            <w:proofErr w:type="spellEnd"/>
            <w:r w:rsidRPr="00006396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</w:t>
            </w:r>
            <w:r w:rsidRPr="00006396">
              <w:rPr>
                <w:b/>
                <w:color w:val="0D5F78"/>
                <w:lang w:val="fr-FR"/>
              </w:rPr>
              <w:t>o</w:t>
            </w:r>
            <w:r>
              <w:rPr>
                <w:b/>
                <w:color w:val="0D5F78"/>
                <w:lang w:val="fr-FR"/>
              </w:rPr>
              <w:t>nstrucții</w:t>
            </w:r>
            <w:proofErr w:type="spellEnd"/>
            <w:r>
              <w:rPr>
                <w:b/>
                <w:color w:val="0D5F78"/>
                <w:lang w:val="fr-FR"/>
              </w:rPr>
              <w:t xml:space="preserve"> – Inspectoratul </w:t>
            </w:r>
            <w:proofErr w:type="spellStart"/>
            <w:r>
              <w:rPr>
                <w:b/>
                <w:color w:val="0D5F78"/>
                <w:lang w:val="fr-FR"/>
              </w:rPr>
              <w:t>Teritorial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în</w:t>
            </w:r>
            <w:proofErr w:type="spellEnd"/>
            <w:r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>
              <w:rPr>
                <w:b/>
                <w:color w:val="0D5F78"/>
                <w:lang w:val="fr-FR"/>
              </w:rPr>
              <w:t>Construcții</w:t>
            </w:r>
            <w:proofErr w:type="spellEnd"/>
          </w:p>
          <w:p w14:paraId="7378C482" w14:textId="0A345BFE" w:rsidR="00781DFE" w:rsidRPr="00F30BEA" w:rsidRDefault="00F30BEA" w:rsidP="00781DFE">
            <w:pPr>
              <w:keepNext/>
              <w:rPr>
                <w:b/>
                <w:bCs/>
                <w:sz w:val="20"/>
                <w:szCs w:val="20"/>
                <w:lang w:val="fr-FR"/>
              </w:rPr>
            </w:pPr>
            <w:r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</w:p>
        </w:tc>
      </w:tr>
      <w:tr w:rsidR="00781DFE" w14:paraId="16F835A9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535F06FD" w14:textId="77777777" w:rsidR="00781DFE" w:rsidRPr="00B5567D" w:rsidRDefault="00781DFE" w:rsidP="00781DFE">
            <w:pPr>
              <w:rPr>
                <w:lang w:val="fr-FR"/>
              </w:rPr>
            </w:pPr>
          </w:p>
        </w:tc>
        <w:tc>
          <w:tcPr>
            <w:tcW w:w="2409" w:type="dxa"/>
            <w:shd w:val="clear" w:color="auto" w:fill="F0F0F0"/>
          </w:tcPr>
          <w:p w14:paraId="7F9BF08C" w14:textId="77777777" w:rsidR="00781DFE" w:rsidRPr="00E6757A" w:rsidRDefault="00781DFE" w:rsidP="00781DFE">
            <w:pPr>
              <w:keepNext/>
              <w:rPr>
                <w:lang w:val="fr-FR"/>
              </w:rPr>
            </w:pPr>
            <w:r w:rsidRPr="00E6757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(CIF)</w:t>
            </w:r>
          </w:p>
          <w:p w14:paraId="7230F7A3" w14:textId="77777777" w:rsidR="00F30BEA" w:rsidRPr="00F30BEA" w:rsidRDefault="00F30BEA" w:rsidP="00F30BEA">
            <w:pPr>
              <w:keepNext/>
              <w:rPr>
                <w:b/>
                <w:bCs/>
                <w:sz w:val="20"/>
                <w:szCs w:val="20"/>
              </w:rPr>
            </w:pPr>
            <w:r w:rsidRPr="00F30BEA">
              <w:rPr>
                <w:b/>
                <w:bCs/>
                <w:sz w:val="20"/>
                <w:szCs w:val="20"/>
              </w:rPr>
              <w:t>14334701</w:t>
            </w:r>
          </w:p>
          <w:p w14:paraId="1C68267E" w14:textId="77777777" w:rsidR="00781DFE" w:rsidRPr="00E6757A" w:rsidRDefault="00781DFE" w:rsidP="00781DFE">
            <w:pPr>
              <w:keepNext/>
              <w:rPr>
                <w:lang w:val="fr-FR"/>
              </w:rPr>
            </w:pPr>
          </w:p>
        </w:tc>
        <w:tc>
          <w:tcPr>
            <w:tcW w:w="5621" w:type="dxa"/>
            <w:gridSpan w:val="2"/>
            <w:shd w:val="clear" w:color="auto" w:fill="F0F0F0"/>
          </w:tcPr>
          <w:p w14:paraId="62997E85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2AA4177A" w14:textId="1B971509" w:rsidR="00F30BEA" w:rsidRPr="00F30BEA" w:rsidRDefault="00F30BEA" w:rsidP="00F30BEA">
            <w:pPr>
              <w:rPr>
                <w:b/>
                <w:bCs/>
                <w:iCs/>
                <w:sz w:val="20"/>
                <w:szCs w:val="20"/>
              </w:rPr>
            </w:pPr>
            <w:proofErr w:type="spellStart"/>
            <w:r w:rsidRPr="00F30BEA">
              <w:rPr>
                <w:b/>
                <w:bCs/>
                <w:iCs/>
                <w:sz w:val="20"/>
                <w:szCs w:val="20"/>
              </w:rPr>
              <w:t>Municipiul</w:t>
            </w:r>
            <w:proofErr w:type="spellEnd"/>
            <w:r w:rsidRPr="00F30BEA">
              <w:rPr>
                <w:b/>
                <w:bCs/>
                <w:iCs/>
                <w:sz w:val="20"/>
                <w:szCs w:val="20"/>
              </w:rPr>
              <w:t xml:space="preserve"> Brașov, Calea </w:t>
            </w:r>
            <w:proofErr w:type="spellStart"/>
            <w:r w:rsidRPr="00F30BEA">
              <w:rPr>
                <w:b/>
                <w:bCs/>
                <w:iCs/>
                <w:sz w:val="20"/>
                <w:szCs w:val="20"/>
              </w:rPr>
              <w:t>București</w:t>
            </w:r>
            <w:proofErr w:type="spellEnd"/>
            <w:r w:rsidRPr="00F30BEA">
              <w:rPr>
                <w:b/>
                <w:bCs/>
                <w:iCs/>
                <w:sz w:val="20"/>
                <w:szCs w:val="20"/>
              </w:rPr>
              <w:t>, nr. 10D</w:t>
            </w:r>
            <w:r w:rsidRPr="00F30BEA">
              <w:rPr>
                <w:b/>
                <w:bCs/>
                <w:iCs/>
                <w:sz w:val="20"/>
                <w:szCs w:val="20"/>
              </w:rPr>
              <w:br/>
              <w:t xml:space="preserve">Tel: 0268 319 364, </w:t>
            </w:r>
            <w:r>
              <w:rPr>
                <w:b/>
                <w:bCs/>
                <w:iCs/>
                <w:sz w:val="20"/>
                <w:szCs w:val="20"/>
              </w:rPr>
              <w:t xml:space="preserve">email </w:t>
            </w:r>
            <w:hyperlink r:id="rId9" w:history="1">
              <w:r w:rsidRPr="00A15368">
                <w:rPr>
                  <w:rStyle w:val="Hyperlink"/>
                  <w:b/>
                  <w:bCs/>
                  <w:iCs/>
                  <w:sz w:val="20"/>
                  <w:szCs w:val="20"/>
                </w:rPr>
                <w:t>brasov@isc.gov.ro</w:t>
              </w:r>
            </w:hyperlink>
          </w:p>
          <w:p w14:paraId="17684A54" w14:textId="2F0150AC" w:rsidR="00781DFE" w:rsidRDefault="00F30BEA" w:rsidP="00F30BEA">
            <w:pPr>
              <w:keepNext/>
            </w:pPr>
            <w:r>
              <w:rPr>
                <w:b/>
                <w:bCs/>
                <w:iCs/>
                <w:sz w:val="20"/>
                <w:szCs w:val="20"/>
              </w:rPr>
              <w:t>www.isc.gov.ro</w:t>
            </w:r>
          </w:p>
        </w:tc>
      </w:tr>
      <w:tr w:rsidR="00781DFE" w14:paraId="4481D1BD" w14:textId="77777777" w:rsidTr="00781DFE">
        <w:trPr>
          <w:cantSplit/>
          <w:trHeight w:val="510"/>
        </w:trPr>
        <w:tc>
          <w:tcPr>
            <w:tcW w:w="1606" w:type="dxa"/>
            <w:vMerge/>
          </w:tcPr>
          <w:p w14:paraId="4B2F5043" w14:textId="77777777" w:rsidR="00781DFE" w:rsidRDefault="00781DFE" w:rsidP="00781DFE"/>
        </w:tc>
        <w:tc>
          <w:tcPr>
            <w:tcW w:w="4818" w:type="dxa"/>
            <w:gridSpan w:val="2"/>
            <w:shd w:val="clear" w:color="auto" w:fill="F0F0F0"/>
          </w:tcPr>
          <w:p w14:paraId="7126F932" w14:textId="77777777" w:rsidR="00781DFE" w:rsidRDefault="00781DFE" w:rsidP="00781DFE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7F32F1B7" w14:textId="77777777" w:rsidR="00781DFE" w:rsidRDefault="00781DFE" w:rsidP="00781DFE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606FF1BD" w14:textId="77777777" w:rsidR="00781DFE" w:rsidRDefault="00781DFE" w:rsidP="00781DFE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199CE08" w14:textId="77777777" w:rsidR="00781DFE" w:rsidRDefault="00781DFE" w:rsidP="00781DFE">
            <w:pPr>
              <w:keepNext/>
            </w:pPr>
          </w:p>
        </w:tc>
      </w:tr>
      <w:tr w:rsidR="00781DFE" w:rsidRPr="00B5567D" w14:paraId="2347B2A9" w14:textId="77777777" w:rsidTr="00781DFE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4358086A" w14:textId="77777777" w:rsidR="00781DFE" w:rsidRPr="00E6757A" w:rsidRDefault="00781DFE" w:rsidP="00781DFE">
            <w:pPr>
              <w:rPr>
                <w:lang w:val="fr-FR"/>
              </w:rPr>
            </w:pPr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E6757A">
              <w:rPr>
                <w:i/>
                <w:color w:val="595959"/>
                <w:lang w:val="fr-FR"/>
              </w:rPr>
              <w:t>se</w:t>
            </w:r>
            <w:proofErr w:type="gram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scrie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în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E6757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109DC34E" w14:textId="77777777" w:rsidR="00A11ECC" w:rsidRPr="00E6757A" w:rsidRDefault="00A11ECC">
      <w:pPr>
        <w:spacing w:line="168" w:lineRule="auto"/>
        <w:rPr>
          <w:lang w:val="fr-FR"/>
        </w:rPr>
      </w:pPr>
    </w:p>
    <w:p w14:paraId="0F5A4CDF" w14:textId="77777777" w:rsidR="00A11ECC" w:rsidRPr="00B5567D" w:rsidRDefault="00000000">
      <w:pPr>
        <w:spacing w:before="140" w:after="40"/>
        <w:jc w:val="center"/>
        <w:rPr>
          <w:sz w:val="28"/>
          <w:szCs w:val="28"/>
        </w:rPr>
      </w:pPr>
      <w:r w:rsidRPr="00B5567D">
        <w:rPr>
          <w:b/>
          <w:sz w:val="28"/>
          <w:szCs w:val="28"/>
        </w:rPr>
        <w:t>ÎNȘTIINȚARE</w:t>
      </w:r>
    </w:p>
    <w:p w14:paraId="1643D012" w14:textId="77777777" w:rsidR="00A11ECC" w:rsidRDefault="00000000">
      <w:pPr>
        <w:spacing w:after="120"/>
        <w:jc w:val="center"/>
      </w:pPr>
      <w:proofErr w:type="spellStart"/>
      <w:r>
        <w:rPr>
          <w:sz w:val="19"/>
        </w:rPr>
        <w:t>privind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începerea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execuției</w:t>
      </w:r>
      <w:proofErr w:type="spellEnd"/>
      <w:r>
        <w:rPr>
          <w:sz w:val="19"/>
        </w:rPr>
        <w:t xml:space="preserve"> </w:t>
      </w:r>
      <w:proofErr w:type="spellStart"/>
      <w:r>
        <w:rPr>
          <w:sz w:val="19"/>
        </w:rPr>
        <w:t>lucrărilor</w:t>
      </w:r>
      <w:proofErr w:type="spellEnd"/>
    </w:p>
    <w:p w14:paraId="4291F9D6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11ECC" w14:paraId="7612C26F" w14:textId="77777777">
        <w:trPr>
          <w:cantSplit/>
        </w:trPr>
        <w:tc>
          <w:tcPr>
            <w:tcW w:w="9636" w:type="dxa"/>
            <w:shd w:val="clear" w:color="auto" w:fill="F4F4F4"/>
          </w:tcPr>
          <w:p w14:paraId="752A6287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11ECC" w:rsidRPr="00E6757A" w14:paraId="37740068" w14:textId="77777777">
        <w:trPr>
          <w:cantSplit/>
          <w:trHeight w:val="510"/>
        </w:trPr>
        <w:tc>
          <w:tcPr>
            <w:tcW w:w="9636" w:type="dxa"/>
          </w:tcPr>
          <w:p w14:paraId="5641DACE" w14:textId="6B026586" w:rsidR="00A11ECC" w:rsidRPr="00E6757A" w:rsidRDefault="00F30BEA" w:rsidP="009D70C3">
            <w:pPr>
              <w:keepNext/>
              <w:rPr>
                <w:lang w:val="fr-FR"/>
              </w:rPr>
            </w:pPr>
            <w:r w:rsidRPr="009D70C3">
              <w:rPr>
                <w:b/>
                <w:sz w:val="18"/>
                <w:szCs w:val="18"/>
                <w:lang w:val="fr-FR"/>
              </w:rPr>
              <w:t xml:space="preserve">Inspectoratul de Stat </w:t>
            </w:r>
            <w:proofErr w:type="spellStart"/>
            <w:r w:rsidRPr="009D70C3">
              <w:rPr>
                <w:b/>
                <w:sz w:val="18"/>
                <w:szCs w:val="18"/>
                <w:lang w:val="fr-FR"/>
              </w:rPr>
              <w:t>în</w:t>
            </w:r>
            <w:proofErr w:type="spellEnd"/>
            <w:r w:rsidRPr="009D70C3">
              <w:rPr>
                <w:b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9D70C3">
              <w:rPr>
                <w:b/>
                <w:sz w:val="18"/>
                <w:szCs w:val="18"/>
                <w:lang w:val="fr-FR"/>
              </w:rPr>
              <w:t>Construcții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– Inspectoratul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Teritorial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în</w:t>
            </w:r>
            <w:proofErr w:type="spellEnd"/>
            <w:r w:rsidRPr="00F30BEA">
              <w:rPr>
                <w:b/>
                <w:sz w:val="20"/>
                <w:szCs w:val="20"/>
                <w:lang w:val="fr-FR"/>
              </w:rPr>
              <w:t xml:space="preserve"> </w:t>
            </w:r>
            <w:proofErr w:type="spellStart"/>
            <w:r w:rsidRPr="00F30BEA">
              <w:rPr>
                <w:b/>
                <w:sz w:val="20"/>
                <w:szCs w:val="20"/>
                <w:lang w:val="fr-FR"/>
              </w:rPr>
              <w:t>Construcții</w:t>
            </w:r>
            <w:proofErr w:type="spellEnd"/>
            <w:r>
              <w:rPr>
                <w:b/>
                <w:sz w:val="20"/>
                <w:szCs w:val="20"/>
                <w:lang w:val="fr-FR"/>
              </w:rPr>
              <w:t xml:space="preserve"> </w:t>
            </w:r>
            <w:r w:rsidR="009D70C3"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  <w:r w:rsidR="009D70C3">
              <w:rPr>
                <w:b/>
                <w:bCs/>
                <w:sz w:val="20"/>
                <w:szCs w:val="20"/>
                <w:lang w:val="fr-FR"/>
              </w:rPr>
              <w:t xml:space="preserve">, d-lui </w:t>
            </w:r>
            <w:proofErr w:type="spellStart"/>
            <w:r w:rsidR="009D70C3">
              <w:rPr>
                <w:b/>
                <w:bCs/>
                <w:sz w:val="20"/>
                <w:szCs w:val="20"/>
                <w:lang w:val="fr-FR"/>
              </w:rPr>
              <w:t>inspector</w:t>
            </w:r>
            <w:proofErr w:type="spellEnd"/>
            <w:r w:rsidR="009D70C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D70C3">
              <w:rPr>
                <w:b/>
                <w:bCs/>
                <w:sz w:val="20"/>
                <w:szCs w:val="20"/>
                <w:lang w:val="fr-FR"/>
              </w:rPr>
              <w:t>șef</w:t>
            </w:r>
            <w:proofErr w:type="spellEnd"/>
            <w:r w:rsidR="009D70C3">
              <w:rPr>
                <w:b/>
                <w:bCs/>
                <w:sz w:val="20"/>
                <w:szCs w:val="20"/>
                <w:lang w:val="fr-FR"/>
              </w:rPr>
              <w:t xml:space="preserve"> </w:t>
            </w:r>
            <w:proofErr w:type="spellStart"/>
            <w:r w:rsidR="009D70C3">
              <w:rPr>
                <w:b/>
                <w:bCs/>
                <w:sz w:val="20"/>
                <w:szCs w:val="20"/>
                <w:lang w:val="fr-FR"/>
              </w:rPr>
              <w:t>județean</w:t>
            </w:r>
            <w:proofErr w:type="spellEnd"/>
          </w:p>
        </w:tc>
      </w:tr>
      <w:tr w:rsidR="00A11ECC" w:rsidRPr="00E6757A" w14:paraId="57F07BFF" w14:textId="77777777">
        <w:trPr>
          <w:cantSplit/>
        </w:trPr>
        <w:tc>
          <w:tcPr>
            <w:tcW w:w="9636" w:type="dxa"/>
            <w:shd w:val="clear" w:color="auto" w:fill="F4F4F4"/>
          </w:tcPr>
          <w:p w14:paraId="78405B03" w14:textId="11AB6E27" w:rsidR="00A11ECC" w:rsidRPr="00E6757A" w:rsidRDefault="00781DFE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Cererea</w:t>
            </w:r>
            <w:proofErr w:type="spellEnd"/>
            <w:r w:rsidRPr="00895605">
              <w:rPr>
                <w:lang w:val="fr-FR"/>
              </w:rPr>
              <w:t xml:space="preserve"> va fi </w:t>
            </w:r>
            <w:proofErr w:type="spellStart"/>
            <w:r w:rsidRPr="00895605">
              <w:rPr>
                <w:lang w:val="fr-FR"/>
              </w:rPr>
              <w:t>adresată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către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conducerea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Inspectoratului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Teritorial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în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Construcții</w:t>
            </w:r>
            <w:proofErr w:type="spellEnd"/>
          </w:p>
        </w:tc>
      </w:tr>
    </w:tbl>
    <w:p w14:paraId="3FD1D3DB" w14:textId="77777777" w:rsidR="00A11ECC" w:rsidRPr="00E6757A" w:rsidRDefault="00A11ECC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11ECC" w14:paraId="34B777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FB959D0" w14:textId="77777777" w:rsidR="00A11ECC" w:rsidRDefault="00000000">
            <w:pPr>
              <w:keepNext/>
            </w:pPr>
            <w:r w:rsidRPr="00E6757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11ECC" w14:paraId="5E841B04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D80803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și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5C36B89" w14:textId="77777777" w:rsidR="00A11ECC" w:rsidRDefault="00A11ECC">
            <w:pPr>
              <w:keepNext/>
            </w:pPr>
          </w:p>
        </w:tc>
        <w:tc>
          <w:tcPr>
            <w:tcW w:w="4015" w:type="dxa"/>
            <w:gridSpan w:val="3"/>
          </w:tcPr>
          <w:p w14:paraId="7501516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4E9C5560" w14:textId="77777777" w:rsidR="00A11ECC" w:rsidRDefault="00A11ECC">
            <w:pPr>
              <w:keepNext/>
            </w:pPr>
          </w:p>
        </w:tc>
      </w:tr>
      <w:tr w:rsidR="00A11ECC" w14:paraId="5222187E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D0D4BD0" w14:textId="77777777" w:rsidR="00A11ECC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A11ECC" w14:paraId="7E1FD110" w14:textId="77777777">
        <w:trPr>
          <w:cantSplit/>
          <w:trHeight w:val="510"/>
        </w:trPr>
        <w:tc>
          <w:tcPr>
            <w:tcW w:w="1606" w:type="dxa"/>
          </w:tcPr>
          <w:p w14:paraId="011280E1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DE6E8D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5E7E72C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3406A505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5"/>
          </w:tcPr>
          <w:p w14:paraId="7DF5916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50D7D510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0315ACF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71986321" w14:textId="77777777" w:rsidR="00A11ECC" w:rsidRDefault="00A11ECC">
            <w:pPr>
              <w:keepNext/>
            </w:pPr>
          </w:p>
        </w:tc>
      </w:tr>
      <w:tr w:rsidR="00A11ECC" w14:paraId="2B7C18E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5A44F1F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A11ECC" w14:paraId="71035973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2D50C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52501A06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4"/>
          </w:tcPr>
          <w:p w14:paraId="660341FA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2606FFF2" w14:textId="77777777" w:rsidR="00A11ECC" w:rsidRDefault="00A11ECC">
            <w:pPr>
              <w:keepNext/>
            </w:pPr>
          </w:p>
        </w:tc>
        <w:tc>
          <w:tcPr>
            <w:tcW w:w="3212" w:type="dxa"/>
            <w:gridSpan w:val="2"/>
          </w:tcPr>
          <w:p w14:paraId="75959E8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07EED8E4" w14:textId="77777777" w:rsidR="00A11ECC" w:rsidRDefault="00A11ECC">
            <w:pPr>
              <w:keepNext/>
            </w:pPr>
          </w:p>
        </w:tc>
      </w:tr>
      <w:tr w:rsidR="00A11ECC" w14:paraId="7BDBDAA6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288B7A94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09EA4587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B7A03A3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2EA7BE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489F1D5C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1B363C39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AB11C7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479DDF31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0E882C1A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191097FF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2CA3CE1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2326ABB1" w14:textId="77777777" w:rsidR="00A11ECC" w:rsidRDefault="00A11ECC">
            <w:pPr>
              <w:keepNext/>
            </w:pPr>
          </w:p>
        </w:tc>
        <w:tc>
          <w:tcPr>
            <w:tcW w:w="1606" w:type="dxa"/>
          </w:tcPr>
          <w:p w14:paraId="1D955C86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060B5581" w14:textId="77777777" w:rsidR="00A11ECC" w:rsidRDefault="00A11ECC">
            <w:pPr>
              <w:keepNext/>
            </w:pPr>
          </w:p>
        </w:tc>
      </w:tr>
      <w:tr w:rsidR="00A11ECC" w14:paraId="4DC3EAC3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6019A0" w14:textId="77777777" w:rsidR="00A11ECC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11ECC" w14:paraId="018EC0C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121A4C" w14:textId="77777777" w:rsidR="00A11ECC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0187BF30" w14:textId="77777777" w:rsidR="00A11ECC" w:rsidRDefault="00A11ECC"/>
        </w:tc>
        <w:tc>
          <w:tcPr>
            <w:tcW w:w="5621" w:type="dxa"/>
            <w:gridSpan w:val="5"/>
          </w:tcPr>
          <w:p w14:paraId="4FBE455D" w14:textId="77777777" w:rsidR="00A11ECC" w:rsidRDefault="00000000">
            <w:r>
              <w:rPr>
                <w:b/>
                <w:color w:val="0D5F78"/>
              </w:rPr>
              <w:t>E-mail</w:t>
            </w:r>
          </w:p>
          <w:p w14:paraId="5177F214" w14:textId="77777777" w:rsidR="00A11ECC" w:rsidRDefault="00A11ECC"/>
        </w:tc>
      </w:tr>
    </w:tbl>
    <w:p w14:paraId="5C86987D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11ECC" w:rsidRPr="00B5567D" w14:paraId="1367784F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3294D977" w14:textId="77777777" w:rsidR="00A11ECC" w:rsidRPr="00E6757A" w:rsidRDefault="00000000">
            <w:pPr>
              <w:keepNext/>
              <w:rPr>
                <w:lang w:val="fr-FR"/>
              </w:rPr>
            </w:pPr>
            <w:r w:rsidRPr="00E6757A">
              <w:rPr>
                <w:b/>
                <w:sz w:val="16"/>
                <w:lang w:val="fr-FR"/>
              </w:rPr>
              <w:t xml:space="preserve"> 3. </w:t>
            </w:r>
            <w:r w:rsidRPr="00E6757A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11ECC" w14:paraId="459283F5" w14:textId="77777777">
        <w:trPr>
          <w:cantSplit/>
          <w:trHeight w:val="510"/>
        </w:trPr>
        <w:tc>
          <w:tcPr>
            <w:tcW w:w="1606" w:type="dxa"/>
          </w:tcPr>
          <w:p w14:paraId="037F2C85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40DB982C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4369B01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8964A76" w14:textId="77777777" w:rsidR="00A11ECC" w:rsidRDefault="00A11ECC">
            <w:pPr>
              <w:keepNext/>
            </w:pPr>
          </w:p>
        </w:tc>
        <w:tc>
          <w:tcPr>
            <w:tcW w:w="5621" w:type="dxa"/>
          </w:tcPr>
          <w:p w14:paraId="48B3695B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Emisă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25DDB5C1" w14:textId="6ADBD478" w:rsidR="00A11ECC" w:rsidRPr="000C2BA0" w:rsidRDefault="000C2BA0">
            <w:pPr>
              <w:keepNext/>
              <w:rPr>
                <w:b/>
                <w:bCs/>
                <w:sz w:val="22"/>
              </w:rPr>
            </w:pPr>
            <w:proofErr w:type="spellStart"/>
            <w:r w:rsidRPr="000C2BA0">
              <w:rPr>
                <w:b/>
                <w:bCs/>
                <w:sz w:val="22"/>
              </w:rPr>
              <w:t>Primăria</w:t>
            </w:r>
            <w:proofErr w:type="spellEnd"/>
            <w:r w:rsidRPr="000C2BA0">
              <w:rPr>
                <w:b/>
                <w:bCs/>
                <w:sz w:val="22"/>
              </w:rPr>
              <w:t xml:space="preserve"> </w:t>
            </w:r>
            <w:proofErr w:type="spellStart"/>
            <w:r w:rsidRPr="000C2BA0">
              <w:rPr>
                <w:b/>
                <w:bCs/>
                <w:sz w:val="22"/>
              </w:rPr>
              <w:t>Comunei</w:t>
            </w:r>
            <w:proofErr w:type="spellEnd"/>
            <w:r w:rsidRPr="000C2BA0">
              <w:rPr>
                <w:b/>
                <w:bCs/>
                <w:sz w:val="22"/>
              </w:rPr>
              <w:t xml:space="preserve"> Cristian</w:t>
            </w:r>
          </w:p>
        </w:tc>
      </w:tr>
      <w:tr w:rsidR="00A11ECC" w14:paraId="5C8E1AD3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0DD157D" w14:textId="77777777" w:rsidR="00A11ECC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emisă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pentru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executarea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lucrărilor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privind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construirea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desființarea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construcțiilor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și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amenajărilor</w:t>
            </w:r>
            <w:proofErr w:type="spellEnd"/>
          </w:p>
        </w:tc>
      </w:tr>
      <w:tr w:rsidR="00A11ECC" w:rsidRPr="00B5567D" w14:paraId="3EFBA0A3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2A7F641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și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din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11F220EB" w14:textId="77777777" w:rsidR="00781DFE" w:rsidRPr="00C25235" w:rsidRDefault="00781DFE" w:rsidP="00781DFE">
            <w:pPr>
              <w:keepNext/>
              <w:rPr>
                <w:i/>
                <w:color w:val="7A7A7A"/>
                <w:lang w:val="ro-RO"/>
              </w:rPr>
            </w:pPr>
            <w:r>
              <w:rPr>
                <w:i/>
                <w:color w:val="7A7A7A"/>
                <w:lang w:val="fr-FR"/>
              </w:rPr>
              <w:t xml:space="preserve">Se </w:t>
            </w:r>
            <w:proofErr w:type="spellStart"/>
            <w:r>
              <w:rPr>
                <w:i/>
                <w:color w:val="7A7A7A"/>
                <w:lang w:val="fr-FR"/>
              </w:rPr>
              <w:t>noteaz</w:t>
            </w:r>
            <w:proofErr w:type="spellEnd"/>
            <w:r>
              <w:rPr>
                <w:i/>
                <w:color w:val="7A7A7A"/>
                <w:lang w:val="ro-RO"/>
              </w:rPr>
              <w:t>ă titlul din autorizația de construire</w:t>
            </w:r>
          </w:p>
          <w:p w14:paraId="109F0125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</w:tr>
      <w:tr w:rsidR="00A11ECC" w:rsidRPr="00B5567D" w14:paraId="795F9BF6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64E6FE5" w14:textId="77777777" w:rsidR="00A11ECC" w:rsidRPr="00B5567D" w:rsidRDefault="00000000">
            <w:pPr>
              <w:rPr>
                <w:lang w:val="fr-FR"/>
              </w:rPr>
            </w:pPr>
            <w:proofErr w:type="gramStart"/>
            <w:r w:rsidRPr="00B5567D">
              <w:rPr>
                <w:b/>
                <w:color w:val="0D5F78"/>
                <w:lang w:val="fr-FR"/>
              </w:rPr>
              <w:t>în</w:t>
            </w:r>
            <w:proofErr w:type="gramEnd"/>
            <w:r w:rsidRPr="00B5567D">
              <w:rPr>
                <w:b/>
                <w:color w:val="0D5F78"/>
                <w:lang w:val="fr-FR"/>
              </w:rPr>
              <w:t xml:space="preserve"> valoare de (lei)</w:t>
            </w:r>
          </w:p>
          <w:p w14:paraId="1A278680" w14:textId="7EB2A9EB" w:rsidR="00A11ECC" w:rsidRPr="00B5567D" w:rsidRDefault="00781DFE">
            <w:pPr>
              <w:rPr>
                <w:lang w:val="fr-FR"/>
              </w:rPr>
            </w:pPr>
            <w:r w:rsidRPr="00DE33CD">
              <w:rPr>
                <w:i/>
                <w:color w:val="7A7A7A"/>
                <w:lang w:val="ro-RO"/>
              </w:rPr>
              <w:t>Valoarea trecută în autorizația de construire/desființare pentru care se anunță încheierea lucrărilor</w:t>
            </w:r>
          </w:p>
        </w:tc>
      </w:tr>
    </w:tbl>
    <w:p w14:paraId="63EF26CC" w14:textId="77777777" w:rsidR="00A11ECC" w:rsidRPr="00B5567D" w:rsidRDefault="00A11ECC">
      <w:pPr>
        <w:spacing w:line="168" w:lineRule="auto"/>
        <w:rPr>
          <w:lang w:val="fr-FR"/>
        </w:rPr>
      </w:pPr>
    </w:p>
    <w:p w14:paraId="504C3BAB" w14:textId="7646A303" w:rsidR="00A11ECC" w:rsidRDefault="00E6757A" w:rsidP="00E6757A">
      <w:pPr>
        <w:tabs>
          <w:tab w:val="center" w:pos="4819"/>
          <w:tab w:val="left" w:pos="7608"/>
        </w:tabs>
        <w:spacing w:before="140" w:after="40"/>
      </w:pPr>
      <w:r w:rsidRPr="00B5567D">
        <w:rPr>
          <w:b/>
          <w:sz w:val="34"/>
          <w:lang w:val="fr-FR"/>
        </w:rPr>
        <w:tab/>
      </w:r>
      <w:r>
        <w:rPr>
          <w:b/>
          <w:sz w:val="34"/>
        </w:rPr>
        <w:t>ADUC LA CUNOȘTINȚĂ</w:t>
      </w:r>
      <w:r>
        <w:rPr>
          <w:b/>
          <w:sz w:val="34"/>
        </w:rPr>
        <w:tab/>
      </w:r>
    </w:p>
    <w:p w14:paraId="1799DE9F" w14:textId="77777777" w:rsidR="00A11ECC" w:rsidRDefault="00A11ECC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11ECC" w14:paraId="47D7F709" w14:textId="77777777">
        <w:trPr>
          <w:cantSplit/>
          <w:trHeight w:val="510"/>
        </w:trPr>
        <w:tc>
          <w:tcPr>
            <w:tcW w:w="2409" w:type="dxa"/>
          </w:tcPr>
          <w:p w14:paraId="04FE48E4" w14:textId="77777777" w:rsidR="00A11ECC" w:rsidRDefault="00000000">
            <w:proofErr w:type="spellStart"/>
            <w:r>
              <w:rPr>
                <w:b/>
                <w:color w:val="0D5F78"/>
              </w:rPr>
              <w:t>Că</w:t>
            </w:r>
            <w:proofErr w:type="spellEnd"/>
            <w:r>
              <w:rPr>
                <w:b/>
                <w:color w:val="0D5F78"/>
              </w:rPr>
              <w:t xml:space="preserve"> la data de</w:t>
            </w:r>
          </w:p>
          <w:p w14:paraId="2A3EFF1D" w14:textId="77777777" w:rsidR="00A11ECC" w:rsidRDefault="00A11ECC"/>
        </w:tc>
        <w:tc>
          <w:tcPr>
            <w:tcW w:w="1606" w:type="dxa"/>
          </w:tcPr>
          <w:p w14:paraId="4DCDBC6C" w14:textId="77777777" w:rsidR="00A11ECC" w:rsidRDefault="00000000">
            <w:proofErr w:type="spellStart"/>
            <w:r>
              <w:rPr>
                <w:b/>
                <w:color w:val="0D5F78"/>
              </w:rPr>
              <w:t>ora</w:t>
            </w:r>
            <w:proofErr w:type="spellEnd"/>
          </w:p>
          <w:p w14:paraId="68C2609C" w14:textId="77777777" w:rsidR="00A11ECC" w:rsidRDefault="00A11ECC"/>
        </w:tc>
        <w:tc>
          <w:tcPr>
            <w:tcW w:w="5621" w:type="dxa"/>
          </w:tcPr>
          <w:p w14:paraId="040137A9" w14:textId="77777777" w:rsidR="00A11ECC" w:rsidRPr="00E6757A" w:rsidRDefault="00000000">
            <w:pPr>
              <w:rPr>
                <w:lang w:val="fr-FR"/>
              </w:rPr>
            </w:pPr>
            <w:proofErr w:type="gramStart"/>
            <w:r w:rsidRPr="00E6757A">
              <w:rPr>
                <w:b/>
                <w:color w:val="0D5F78"/>
                <w:lang w:val="fr-FR"/>
              </w:rPr>
              <w:t>vor</w:t>
            </w:r>
            <w:proofErr w:type="gram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începe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E6757A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3DC112F4" w14:textId="77777777" w:rsidR="00A11ECC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jos</w:t>
            </w:r>
            <w:proofErr w:type="spellEnd"/>
          </w:p>
          <w:p w14:paraId="3300FC33" w14:textId="77777777" w:rsidR="00A11ECC" w:rsidRDefault="00A11ECC"/>
        </w:tc>
      </w:tr>
    </w:tbl>
    <w:p w14:paraId="432CEB30" w14:textId="77777777" w:rsidR="00A11ECC" w:rsidRDefault="00A11ECC">
      <w:pPr>
        <w:spacing w:line="168" w:lineRule="auto"/>
      </w:pPr>
    </w:p>
    <w:tbl>
      <w:tblPr>
        <w:tblStyle w:val="TableGrid"/>
        <w:tblW w:w="9636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11ECC" w14:paraId="26100B20" w14:textId="77777777" w:rsidTr="00B5567D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2D475EE4" w14:textId="77777777" w:rsidR="00A11ECC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11ECC" w14:paraId="7ACF282A" w14:textId="77777777" w:rsidTr="00B5567D">
        <w:trPr>
          <w:cantSplit/>
        </w:trPr>
        <w:tc>
          <w:tcPr>
            <w:tcW w:w="9636" w:type="dxa"/>
            <w:gridSpan w:val="6"/>
          </w:tcPr>
          <w:p w14:paraId="50878A3D" w14:textId="77777777" w:rsidR="00A11ECC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A11ECC" w14:paraId="049C9151" w14:textId="77777777" w:rsidTr="00B5567D">
        <w:trPr>
          <w:cantSplit/>
          <w:trHeight w:val="510"/>
        </w:trPr>
        <w:tc>
          <w:tcPr>
            <w:tcW w:w="3212" w:type="dxa"/>
            <w:gridSpan w:val="2"/>
          </w:tcPr>
          <w:p w14:paraId="7844C392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010FC309" w14:textId="240A325B" w:rsidR="00A11ECC" w:rsidRDefault="00F30BEA">
            <w:pPr>
              <w:keepNext/>
            </w:pPr>
            <w:r w:rsidRPr="00F30BEA">
              <w:rPr>
                <w:b/>
                <w:bCs/>
                <w:sz w:val="20"/>
                <w:szCs w:val="20"/>
                <w:lang w:val="fr-FR"/>
              </w:rPr>
              <w:t>BRAȘOV</w:t>
            </w:r>
          </w:p>
        </w:tc>
        <w:tc>
          <w:tcPr>
            <w:tcW w:w="3212" w:type="dxa"/>
            <w:gridSpan w:val="2"/>
          </w:tcPr>
          <w:p w14:paraId="54B9E1A5" w14:textId="77777777" w:rsidR="00A11ECC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7A126BAD" w14:textId="597F9EED" w:rsidR="00A11ECC" w:rsidRDefault="00F30BEA">
            <w:pPr>
              <w:keepNext/>
            </w:pPr>
            <w:r>
              <w:rPr>
                <w:b/>
                <w:bCs/>
                <w:sz w:val="20"/>
                <w:szCs w:val="20"/>
                <w:lang w:val="fr-FR"/>
              </w:rPr>
              <w:t>COMUNA CRISTIAN</w:t>
            </w:r>
          </w:p>
        </w:tc>
        <w:tc>
          <w:tcPr>
            <w:tcW w:w="3212" w:type="dxa"/>
            <w:gridSpan w:val="2"/>
          </w:tcPr>
          <w:p w14:paraId="2FB9D75E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787ED05" w14:textId="2B1EEEFC" w:rsidR="00A11ECC" w:rsidRDefault="00F30BEA">
            <w:pPr>
              <w:keepNext/>
            </w:pPr>
            <w:r>
              <w:rPr>
                <w:b/>
                <w:bCs/>
                <w:sz w:val="20"/>
                <w:szCs w:val="20"/>
                <w:lang w:val="fr-FR"/>
              </w:rPr>
              <w:t>CRISTIAN</w:t>
            </w:r>
          </w:p>
        </w:tc>
      </w:tr>
      <w:tr w:rsidR="00A11ECC" w14:paraId="36DAE126" w14:textId="77777777" w:rsidTr="00B5567D">
        <w:trPr>
          <w:cantSplit/>
          <w:trHeight w:val="510"/>
        </w:trPr>
        <w:tc>
          <w:tcPr>
            <w:tcW w:w="1606" w:type="dxa"/>
          </w:tcPr>
          <w:p w14:paraId="057F8242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7B4C970" w14:textId="77777777" w:rsidR="00A11ECC" w:rsidRDefault="00A11ECC">
            <w:pPr>
              <w:keepNext/>
            </w:pPr>
          </w:p>
        </w:tc>
        <w:tc>
          <w:tcPr>
            <w:tcW w:w="4818" w:type="dxa"/>
            <w:gridSpan w:val="3"/>
          </w:tcPr>
          <w:p w14:paraId="3DA08EA7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538D62A6" w14:textId="77777777" w:rsidR="00A11ECC" w:rsidRDefault="00A11ECC">
            <w:pPr>
              <w:keepNext/>
            </w:pPr>
          </w:p>
        </w:tc>
        <w:tc>
          <w:tcPr>
            <w:tcW w:w="803" w:type="dxa"/>
          </w:tcPr>
          <w:p w14:paraId="720E6D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E7EF5EB" w14:textId="77777777" w:rsidR="00A11ECC" w:rsidRDefault="00A11ECC">
            <w:pPr>
              <w:keepNext/>
            </w:pPr>
          </w:p>
        </w:tc>
        <w:tc>
          <w:tcPr>
            <w:tcW w:w="2409" w:type="dxa"/>
          </w:tcPr>
          <w:p w14:paraId="57AD1668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6416C0C" w14:textId="77777777" w:rsidR="00A11ECC" w:rsidRDefault="00A11ECC">
            <w:pPr>
              <w:keepNext/>
            </w:pPr>
          </w:p>
        </w:tc>
      </w:tr>
      <w:tr w:rsidR="00A11ECC" w14:paraId="4C590D10" w14:textId="77777777" w:rsidTr="00B5567D">
        <w:trPr>
          <w:cantSplit/>
          <w:trHeight w:val="510"/>
        </w:trPr>
        <w:tc>
          <w:tcPr>
            <w:tcW w:w="5621" w:type="dxa"/>
            <w:gridSpan w:val="3"/>
          </w:tcPr>
          <w:p w14:paraId="05FC520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r w:rsidRPr="00E6757A">
              <w:rPr>
                <w:b/>
                <w:color w:val="0D5F78"/>
                <w:lang w:val="fr-FR"/>
              </w:rPr>
              <w:t>Număr</w:t>
            </w:r>
            <w:proofErr w:type="spellEnd"/>
            <w:r w:rsidRPr="00E6757A">
              <w:rPr>
                <w:b/>
                <w:color w:val="0D5F78"/>
                <w:lang w:val="fr-FR"/>
              </w:rPr>
              <w:t xml:space="preserve"> cadastral</w:t>
            </w:r>
          </w:p>
          <w:p w14:paraId="3BE30373" w14:textId="77777777" w:rsidR="00A11ECC" w:rsidRPr="00E6757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E6757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E6757A">
              <w:rPr>
                <w:i/>
                <w:color w:val="7A7A7A"/>
                <w:lang w:val="fr-FR"/>
              </w:rPr>
              <w:t>în</w:t>
            </w:r>
            <w:proofErr w:type="spellEnd"/>
            <w:r w:rsidRPr="00E6757A">
              <w:rPr>
                <w:i/>
                <w:color w:val="7A7A7A"/>
                <w:lang w:val="fr-FR"/>
              </w:rPr>
              <w:t xml:space="preserve"> e-Terra</w:t>
            </w:r>
          </w:p>
          <w:p w14:paraId="0F081BC3" w14:textId="77777777" w:rsidR="00A11ECC" w:rsidRPr="00E6757A" w:rsidRDefault="00A11ECC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51DB82B" w14:textId="77777777" w:rsidR="00A11ECC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02F2988" w14:textId="77777777" w:rsidR="00A11ECC" w:rsidRDefault="00A11ECC">
            <w:pPr>
              <w:keepNext/>
            </w:pPr>
          </w:p>
        </w:tc>
      </w:tr>
    </w:tbl>
    <w:p w14:paraId="30B8E0EC" w14:textId="77777777" w:rsidR="00A11ECC" w:rsidRDefault="00A11ECC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14:paraId="7E6F0197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10F4124E" w14:textId="3BE58885" w:rsidR="00F81D1D" w:rsidRDefault="00F81D1D" w:rsidP="00DE7AC0">
            <w:pPr>
              <w:keepNext/>
            </w:pPr>
            <w:r>
              <w:rPr>
                <w:b/>
                <w:sz w:val="16"/>
              </w:rPr>
              <w:t xml:space="preserve">5. </w:t>
            </w:r>
            <w:r>
              <w:rPr>
                <w:b/>
                <w:color w:val="000000"/>
                <w:sz w:val="18"/>
              </w:rPr>
              <w:t xml:space="preserve">ANEXEZ </w:t>
            </w:r>
          </w:p>
        </w:tc>
      </w:tr>
      <w:tr w:rsidR="00F81D1D" w:rsidRPr="00895605" w14:paraId="3C3BEA56" w14:textId="77777777" w:rsidTr="00F81D1D">
        <w:trPr>
          <w:cantSplit/>
          <w:trHeight w:val="70"/>
        </w:trPr>
        <w:tc>
          <w:tcPr>
            <w:tcW w:w="9636" w:type="dxa"/>
          </w:tcPr>
          <w:p w14:paraId="039CF419" w14:textId="703B8D50" w:rsidR="00F81D1D" w:rsidRPr="00B5567D" w:rsidRDefault="00F81D1D" w:rsidP="00F81D1D">
            <w:pPr>
              <w:pStyle w:val="ListParagraph"/>
              <w:numPr>
                <w:ilvl w:val="0"/>
                <w:numId w:val="10"/>
              </w:numPr>
              <w:spacing w:after="33" w:line="275" w:lineRule="auto"/>
              <w:ind w:right="-6"/>
              <w:jc w:val="both"/>
              <w:rPr>
                <w:color w:val="0D5F78"/>
              </w:rPr>
            </w:pPr>
            <w:r w:rsidRPr="00B5567D">
              <w:rPr>
                <w:b/>
                <w:color w:val="0D5F78"/>
              </w:rPr>
              <w:t xml:space="preserve">Dovada achitării cotei de 0,1% din valoarea lucrărilor autorizate, în conformitate cu prevederile art.143 din Codul amenajării teritoriului, urbanismului şi construcţiilor, în vigoare de la 25.08.2026.  </w:t>
            </w:r>
          </w:p>
          <w:p w14:paraId="374D0879" w14:textId="77777777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  <w:proofErr w:type="gramStart"/>
            <w:r w:rsidRPr="00895605">
              <w:rPr>
                <w:i/>
                <w:color w:val="7A7A7A"/>
                <w:lang w:val="fr-FR"/>
              </w:rPr>
              <w:t>se</w:t>
            </w:r>
            <w:proofErr w:type="gram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anexează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895605">
              <w:rPr>
                <w:i/>
                <w:color w:val="7A7A7A"/>
                <w:lang w:val="fr-FR"/>
              </w:rPr>
              <w:t>în</w:t>
            </w:r>
            <w:proofErr w:type="spellEnd"/>
            <w:r w:rsidRPr="00895605">
              <w:rPr>
                <w:i/>
                <w:color w:val="7A7A7A"/>
                <w:lang w:val="fr-FR"/>
              </w:rPr>
              <w:t xml:space="preserve"> </w:t>
            </w:r>
            <w:proofErr w:type="gramStart"/>
            <w:r w:rsidRPr="00895605">
              <w:rPr>
                <w:i/>
                <w:color w:val="7A7A7A"/>
                <w:lang w:val="fr-FR"/>
              </w:rPr>
              <w:t>copie</w:t>
            </w:r>
            <w:r>
              <w:rPr>
                <w:i/>
                <w:color w:val="7A7A7A"/>
                <w:lang w:val="fr-FR"/>
              </w:rPr>
              <w:t>;</w:t>
            </w:r>
            <w:proofErr w:type="gramEnd"/>
          </w:p>
          <w:p w14:paraId="7DBC4F52" w14:textId="35B71975" w:rsidR="00F81D1D" w:rsidRPr="00B862D0" w:rsidRDefault="00F81D1D" w:rsidP="00DE7AC0">
            <w:pPr>
              <w:ind w:firstLine="709"/>
              <w:rPr>
                <w:i/>
                <w:color w:val="7A7A7A"/>
                <w:lang w:val="fr-FR"/>
              </w:rPr>
            </w:pPr>
          </w:p>
        </w:tc>
      </w:tr>
    </w:tbl>
    <w:p w14:paraId="6199AE4C" w14:textId="77777777" w:rsidR="00F81D1D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5AC6DDA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5FC07745" w14:textId="4867FEE9" w:rsidR="00F81D1D" w:rsidRPr="00B5567D" w:rsidRDefault="00F81D1D" w:rsidP="00DE7AC0">
            <w:pPr>
              <w:keepNext/>
              <w:rPr>
                <w:lang w:val="fr-FR"/>
              </w:rPr>
            </w:pPr>
            <w:r w:rsidRPr="00B5567D">
              <w:rPr>
                <w:b/>
                <w:sz w:val="16"/>
                <w:lang w:val="fr-FR"/>
              </w:rPr>
              <w:lastRenderedPageBreak/>
              <w:t>6. OBIECTIV FINANȚAT DIN PROGRAME DE INVESTIȚII, DUPĂ CAZ</w:t>
            </w:r>
          </w:p>
        </w:tc>
      </w:tr>
      <w:tr w:rsidR="00F81D1D" w:rsidRPr="00B5567D" w14:paraId="381B46A4" w14:textId="77777777" w:rsidTr="00DE7AC0">
        <w:trPr>
          <w:cantSplit/>
          <w:trHeight w:val="510"/>
        </w:trPr>
        <w:tc>
          <w:tcPr>
            <w:tcW w:w="9636" w:type="dxa"/>
          </w:tcPr>
          <w:p w14:paraId="72FF3196" w14:textId="77777777" w:rsidR="00F81D1D" w:rsidRPr="00B5567D" w:rsidRDefault="00F81D1D" w:rsidP="00DE7AC0">
            <w:pPr>
              <w:rPr>
                <w:lang w:val="fr-FR"/>
              </w:rPr>
            </w:pPr>
          </w:p>
          <w:p w14:paraId="431E4F30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</w:t>
            </w:r>
            <w:r w:rsidRPr="00B5567D">
              <w:rPr>
                <w:lang w:val="fr-FR"/>
              </w:rPr>
              <w:t>PNRR (Planul Național de Redresare și Reziliență)</w:t>
            </w:r>
          </w:p>
          <w:p w14:paraId="7CD0BC7A" w14:textId="77777777" w:rsidR="00F81D1D" w:rsidRPr="00B5567D" w:rsidRDefault="00F81D1D" w:rsidP="00DE7AC0">
            <w:pPr>
              <w:pStyle w:val="ListParagraph"/>
              <w:ind w:left="283" w:hanging="141"/>
              <w:rPr>
                <w:lang w:val="fr-FR"/>
              </w:rPr>
            </w:pPr>
            <w:r w:rsidRPr="00B5567D">
              <w:rPr>
                <w:sz w:val="16"/>
                <w:lang w:val="fr-FR"/>
              </w:rPr>
              <w:t>☐ PNDL (Planul Național de Dezvoltare Locală)</w:t>
            </w:r>
          </w:p>
          <w:p w14:paraId="6EDB7E91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PNIAS (Programul Național de investiții Anghel Saligny)</w:t>
            </w:r>
          </w:p>
          <w:p w14:paraId="75937064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PNDR (Programul Național de Dezvoltare Rurală)</w:t>
            </w:r>
          </w:p>
          <w:p w14:paraId="344BA5F0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POR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Regional)</w:t>
            </w:r>
          </w:p>
          <w:p w14:paraId="5529BA88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POIM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Operațional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Infrastructură</w:t>
            </w:r>
            <w:proofErr w:type="spellEnd"/>
            <w:r w:rsidRPr="0051574A">
              <w:rPr>
                <w:sz w:val="16"/>
              </w:rPr>
              <w:t xml:space="preserve"> Mare)</w:t>
            </w:r>
          </w:p>
          <w:p w14:paraId="3CE5E526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 CCRSR (Programul național de consolidare a clădirilor cu risc seismic ridicat)</w:t>
            </w:r>
          </w:p>
          <w:p w14:paraId="5A94B24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PCLSCN (Programul de construcții de locuințe sociale și de necessitate)</w:t>
            </w:r>
          </w:p>
          <w:p w14:paraId="15892977" w14:textId="77777777" w:rsidR="00F81D1D" w:rsidRPr="0051574A" w:rsidRDefault="00F81D1D" w:rsidP="00DE7AC0">
            <w:pPr>
              <w:pStyle w:val="ListParagraph"/>
              <w:ind w:left="283" w:hanging="141"/>
              <w:rPr>
                <w:sz w:val="16"/>
              </w:rPr>
            </w:pPr>
            <w:r>
              <w:rPr>
                <w:sz w:val="16"/>
              </w:rPr>
              <w:t xml:space="preserve">☐ </w:t>
            </w:r>
            <w:r w:rsidRPr="0051574A">
              <w:rPr>
                <w:sz w:val="16"/>
              </w:rPr>
              <w:t>PN PEC (</w:t>
            </w:r>
            <w:proofErr w:type="spellStart"/>
            <w:r w:rsidRPr="0051574A">
              <w:rPr>
                <w:sz w:val="16"/>
              </w:rPr>
              <w:t>Programul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național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multianual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privind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creșterea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performanței</w:t>
            </w:r>
            <w:proofErr w:type="spellEnd"/>
            <w:r w:rsidRPr="0051574A">
              <w:rPr>
                <w:sz w:val="16"/>
              </w:rPr>
              <w:t xml:space="preserve"> </w:t>
            </w:r>
            <w:proofErr w:type="spellStart"/>
            <w:r w:rsidRPr="0051574A">
              <w:rPr>
                <w:sz w:val="16"/>
              </w:rPr>
              <w:t>energetice</w:t>
            </w:r>
            <w:proofErr w:type="spellEnd"/>
            <w:r w:rsidRPr="0051574A">
              <w:rPr>
                <w:sz w:val="16"/>
              </w:rPr>
              <w:t xml:space="preserve"> a </w:t>
            </w:r>
            <w:proofErr w:type="spellStart"/>
            <w:r w:rsidRPr="0051574A">
              <w:rPr>
                <w:sz w:val="16"/>
              </w:rPr>
              <w:t>blocurilor</w:t>
            </w:r>
            <w:proofErr w:type="spellEnd"/>
            <w:r w:rsidRPr="0051574A">
              <w:rPr>
                <w:sz w:val="16"/>
              </w:rPr>
              <w:t xml:space="preserve"> de </w:t>
            </w:r>
            <w:proofErr w:type="spellStart"/>
            <w:r w:rsidRPr="0051574A">
              <w:rPr>
                <w:sz w:val="16"/>
              </w:rPr>
              <w:t>locuințe</w:t>
            </w:r>
            <w:proofErr w:type="spellEnd"/>
            <w:r w:rsidRPr="0051574A">
              <w:rPr>
                <w:sz w:val="16"/>
              </w:rPr>
              <w:t>)</w:t>
            </w:r>
          </w:p>
          <w:p w14:paraId="4A086683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PNI Mihail Cantacuzino (Programul național de investiții pentru consolidarea spitalelor „Mihail Cantacuzino”)</w:t>
            </w:r>
          </w:p>
          <w:p w14:paraId="3F5196D7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CNI – MDLPA Program Național de Construcții de Interes Public sau Social</w:t>
            </w:r>
          </w:p>
          <w:p w14:paraId="38149B7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ANL – MDLPA Programe de construcții de locuințe</w:t>
            </w:r>
          </w:p>
          <w:p w14:paraId="099DB4A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>☐ CNAIR – Ministerul Transporturilor și Infrastructurii</w:t>
            </w:r>
          </w:p>
          <w:p w14:paraId="0228EF0C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r w:rsidRPr="00B5567D">
              <w:rPr>
                <w:sz w:val="16"/>
                <w:lang w:val="fr-FR"/>
              </w:rPr>
              <w:t xml:space="preserve">☐ Alt program de </w:t>
            </w:r>
            <w:proofErr w:type="gramStart"/>
            <w:r w:rsidRPr="00B5567D">
              <w:rPr>
                <w:sz w:val="16"/>
                <w:lang w:val="fr-FR"/>
              </w:rPr>
              <w:t>investiții:</w:t>
            </w:r>
            <w:proofErr w:type="gramEnd"/>
            <w:r w:rsidRPr="00B5567D">
              <w:rPr>
                <w:sz w:val="16"/>
                <w:lang w:val="fr-FR"/>
              </w:rPr>
              <w:t xml:space="preserve"> </w:t>
            </w:r>
          </w:p>
          <w:p w14:paraId="77675A8D" w14:textId="77777777" w:rsidR="00F81D1D" w:rsidRPr="00B5567D" w:rsidRDefault="00F81D1D" w:rsidP="00DE7AC0">
            <w:pPr>
              <w:pStyle w:val="ListParagraph"/>
              <w:ind w:left="283" w:hanging="141"/>
              <w:rPr>
                <w:sz w:val="16"/>
                <w:lang w:val="fr-FR"/>
              </w:rPr>
            </w:pPr>
            <w:proofErr w:type="spellStart"/>
            <w:r w:rsidRPr="0051574A">
              <w:rPr>
                <w:i/>
                <w:color w:val="7A7A7A"/>
                <w:lang w:val="fr-FR"/>
              </w:rPr>
              <w:t>Numele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programului</w:t>
            </w:r>
            <w:proofErr w:type="spellEnd"/>
            <w:r w:rsidRPr="0051574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51574A">
              <w:rPr>
                <w:i/>
                <w:color w:val="7A7A7A"/>
                <w:lang w:val="fr-FR"/>
              </w:rPr>
              <w:t>investiții</w:t>
            </w:r>
            <w:proofErr w:type="spellEnd"/>
            <w:r w:rsidRPr="00B5567D">
              <w:rPr>
                <w:sz w:val="16"/>
                <w:lang w:val="fr-FR"/>
              </w:rPr>
              <w:t xml:space="preserve">          </w:t>
            </w:r>
            <w:proofErr w:type="gramStart"/>
            <w:r w:rsidRPr="00B5567D">
              <w:rPr>
                <w:sz w:val="16"/>
                <w:lang w:val="fr-FR"/>
              </w:rPr>
              <w:t xml:space="preserve">  .</w:t>
            </w:r>
            <w:proofErr w:type="gramEnd"/>
          </w:p>
          <w:p w14:paraId="5309C018" w14:textId="77777777" w:rsidR="00F81D1D" w:rsidRPr="00B5567D" w:rsidRDefault="00F81D1D" w:rsidP="00DE7AC0">
            <w:pPr>
              <w:rPr>
                <w:lang w:val="fr-FR"/>
              </w:rPr>
            </w:pPr>
          </w:p>
        </w:tc>
      </w:tr>
    </w:tbl>
    <w:p w14:paraId="0971C6F7" w14:textId="77777777" w:rsidR="00F81D1D" w:rsidRPr="00895605" w:rsidRDefault="00F81D1D" w:rsidP="00F81D1D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F81D1D" w14:paraId="01F5E6BD" w14:textId="77777777" w:rsidTr="00DE7AC0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6CEAACD9" w14:textId="343F8E69" w:rsidR="00F81D1D" w:rsidRDefault="00F81D1D" w:rsidP="00DE7AC0">
            <w:pPr>
              <w:keepNext/>
            </w:pPr>
            <w:r w:rsidRPr="00895605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7.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F81D1D" w14:paraId="6B54386A" w14:textId="77777777" w:rsidTr="00DE7AC0">
        <w:trPr>
          <w:cantSplit/>
          <w:trHeight w:val="510"/>
        </w:trPr>
        <w:tc>
          <w:tcPr>
            <w:tcW w:w="1606" w:type="dxa"/>
          </w:tcPr>
          <w:p w14:paraId="51A19556" w14:textId="77777777" w:rsidR="00F81D1D" w:rsidRDefault="00F81D1D" w:rsidP="00DE7AC0">
            <w:r>
              <w:rPr>
                <w:b/>
                <w:color w:val="0D5F78"/>
              </w:rPr>
              <w:t>Data</w:t>
            </w:r>
          </w:p>
          <w:p w14:paraId="3EEAD252" w14:textId="77777777" w:rsidR="00F81D1D" w:rsidRDefault="00F81D1D" w:rsidP="00DE7AC0"/>
        </w:tc>
        <w:tc>
          <w:tcPr>
            <w:tcW w:w="4818" w:type="dxa"/>
          </w:tcPr>
          <w:p w14:paraId="5193689B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Titularul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autorizației</w:t>
            </w:r>
            <w:proofErr w:type="spellEnd"/>
          </w:p>
          <w:p w14:paraId="1F20F3D4" w14:textId="77777777" w:rsidR="00F81D1D" w:rsidRDefault="00F81D1D" w:rsidP="00DE7AC0"/>
        </w:tc>
        <w:tc>
          <w:tcPr>
            <w:tcW w:w="3212" w:type="dxa"/>
          </w:tcPr>
          <w:p w14:paraId="4E36C69C" w14:textId="77777777" w:rsidR="00F81D1D" w:rsidRDefault="00F81D1D" w:rsidP="00DE7AC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266E2A29" w14:textId="77777777" w:rsidR="00F81D1D" w:rsidRDefault="00F81D1D" w:rsidP="00DE7AC0"/>
        </w:tc>
      </w:tr>
    </w:tbl>
    <w:p w14:paraId="19052C54" w14:textId="77777777" w:rsidR="00F81D1D" w:rsidRDefault="00F81D1D" w:rsidP="00F81D1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F81D1D" w:rsidRPr="00B5567D" w14:paraId="7E4578A2" w14:textId="77777777" w:rsidTr="00DE7AC0">
        <w:trPr>
          <w:cantSplit/>
        </w:trPr>
        <w:tc>
          <w:tcPr>
            <w:tcW w:w="9636" w:type="dxa"/>
            <w:shd w:val="clear" w:color="auto" w:fill="F4F4F4"/>
          </w:tcPr>
          <w:p w14:paraId="768242B1" w14:textId="77777777" w:rsidR="00F81D1D" w:rsidRPr="00895605" w:rsidRDefault="00F81D1D" w:rsidP="00DE7AC0">
            <w:pPr>
              <w:spacing w:line="228" w:lineRule="auto"/>
              <w:rPr>
                <w:lang w:val="fr-FR"/>
              </w:rPr>
            </w:pPr>
            <w:proofErr w:type="spellStart"/>
            <w:r w:rsidRPr="00895605">
              <w:rPr>
                <w:lang w:val="fr-FR"/>
              </w:rPr>
              <w:t>Formularul</w:t>
            </w:r>
            <w:proofErr w:type="spellEnd"/>
            <w:r w:rsidRPr="00895605">
              <w:rPr>
                <w:lang w:val="fr-FR"/>
              </w:rPr>
              <w:t xml:space="preserve"> se </w:t>
            </w:r>
            <w:proofErr w:type="spellStart"/>
            <w:r w:rsidRPr="00895605">
              <w:rPr>
                <w:lang w:val="fr-FR"/>
              </w:rPr>
              <w:t>anexează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autorizația</w:t>
            </w:r>
            <w:proofErr w:type="spellEnd"/>
            <w:r w:rsidRPr="00895605">
              <w:rPr>
                <w:lang w:val="fr-FR"/>
              </w:rPr>
              <w:t xml:space="preserve"> de construire / </w:t>
            </w:r>
            <w:proofErr w:type="spellStart"/>
            <w:r w:rsidRPr="00895605">
              <w:rPr>
                <w:lang w:val="fr-FR"/>
              </w:rPr>
              <w:t>desființare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două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exemplare</w:t>
            </w:r>
            <w:proofErr w:type="spellEnd"/>
            <w:r w:rsidRPr="00895605">
              <w:rPr>
                <w:lang w:val="fr-FR"/>
              </w:rPr>
              <w:t xml:space="preserve">. </w:t>
            </w:r>
            <w:proofErr w:type="spellStart"/>
            <w:r w:rsidRPr="00895605">
              <w:rPr>
                <w:lang w:val="fr-FR"/>
              </w:rPr>
              <w:t>Titularul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autorizației</w:t>
            </w:r>
            <w:proofErr w:type="spellEnd"/>
            <w:r w:rsidRPr="00895605">
              <w:rPr>
                <w:lang w:val="fr-FR"/>
              </w:rPr>
              <w:t xml:space="preserve"> este </w:t>
            </w:r>
            <w:proofErr w:type="spellStart"/>
            <w:r w:rsidRPr="00895605">
              <w:rPr>
                <w:lang w:val="fr-FR"/>
              </w:rPr>
              <w:t>obligat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să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păstreze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pe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șantier</w:t>
            </w:r>
            <w:proofErr w:type="spellEnd"/>
            <w:r w:rsidRPr="00895605">
              <w:rPr>
                <w:lang w:val="fr-FR"/>
              </w:rPr>
              <w:t xml:space="preserve"> un </w:t>
            </w:r>
            <w:proofErr w:type="spellStart"/>
            <w:r w:rsidRPr="00895605">
              <w:rPr>
                <w:lang w:val="fr-FR"/>
              </w:rPr>
              <w:t>exemplar</w:t>
            </w:r>
            <w:proofErr w:type="spellEnd"/>
            <w:r w:rsidRPr="00895605">
              <w:rPr>
                <w:lang w:val="fr-FR"/>
              </w:rPr>
              <w:t xml:space="preserve"> al </w:t>
            </w:r>
            <w:proofErr w:type="spellStart"/>
            <w:r w:rsidRPr="00895605">
              <w:rPr>
                <w:lang w:val="fr-FR"/>
              </w:rPr>
              <w:t>acestei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înștiințări</w:t>
            </w:r>
            <w:proofErr w:type="spellEnd"/>
            <w:r w:rsidRPr="00895605">
              <w:rPr>
                <w:lang w:val="fr-FR"/>
              </w:rPr>
              <w:t xml:space="preserve">, </w:t>
            </w:r>
            <w:proofErr w:type="spellStart"/>
            <w:r w:rsidRPr="00895605">
              <w:rPr>
                <w:lang w:val="fr-FR"/>
              </w:rPr>
              <w:t>cu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numărul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și</w:t>
            </w:r>
            <w:proofErr w:type="spellEnd"/>
            <w:r w:rsidRPr="00895605">
              <w:rPr>
                <w:lang w:val="fr-FR"/>
              </w:rPr>
              <w:t xml:space="preserve"> data </w:t>
            </w:r>
            <w:proofErr w:type="spellStart"/>
            <w:r w:rsidRPr="00895605">
              <w:rPr>
                <w:lang w:val="fr-FR"/>
              </w:rPr>
              <w:t>înregistrării</w:t>
            </w:r>
            <w:proofErr w:type="spellEnd"/>
            <w:r w:rsidRPr="00895605">
              <w:rPr>
                <w:lang w:val="fr-FR"/>
              </w:rPr>
              <w:t xml:space="preserve"> la </w:t>
            </w:r>
            <w:proofErr w:type="spellStart"/>
            <w:r w:rsidRPr="00895605">
              <w:rPr>
                <w:lang w:val="fr-FR"/>
              </w:rPr>
              <w:t>inspectoratul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teritorial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în</w:t>
            </w:r>
            <w:proofErr w:type="spellEnd"/>
            <w:r w:rsidRPr="00895605">
              <w:rPr>
                <w:lang w:val="fr-FR"/>
              </w:rPr>
              <w:t xml:space="preserve"> </w:t>
            </w:r>
            <w:proofErr w:type="spellStart"/>
            <w:r w:rsidRPr="00895605">
              <w:rPr>
                <w:lang w:val="fr-FR"/>
              </w:rPr>
              <w:t>construcții</w:t>
            </w:r>
            <w:proofErr w:type="spellEnd"/>
            <w:r w:rsidRPr="00895605">
              <w:rPr>
                <w:lang w:val="fr-FR"/>
              </w:rPr>
              <w:t>.</w:t>
            </w:r>
          </w:p>
        </w:tc>
      </w:tr>
    </w:tbl>
    <w:p w14:paraId="1067A431" w14:textId="77777777" w:rsidR="00A11ECC" w:rsidRPr="00E6757A" w:rsidRDefault="00A11ECC">
      <w:pPr>
        <w:spacing w:line="168" w:lineRule="auto"/>
        <w:rPr>
          <w:lang w:val="fr-FR"/>
        </w:rPr>
      </w:pPr>
    </w:p>
    <w:sectPr w:rsidR="00A11ECC" w:rsidRPr="00E6757A" w:rsidSect="00034616">
      <w:headerReference w:type="default" r:id="rId10"/>
      <w:footerReference w:type="default" r:id="rId11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20D2A" w14:textId="77777777" w:rsidR="00EA5133" w:rsidRDefault="00EA5133">
      <w:r>
        <w:separator/>
      </w:r>
    </w:p>
  </w:endnote>
  <w:endnote w:type="continuationSeparator" w:id="0">
    <w:p w14:paraId="4C15EE38" w14:textId="77777777" w:rsidR="00EA5133" w:rsidRDefault="00EA51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FAD8D" w14:textId="5165E002" w:rsidR="00A11ECC" w:rsidRDefault="00000000">
    <w:pPr>
      <w:pStyle w:val="Footer"/>
      <w:tabs>
        <w:tab w:val="right" w:pos="9639"/>
      </w:tabs>
    </w:pPr>
    <w:r>
      <w:rPr>
        <w:color w:val="595959"/>
      </w:rPr>
      <w:t>F_A_0</w:t>
    </w:r>
    <w:r w:rsidR="00B5567D">
      <w:rPr>
        <w:color w:val="595959"/>
      </w:rPr>
      <w:t>9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E6757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E6757A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93C14" w14:textId="77777777" w:rsidR="00EA5133" w:rsidRDefault="00EA5133">
      <w:r>
        <w:separator/>
      </w:r>
    </w:p>
  </w:footnote>
  <w:footnote w:type="continuationSeparator" w:id="0">
    <w:p w14:paraId="65DAFA0C" w14:textId="77777777" w:rsidR="00EA5133" w:rsidRDefault="00EA51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BC70C5" w14:textId="670DCF53" w:rsidR="00B5567D" w:rsidRDefault="00B5567D">
    <w:pPr>
      <w:pStyle w:val="Header"/>
      <w:rPr>
        <w:color w:val="595959"/>
      </w:rPr>
    </w:pPr>
    <w:r>
      <w:rPr>
        <w:color w:val="595959"/>
      </w:rPr>
      <w:t xml:space="preserve">F_A_09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</w:p>
  <w:p w14:paraId="4369B0D9" w14:textId="77777777" w:rsidR="00B5567D" w:rsidRDefault="00B5567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402F080A"/>
    <w:multiLevelType w:val="hybridMultilevel"/>
    <w:tmpl w:val="32B0DC7C"/>
    <w:lvl w:ilvl="0" w:tplc="1D92DEB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611888">
    <w:abstractNumId w:val="8"/>
  </w:num>
  <w:num w:numId="2" w16cid:durableId="1429814677">
    <w:abstractNumId w:val="6"/>
  </w:num>
  <w:num w:numId="3" w16cid:durableId="1434588032">
    <w:abstractNumId w:val="5"/>
  </w:num>
  <w:num w:numId="4" w16cid:durableId="862592027">
    <w:abstractNumId w:val="4"/>
  </w:num>
  <w:num w:numId="5" w16cid:durableId="1345128852">
    <w:abstractNumId w:val="7"/>
  </w:num>
  <w:num w:numId="6" w16cid:durableId="629365156">
    <w:abstractNumId w:val="3"/>
  </w:num>
  <w:num w:numId="7" w16cid:durableId="482157275">
    <w:abstractNumId w:val="2"/>
  </w:num>
  <w:num w:numId="8" w16cid:durableId="1442381932">
    <w:abstractNumId w:val="1"/>
  </w:num>
  <w:num w:numId="9" w16cid:durableId="1382054358">
    <w:abstractNumId w:val="0"/>
  </w:num>
  <w:num w:numId="10" w16cid:durableId="7789108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36F4"/>
    <w:rsid w:val="000C2BA0"/>
    <w:rsid w:val="00123DA8"/>
    <w:rsid w:val="0015074B"/>
    <w:rsid w:val="00271790"/>
    <w:rsid w:val="0029639D"/>
    <w:rsid w:val="002A5ABA"/>
    <w:rsid w:val="00326F90"/>
    <w:rsid w:val="00416C7A"/>
    <w:rsid w:val="00694625"/>
    <w:rsid w:val="006E037C"/>
    <w:rsid w:val="007267F3"/>
    <w:rsid w:val="00730580"/>
    <w:rsid w:val="00781DFE"/>
    <w:rsid w:val="00853467"/>
    <w:rsid w:val="009D70C3"/>
    <w:rsid w:val="00A11ECC"/>
    <w:rsid w:val="00AA1D8D"/>
    <w:rsid w:val="00B47730"/>
    <w:rsid w:val="00B54A8D"/>
    <w:rsid w:val="00B5567D"/>
    <w:rsid w:val="00C93562"/>
    <w:rsid w:val="00CB0664"/>
    <w:rsid w:val="00E61A6B"/>
    <w:rsid w:val="00E6757A"/>
    <w:rsid w:val="00EA5133"/>
    <w:rsid w:val="00F30BEA"/>
    <w:rsid w:val="00F37885"/>
    <w:rsid w:val="00F74426"/>
    <w:rsid w:val="00F81D1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1E95A5D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30B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0BE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sov@isc.gov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497</Words>
  <Characters>2836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Atanasoaie Maria</dc:creator>
  <cp:keywords/>
  <cp:lastModifiedBy>mihaela arhitect</cp:lastModifiedBy>
  <cp:revision>8</cp:revision>
  <cp:lastPrinted>2026-08-31T09:46:00Z</cp:lastPrinted>
  <dcterms:created xsi:type="dcterms:W3CDTF">2026-08-31T09:34:00Z</dcterms:created>
  <dcterms:modified xsi:type="dcterms:W3CDTF">2026-08-31T09:46:00Z</dcterms:modified>
  <cp:category/>
</cp:coreProperties>
</file>