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10C008A3" w:rsidR="00AD35FD" w:rsidRDefault="008A5324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32180937" wp14:editId="30B35FEB">
                  <wp:simplePos x="0" y="0"/>
                  <wp:positionH relativeFrom="margin">
                    <wp:posOffset>148590</wp:posOffset>
                  </wp:positionH>
                  <wp:positionV relativeFrom="paragraph">
                    <wp:posOffset>-819150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32D2CBAB" w:rsidR="00AD35FD" w:rsidRDefault="008A5324">
            <w:pPr>
              <w:keepNext/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411B3CAD" w14:textId="19CEE91B" w:rsidR="00AD35FD" w:rsidRDefault="008A5324" w:rsidP="008A5324">
            <w:pPr>
              <w:keepNext/>
              <w:jc w:val="center"/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4B3A4FB" w:rsidR="00AD35FD" w:rsidRPr="007050CD" w:rsidRDefault="008A5324">
            <w:pPr>
              <w:keepNext/>
              <w:rPr>
                <w:lang w:val="fr-FR"/>
              </w:rPr>
            </w:pPr>
            <w:r w:rsidRPr="00EA12E5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AD9B43E" w14:textId="77777777" w:rsidR="008A5324" w:rsidRPr="004A0D27" w:rsidRDefault="008A5324" w:rsidP="008A5324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4A0D27">
              <w:rPr>
                <w:sz w:val="16"/>
                <w:szCs w:val="16"/>
              </w:rPr>
              <w:t xml:space="preserve">Strada </w:t>
            </w:r>
            <w:proofErr w:type="spellStart"/>
            <w:r w:rsidRPr="004A0D27">
              <w:rPr>
                <w:sz w:val="16"/>
                <w:szCs w:val="16"/>
              </w:rPr>
              <w:t>Piața</w:t>
            </w:r>
            <w:proofErr w:type="spellEnd"/>
            <w:r w:rsidRPr="004A0D27">
              <w:rPr>
                <w:sz w:val="16"/>
                <w:szCs w:val="16"/>
              </w:rPr>
              <w:t xml:space="preserve"> </w:t>
            </w:r>
            <w:proofErr w:type="spellStart"/>
            <w:r w:rsidRPr="004A0D27">
              <w:rPr>
                <w:sz w:val="16"/>
                <w:szCs w:val="16"/>
              </w:rPr>
              <w:t>Libertății</w:t>
            </w:r>
            <w:proofErr w:type="spellEnd"/>
            <w:r w:rsidRPr="004A0D27">
              <w:rPr>
                <w:sz w:val="16"/>
                <w:szCs w:val="16"/>
              </w:rPr>
              <w:t xml:space="preserve"> nr. 1, tel.: 0268/257376, </w:t>
            </w:r>
          </w:p>
          <w:p w14:paraId="1C11E709" w14:textId="1CE47D93" w:rsidR="00AD35FD" w:rsidRDefault="008A5324" w:rsidP="008A5324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4A0D27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1D7AE119" w:rsidR="00AD35FD" w:rsidRPr="007050CD" w:rsidRDefault="008A5324" w:rsidP="007050CD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 w:rsidR="006F5F4C"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proofErr w:type="gram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  <w:r w:rsidR="006F5F4C">
              <w:rPr>
                <w:b/>
                <w:bCs/>
                <w:sz w:val="20"/>
                <w:szCs w:val="20"/>
                <w:lang w:val="fr-FR"/>
              </w:rPr>
              <w:t xml:space="preserve">, d-lui </w:t>
            </w:r>
            <w:proofErr w:type="spellStart"/>
            <w:r w:rsidR="006F5F4C">
              <w:rPr>
                <w:b/>
                <w:bCs/>
                <w:sz w:val="20"/>
                <w:szCs w:val="20"/>
                <w:lang w:val="fr-FR"/>
              </w:rPr>
              <w:t>primar</w:t>
            </w:r>
            <w:proofErr w:type="spellEnd"/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11307131" w:rsidR="00AD35FD" w:rsidRDefault="008A5324">
            <w:pPr>
              <w:keepNext/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6D5C4D28" w:rsidR="00AD35FD" w:rsidRDefault="008A5324">
            <w:pPr>
              <w:keepNext/>
            </w:pPr>
            <w:r w:rsidRPr="00F9199B">
              <w:rPr>
                <w:b/>
                <w:sz w:val="20"/>
                <w:szCs w:val="20"/>
              </w:rPr>
              <w:t>BRAŞOV</w:t>
            </w: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5FC5DF87" w:rsidR="00AD35FD" w:rsidRDefault="008A5324">
            <w:pPr>
              <w:keepNext/>
            </w:pPr>
            <w:r w:rsidRPr="00F9199B">
              <w:rPr>
                <w:b/>
                <w:sz w:val="20"/>
                <w:szCs w:val="20"/>
              </w:rPr>
              <w:t>COMUNA CRISTIAN</w:t>
            </w: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3316BB76" w:rsidR="00AD35FD" w:rsidRDefault="008A5324">
            <w:pPr>
              <w:keepNext/>
            </w:pPr>
            <w:r w:rsidRPr="00F9199B">
              <w:rPr>
                <w:b/>
                <w:sz w:val="20"/>
                <w:szCs w:val="20"/>
              </w:rPr>
              <w:t>CRISTIAN</w:t>
            </w: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p w14:paraId="778B9E27" w14:textId="77777777" w:rsidR="008A5324" w:rsidRDefault="008A5324">
      <w:pPr>
        <w:spacing w:line="168" w:lineRule="auto"/>
      </w:pPr>
    </w:p>
    <w:p w14:paraId="0FC42EC7" w14:textId="77777777" w:rsidR="008A5324" w:rsidRDefault="008A5324">
      <w:pPr>
        <w:spacing w:line="168" w:lineRule="auto"/>
      </w:pPr>
    </w:p>
    <w:p w14:paraId="50CEF7F5" w14:textId="77777777" w:rsidR="008A5324" w:rsidRDefault="008A5324">
      <w:pPr>
        <w:spacing w:line="168" w:lineRule="auto"/>
      </w:pPr>
    </w:p>
    <w:p w14:paraId="5DBA428A" w14:textId="77777777" w:rsidR="008A5324" w:rsidRDefault="008A5324">
      <w:pPr>
        <w:spacing w:line="168" w:lineRule="auto"/>
      </w:pPr>
    </w:p>
    <w:p w14:paraId="48F77867" w14:textId="77777777" w:rsidR="008A5324" w:rsidRDefault="008A5324">
      <w:pPr>
        <w:spacing w:line="168" w:lineRule="auto"/>
      </w:pPr>
    </w:p>
    <w:p w14:paraId="2F689802" w14:textId="77777777" w:rsidR="008A5324" w:rsidRDefault="008A5324">
      <w:pPr>
        <w:spacing w:line="168" w:lineRule="auto"/>
      </w:pPr>
    </w:p>
    <w:p w14:paraId="3B15BBA9" w14:textId="77777777" w:rsidR="008A5324" w:rsidRDefault="008A5324">
      <w:pPr>
        <w:spacing w:line="168" w:lineRule="auto"/>
      </w:pPr>
    </w:p>
    <w:p w14:paraId="37DB522A" w14:textId="77777777" w:rsidR="008A5324" w:rsidRPr="00F83523" w:rsidRDefault="008A5324" w:rsidP="008A5324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lastRenderedPageBreak/>
        <w:t>NOTĂ DE INFORMARE</w:t>
      </w:r>
    </w:p>
    <w:p w14:paraId="73EBF7DC" w14:textId="77777777" w:rsidR="008A5324" w:rsidRPr="00F83523" w:rsidRDefault="008A5324" w:rsidP="008A5324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3E90B4A0" w14:textId="77777777" w:rsidR="008A5324" w:rsidRDefault="008A5324" w:rsidP="008A5324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506E21C9" w14:textId="77777777" w:rsidR="008A5324" w:rsidRPr="00F83523" w:rsidRDefault="008A5324" w:rsidP="008A5324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2C12F6AF" w14:textId="77777777" w:rsidR="008A5324" w:rsidRPr="004A0D27" w:rsidRDefault="008A5324" w:rsidP="008A5324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prin prezenta pe propria răspundere,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r w:rsidRPr="004A0D27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6E8E692B" w14:textId="77777777" w:rsidR="008A5324" w:rsidRPr="004A0D27" w:rsidRDefault="008A5324" w:rsidP="008A5324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4A0D27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68658F67" w14:textId="77777777" w:rsidR="008A5324" w:rsidRPr="004A0D27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1B3B5B21" w14:textId="77777777" w:rsidR="008A5324" w:rsidRPr="00A73A85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4F23CC5E" w14:textId="77777777" w:rsidR="008A5324" w:rsidRPr="00D51051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B6401A6" w14:textId="77777777" w:rsidR="008A5324" w:rsidRPr="00D51051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36A00C6E" w14:textId="77777777" w:rsidR="008A5324" w:rsidRPr="00F83523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3509AA9C" w14:textId="77777777" w:rsidR="008A5324" w:rsidRPr="00F83523" w:rsidRDefault="008A5324" w:rsidP="008A5324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1528CDD6" w14:textId="77777777" w:rsidR="008A5324" w:rsidRDefault="008A5324">
      <w:pPr>
        <w:spacing w:line="168" w:lineRule="auto"/>
      </w:pPr>
    </w:p>
    <w:sectPr w:rsidR="008A5324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53923" w14:textId="77777777" w:rsidR="004042FA" w:rsidRDefault="004042FA">
      <w:r>
        <w:separator/>
      </w:r>
    </w:p>
  </w:endnote>
  <w:endnote w:type="continuationSeparator" w:id="0">
    <w:p w14:paraId="0CB0CF3F" w14:textId="77777777" w:rsidR="004042FA" w:rsidRDefault="00404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BD9C2" w14:textId="77777777" w:rsidR="004042FA" w:rsidRDefault="004042FA">
      <w:r>
        <w:separator/>
      </w:r>
    </w:p>
  </w:footnote>
  <w:footnote w:type="continuationSeparator" w:id="0">
    <w:p w14:paraId="3599872E" w14:textId="77777777" w:rsidR="004042FA" w:rsidRDefault="00404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E6F"/>
    <w:rsid w:val="0029639D"/>
    <w:rsid w:val="00326F90"/>
    <w:rsid w:val="004042FA"/>
    <w:rsid w:val="004F062B"/>
    <w:rsid w:val="005E6036"/>
    <w:rsid w:val="006C103E"/>
    <w:rsid w:val="006F5F4C"/>
    <w:rsid w:val="007050CD"/>
    <w:rsid w:val="00730580"/>
    <w:rsid w:val="008A5324"/>
    <w:rsid w:val="008E3393"/>
    <w:rsid w:val="00AA1D8D"/>
    <w:rsid w:val="00AB5F80"/>
    <w:rsid w:val="00AD35FD"/>
    <w:rsid w:val="00B47730"/>
    <w:rsid w:val="00B769B5"/>
    <w:rsid w:val="00BE0229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8A532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5</cp:revision>
  <cp:lastPrinted>2026-08-31T09:44:00Z</cp:lastPrinted>
  <dcterms:created xsi:type="dcterms:W3CDTF">2026-08-31T09:38:00Z</dcterms:created>
  <dcterms:modified xsi:type="dcterms:W3CDTF">2026-08-31T09:44:00Z</dcterms:modified>
  <cp:category/>
</cp:coreProperties>
</file>