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1D7D4FDC" w:rsidR="00E25052" w:rsidRDefault="00C16509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6704" behindDoc="1" locked="0" layoutInCell="1" allowOverlap="1" wp14:anchorId="47487328" wp14:editId="0BC1194E">
                  <wp:simplePos x="0" y="0"/>
                  <wp:positionH relativeFrom="margin">
                    <wp:posOffset>147955</wp:posOffset>
                  </wp:positionH>
                  <wp:positionV relativeFrom="paragraph">
                    <wp:posOffset>112395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E93D8A" w14:textId="1858B0A4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084C25F" w14:textId="77777777" w:rsidR="0079185D" w:rsidRDefault="00000000" w:rsidP="00C16509">
            <w:pPr>
              <w:tabs>
                <w:tab w:val="center" w:pos="4513"/>
                <w:tab w:val="right" w:pos="9026"/>
              </w:tabs>
              <w:rPr>
                <w:b/>
                <w:szCs w:val="24"/>
              </w:rPr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C16509">
              <w:rPr>
                <w:b/>
                <w:color w:val="0D5F78"/>
              </w:rPr>
              <w:t xml:space="preserve"> </w:t>
            </w:r>
            <w:r w:rsidR="00C16509">
              <w:rPr>
                <w:b/>
                <w:szCs w:val="24"/>
              </w:rPr>
              <w:t xml:space="preserve"> </w:t>
            </w:r>
          </w:p>
          <w:p w14:paraId="1F74738E" w14:textId="1021966C" w:rsidR="00E25052" w:rsidRPr="0079185D" w:rsidRDefault="00C16509" w:rsidP="0079185D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739473E4" w:rsidR="00E25052" w:rsidRDefault="00C16509" w:rsidP="0079185D">
            <w:pPr>
              <w:tabs>
                <w:tab w:val="center" w:pos="4513"/>
                <w:tab w:val="right" w:pos="9026"/>
              </w:tabs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17AC9754" w:rsidR="00E25052" w:rsidRPr="00EA12E5" w:rsidRDefault="00D948D6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4EE0975" w14:textId="77777777" w:rsidR="00EA12E5" w:rsidRPr="004A0D27" w:rsidRDefault="00EA12E5" w:rsidP="00EA12E5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78A52A4D" w14:textId="7AED95F5" w:rsidR="00E25052" w:rsidRDefault="00EA12E5" w:rsidP="00EA12E5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5C4842F2" w14:textId="158EA3AF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B044FB">
              <w:rPr>
                <w:b/>
                <w:color w:val="0D5F78"/>
                <w:lang w:val="fr-FR"/>
              </w:rPr>
              <w:t xml:space="preserve"> 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317398C6" w:rsidR="00E25052" w:rsidRPr="00B044FB" w:rsidRDefault="00B044FB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DEB8D0A" w:rsidR="00E25052" w:rsidRPr="00B044FB" w:rsidRDefault="00B044FB">
            <w:pPr>
              <w:keepNext/>
              <w:rPr>
                <w:sz w:val="20"/>
                <w:szCs w:val="20"/>
              </w:rPr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532E3EB8" w14:textId="264CF20F" w:rsidR="00B044FB" w:rsidRPr="00B044FB" w:rsidRDefault="00A03978" w:rsidP="00B044FB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COMUNA </w:t>
            </w:r>
            <w:r w:rsidR="00B044FB" w:rsidRPr="00B044FB">
              <w:rPr>
                <w:b/>
                <w:sz w:val="20"/>
                <w:szCs w:val="20"/>
              </w:rPr>
              <w:t>CRISTIAN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0E5E6F25" w:rsidR="00E25052" w:rsidRDefault="00B044FB" w:rsidP="00C66DC5">
            <w:pPr>
              <w:tabs>
                <w:tab w:val="center" w:pos="4513"/>
                <w:tab w:val="right" w:pos="9026"/>
              </w:tabs>
              <w:jc w:val="center"/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39095D90" w14:textId="77777777" w:rsidR="004A0D27" w:rsidRDefault="004A0D27" w:rsidP="00F8517F"/>
    <w:p w14:paraId="25146590" w14:textId="77777777" w:rsidR="004A0D27" w:rsidRDefault="004A0D27" w:rsidP="00F8517F"/>
    <w:p w14:paraId="14B18411" w14:textId="77777777" w:rsidR="004A0D27" w:rsidRDefault="004A0D27" w:rsidP="00F8517F"/>
    <w:p w14:paraId="50345972" w14:textId="77777777" w:rsidR="004A0D27" w:rsidRDefault="004A0D27" w:rsidP="00F8517F"/>
    <w:p w14:paraId="6BA9CA02" w14:textId="77777777" w:rsidR="004A0D27" w:rsidRDefault="004A0D27" w:rsidP="00F8517F"/>
    <w:p w14:paraId="7E4C0E66" w14:textId="77777777" w:rsidR="004A0D27" w:rsidRDefault="004A0D27" w:rsidP="00F8517F"/>
    <w:p w14:paraId="66E493E1" w14:textId="77777777" w:rsidR="004A0D27" w:rsidRDefault="004A0D27" w:rsidP="00F8517F"/>
    <w:p w14:paraId="1FC24734" w14:textId="77777777" w:rsidR="004A0D27" w:rsidRDefault="004A0D27" w:rsidP="00F8517F"/>
    <w:p w14:paraId="52BF921F" w14:textId="77777777" w:rsidR="004A0D27" w:rsidRDefault="004A0D27" w:rsidP="00F8517F"/>
    <w:p w14:paraId="07E8340E" w14:textId="77777777" w:rsidR="004A0D27" w:rsidRPr="00F83523" w:rsidRDefault="004A0D27" w:rsidP="004A0D27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78364"/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7221B701" w14:textId="77777777" w:rsidR="004A0D27" w:rsidRPr="00F83523" w:rsidRDefault="004A0D27" w:rsidP="004A0D27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12768ADE" w14:textId="77777777" w:rsidR="004A0D27" w:rsidRDefault="004A0D27" w:rsidP="004A0D27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68BA1088" w14:textId="77777777" w:rsidR="004A0D27" w:rsidRPr="00F83523" w:rsidRDefault="004A0D27" w:rsidP="004A0D27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45191FDA" w14:textId="77777777" w:rsidR="004A0D27" w:rsidRPr="004A0D27" w:rsidRDefault="004A0D27" w:rsidP="004A0D27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prin prezenta pe propria răspundere,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FE7BDFE" w14:textId="77777777" w:rsidR="004A0D27" w:rsidRPr="004A0D27" w:rsidRDefault="004A0D27" w:rsidP="004A0D27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2870A446" w14:textId="186A04DA" w:rsidR="004A0D27" w:rsidRPr="004A0D27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045AD398" w14:textId="77777777" w:rsidR="004A0D27" w:rsidRPr="00A73A85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2B74309B" w14:textId="77777777" w:rsidR="004A0D27" w:rsidRPr="00D51051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379819A" w14:textId="77777777" w:rsidR="004A0D27" w:rsidRPr="00D51051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076DBBE1" w14:textId="77777777" w:rsidR="004A0D27" w:rsidRPr="00F83523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17CD4C6E" w14:textId="77777777" w:rsidR="004A0D27" w:rsidRPr="00F83523" w:rsidRDefault="004A0D27" w:rsidP="004A0D27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bookmarkEnd w:id="0"/>
    <w:p w14:paraId="7C0C88C7" w14:textId="77777777" w:rsidR="004A0D27" w:rsidRDefault="004A0D27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DC0C1" w14:textId="77777777" w:rsidR="00F34B9F" w:rsidRDefault="00F34B9F">
      <w:r>
        <w:separator/>
      </w:r>
    </w:p>
  </w:endnote>
  <w:endnote w:type="continuationSeparator" w:id="0">
    <w:p w14:paraId="087DE336" w14:textId="77777777" w:rsidR="00F34B9F" w:rsidRDefault="00F3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36C5F" w14:textId="77777777" w:rsidR="00F34B9F" w:rsidRDefault="00F34B9F">
      <w:r>
        <w:separator/>
      </w:r>
    </w:p>
  </w:footnote>
  <w:footnote w:type="continuationSeparator" w:id="0">
    <w:p w14:paraId="1778324B" w14:textId="77777777" w:rsidR="00F34B9F" w:rsidRDefault="00F34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CFD"/>
    <w:rsid w:val="000F55B4"/>
    <w:rsid w:val="0015074B"/>
    <w:rsid w:val="001B30B7"/>
    <w:rsid w:val="0021562A"/>
    <w:rsid w:val="0029639D"/>
    <w:rsid w:val="002A63DE"/>
    <w:rsid w:val="00326F90"/>
    <w:rsid w:val="004A0D27"/>
    <w:rsid w:val="005754E5"/>
    <w:rsid w:val="006C103E"/>
    <w:rsid w:val="00730580"/>
    <w:rsid w:val="00763A7C"/>
    <w:rsid w:val="0079185D"/>
    <w:rsid w:val="00861954"/>
    <w:rsid w:val="00905CC5"/>
    <w:rsid w:val="009B5021"/>
    <w:rsid w:val="00A03978"/>
    <w:rsid w:val="00AA1D8D"/>
    <w:rsid w:val="00B044FB"/>
    <w:rsid w:val="00B16250"/>
    <w:rsid w:val="00B47730"/>
    <w:rsid w:val="00C16509"/>
    <w:rsid w:val="00C66DC5"/>
    <w:rsid w:val="00CB0664"/>
    <w:rsid w:val="00CB0B13"/>
    <w:rsid w:val="00D948D6"/>
    <w:rsid w:val="00E25052"/>
    <w:rsid w:val="00E61A6B"/>
    <w:rsid w:val="00EA12E5"/>
    <w:rsid w:val="00F34B9F"/>
    <w:rsid w:val="00F801F2"/>
    <w:rsid w:val="00F8517F"/>
    <w:rsid w:val="00FC693F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EA12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11</cp:revision>
  <cp:lastPrinted>2026-08-31T11:17:00Z</cp:lastPrinted>
  <dcterms:created xsi:type="dcterms:W3CDTF">2026-08-31T07:10:00Z</dcterms:created>
  <dcterms:modified xsi:type="dcterms:W3CDTF">2026-08-31T11:20:00Z</dcterms:modified>
  <cp:category/>
</cp:coreProperties>
</file>