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E1635" w14:paraId="4C68BCA7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73C7D55" w14:textId="49FD69AD" w:rsidR="001E1635" w:rsidRDefault="00C51A51">
            <w:pPr>
              <w:keepNext/>
              <w:jc w:val="center"/>
            </w:pPr>
            <w:r>
              <w:rPr>
                <w:i/>
                <w:noProof/>
                <w:color w:val="595959"/>
              </w:rPr>
              <w:drawing>
                <wp:anchor distT="0" distB="0" distL="1033145" distR="1033145" simplePos="0" relativeHeight="251659264" behindDoc="1" locked="0" layoutInCell="1" allowOverlap="1" wp14:anchorId="19CBEF70" wp14:editId="3A5B3597">
                  <wp:simplePos x="0" y="0"/>
                  <wp:positionH relativeFrom="margin">
                    <wp:posOffset>167640</wp:posOffset>
                  </wp:positionH>
                  <wp:positionV relativeFrom="paragraph">
                    <wp:posOffset>-676275</wp:posOffset>
                  </wp:positionV>
                  <wp:extent cx="597535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0659" y="21086"/>
                      <wp:lineTo x="20659" y="0"/>
                      <wp:lineTo x="0" y="0"/>
                    </wp:wrapPolygon>
                  </wp:wrapTight>
                  <wp:docPr id="1509950198" name="Picture 2" descr="stema 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a 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46A0FA0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8A49159" w14:textId="7ED7CD76" w:rsidR="001E1635" w:rsidRDefault="00C51A51">
            <w:pPr>
              <w:keepNext/>
            </w:pPr>
            <w:r w:rsidRPr="00C16509">
              <w:rPr>
                <w:b/>
                <w:sz w:val="22"/>
              </w:rPr>
              <w:t>BRAŞOV</w:t>
            </w:r>
          </w:p>
        </w:tc>
      </w:tr>
      <w:tr w:rsidR="001E1635" w14:paraId="51C0757A" w14:textId="77777777">
        <w:trPr>
          <w:cantSplit/>
          <w:trHeight w:val="510"/>
        </w:trPr>
        <w:tc>
          <w:tcPr>
            <w:tcW w:w="1606" w:type="dxa"/>
            <w:vMerge/>
          </w:tcPr>
          <w:p w14:paraId="691A2AC8" w14:textId="77777777" w:rsidR="001E1635" w:rsidRDefault="001E1635"/>
        </w:tc>
        <w:tc>
          <w:tcPr>
            <w:tcW w:w="8030" w:type="dxa"/>
            <w:gridSpan w:val="3"/>
            <w:shd w:val="clear" w:color="auto" w:fill="F0F0F0"/>
          </w:tcPr>
          <w:p w14:paraId="2BE82BE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6C93295C" w14:textId="77777777" w:rsidR="00C51A51" w:rsidRPr="00C16509" w:rsidRDefault="00C51A51" w:rsidP="00C51A51">
            <w:pPr>
              <w:tabs>
                <w:tab w:val="center" w:pos="4513"/>
                <w:tab w:val="right" w:pos="9026"/>
              </w:tabs>
              <w:jc w:val="center"/>
              <w:rPr>
                <w:b/>
                <w:sz w:val="24"/>
                <w:szCs w:val="24"/>
              </w:rPr>
            </w:pPr>
            <w:r w:rsidRPr="00C16509">
              <w:rPr>
                <w:b/>
                <w:sz w:val="24"/>
                <w:szCs w:val="24"/>
              </w:rPr>
              <w:t>COMUNA CRISTIAN</w:t>
            </w:r>
          </w:p>
          <w:p w14:paraId="04E7F576" w14:textId="77777777" w:rsidR="001E1635" w:rsidRDefault="001E1635">
            <w:pPr>
              <w:keepNext/>
            </w:pPr>
          </w:p>
        </w:tc>
      </w:tr>
      <w:tr w:rsidR="001E1635" w14:paraId="2631F304" w14:textId="77777777">
        <w:trPr>
          <w:cantSplit/>
          <w:trHeight w:val="510"/>
        </w:trPr>
        <w:tc>
          <w:tcPr>
            <w:tcW w:w="1606" w:type="dxa"/>
            <w:vMerge/>
          </w:tcPr>
          <w:p w14:paraId="5F679958" w14:textId="77777777" w:rsidR="001E1635" w:rsidRDefault="001E1635"/>
        </w:tc>
        <w:tc>
          <w:tcPr>
            <w:tcW w:w="2409" w:type="dxa"/>
            <w:shd w:val="clear" w:color="auto" w:fill="F0F0F0"/>
          </w:tcPr>
          <w:p w14:paraId="24729E83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(CIF)</w:t>
            </w:r>
          </w:p>
          <w:p w14:paraId="5C37BD63" w14:textId="57C4BD34" w:rsidR="001E1635" w:rsidRPr="00C51A51" w:rsidRDefault="00C51A51">
            <w:pPr>
              <w:keepNext/>
              <w:rPr>
                <w:b/>
                <w:bCs/>
                <w:lang w:val="fr-FR"/>
              </w:rPr>
            </w:pPr>
            <w:r w:rsidRPr="00C51A51">
              <w:rPr>
                <w:b/>
                <w:bCs/>
                <w:sz w:val="20"/>
                <w:szCs w:val="20"/>
                <w:lang w:val="fr-FR"/>
              </w:rPr>
              <w:t>4728369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6968D6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22908AC3" w14:textId="77777777" w:rsidR="00C51A51" w:rsidRPr="00C51A51" w:rsidRDefault="00C51A51" w:rsidP="00C51A51">
            <w:pPr>
              <w:tabs>
                <w:tab w:val="center" w:pos="4513"/>
                <w:tab w:val="right" w:pos="9026"/>
              </w:tabs>
              <w:rPr>
                <w:sz w:val="18"/>
                <w:szCs w:val="18"/>
              </w:rPr>
            </w:pPr>
            <w:r w:rsidRPr="00C51A51">
              <w:rPr>
                <w:sz w:val="18"/>
                <w:szCs w:val="18"/>
              </w:rPr>
              <w:t xml:space="preserve">Strada </w:t>
            </w:r>
            <w:proofErr w:type="spellStart"/>
            <w:r w:rsidRPr="00C51A51">
              <w:rPr>
                <w:sz w:val="18"/>
                <w:szCs w:val="18"/>
              </w:rPr>
              <w:t>Piața</w:t>
            </w:r>
            <w:proofErr w:type="spellEnd"/>
            <w:r w:rsidRPr="00C51A51">
              <w:rPr>
                <w:sz w:val="18"/>
                <w:szCs w:val="18"/>
              </w:rPr>
              <w:t xml:space="preserve"> </w:t>
            </w:r>
            <w:proofErr w:type="spellStart"/>
            <w:r w:rsidRPr="00C51A51">
              <w:rPr>
                <w:sz w:val="18"/>
                <w:szCs w:val="18"/>
              </w:rPr>
              <w:t>Libertății</w:t>
            </w:r>
            <w:proofErr w:type="spellEnd"/>
            <w:r w:rsidRPr="00C51A51">
              <w:rPr>
                <w:sz w:val="18"/>
                <w:szCs w:val="18"/>
              </w:rPr>
              <w:t xml:space="preserve"> nr. 1</w:t>
            </w:r>
            <w:r w:rsidRPr="00C51A51">
              <w:rPr>
                <w:sz w:val="18"/>
                <w:szCs w:val="18"/>
              </w:rPr>
              <w:t xml:space="preserve">, tel.: 0268/257376, </w:t>
            </w:r>
          </w:p>
          <w:p w14:paraId="0EA9E139" w14:textId="13C21DD7" w:rsidR="001E1635" w:rsidRPr="00C51A51" w:rsidRDefault="00C51A51" w:rsidP="00C51A51">
            <w:pPr>
              <w:tabs>
                <w:tab w:val="center" w:pos="4513"/>
                <w:tab w:val="right" w:pos="9026"/>
              </w:tabs>
            </w:pPr>
            <w:r w:rsidRPr="00C51A51">
              <w:rPr>
                <w:rFonts w:ascii="GoudyOlSt BT" w:hAnsi="GoudyOlSt BT"/>
                <w:sz w:val="18"/>
                <w:szCs w:val="18"/>
              </w:rPr>
              <w:t xml:space="preserve">e-mail: </w:t>
            </w:r>
            <w:hyperlink r:id="rId9" w:history="1">
              <w:r w:rsidRPr="00C51A51">
                <w:rPr>
                  <w:rStyle w:val="Hyperlink"/>
                  <w:rFonts w:ascii="GoudyOlSt BT" w:hAnsi="GoudyOlSt BT"/>
                  <w:color w:val="auto"/>
                  <w:sz w:val="18"/>
                  <w:szCs w:val="18"/>
                  <w:u w:val="none"/>
                </w:rPr>
                <w:t>registratura@primariacristian.ro</w:t>
              </w:r>
            </w:hyperlink>
            <w:r w:rsidRPr="00C51A51">
              <w:rPr>
                <w:rFonts w:ascii="GoudyOlSt BT" w:hAnsi="GoudyOlSt BT"/>
                <w:color w:val="4472C4"/>
                <w:sz w:val="18"/>
                <w:szCs w:val="18"/>
              </w:rPr>
              <w:t xml:space="preserve">, </w:t>
            </w:r>
            <w:r w:rsidRPr="00C51A51">
              <w:rPr>
                <w:rFonts w:ascii="GoudyOlSt BT" w:hAnsi="GoudyOlSt BT"/>
                <w:sz w:val="18"/>
                <w:szCs w:val="18"/>
              </w:rPr>
              <w:t>www.primariacristian.ro</w:t>
            </w:r>
          </w:p>
        </w:tc>
      </w:tr>
      <w:tr w:rsidR="001E1635" w14:paraId="0E65AED2" w14:textId="77777777">
        <w:trPr>
          <w:cantSplit/>
          <w:trHeight w:val="510"/>
        </w:trPr>
        <w:tc>
          <w:tcPr>
            <w:tcW w:w="1606" w:type="dxa"/>
            <w:vMerge/>
          </w:tcPr>
          <w:p w14:paraId="6544B9D7" w14:textId="77777777" w:rsidR="001E1635" w:rsidRDefault="001E1635"/>
        </w:tc>
        <w:tc>
          <w:tcPr>
            <w:tcW w:w="4818" w:type="dxa"/>
            <w:gridSpan w:val="2"/>
            <w:shd w:val="clear" w:color="auto" w:fill="F0F0F0"/>
          </w:tcPr>
          <w:p w14:paraId="189A61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5A2B56A" w14:textId="77777777" w:rsidR="001E1635" w:rsidRDefault="001E163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E1695D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37F86DD" w14:textId="77777777" w:rsidR="001E1635" w:rsidRDefault="001E1635">
            <w:pPr>
              <w:keepNext/>
            </w:pPr>
          </w:p>
        </w:tc>
      </w:tr>
      <w:tr w:rsidR="001E1635" w:rsidRPr="00A37FAC" w14:paraId="3911975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6DF05C4B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6257CA">
              <w:rPr>
                <w:i/>
                <w:color w:val="595959"/>
                <w:lang w:val="fr-FR"/>
              </w:rPr>
              <w:t>se</w:t>
            </w:r>
            <w:proofErr w:type="gram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scrie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în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72E6D1D1" w14:textId="77777777" w:rsidR="001E1635" w:rsidRPr="006257CA" w:rsidRDefault="001E1635">
      <w:pPr>
        <w:spacing w:line="168" w:lineRule="auto"/>
        <w:rPr>
          <w:lang w:val="fr-FR"/>
        </w:rPr>
      </w:pPr>
    </w:p>
    <w:p w14:paraId="1DD2FBAB" w14:textId="6A747212" w:rsidR="001E1635" w:rsidRPr="00A37FAC" w:rsidRDefault="00000000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2670D99B" w14:textId="49FFCA06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Instituția</w:t>
            </w:r>
            <w:proofErr w:type="spellEnd"/>
            <w:r w:rsidR="00C51A51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sector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258CF99" w14:textId="74F629BC" w:rsidR="001E1635" w:rsidRPr="006257CA" w:rsidRDefault="00C51A51">
            <w:pPr>
              <w:keepNext/>
              <w:rPr>
                <w:lang w:val="fr-FR"/>
              </w:rPr>
            </w:pP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Prim</w:t>
            </w:r>
            <w:r>
              <w:rPr>
                <w:b/>
                <w:bCs/>
                <w:sz w:val="20"/>
                <w:szCs w:val="20"/>
                <w:lang w:val="fr-FR"/>
              </w:rPr>
              <w:t>ăria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Comunei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Cris</w:t>
            </w:r>
            <w:r>
              <w:rPr>
                <w:b/>
                <w:bCs/>
                <w:sz w:val="20"/>
                <w:szCs w:val="20"/>
                <w:lang w:val="fr-FR"/>
              </w:rPr>
              <w:t>t</w:t>
            </w:r>
            <w:r w:rsidRPr="00B044FB">
              <w:rPr>
                <w:b/>
                <w:bCs/>
                <w:sz w:val="20"/>
                <w:szCs w:val="20"/>
                <w:lang w:val="fr-FR"/>
              </w:rPr>
              <w:t>ian</w:t>
            </w: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6257C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6257CA">
              <w:rPr>
                <w:lang w:val="fr-FR"/>
              </w:rPr>
              <w:t>Cererea</w:t>
            </w:r>
            <w:proofErr w:type="spellEnd"/>
            <w:r w:rsidRPr="006257CA">
              <w:rPr>
                <w:lang w:val="fr-FR"/>
              </w:rPr>
              <w:t xml:space="preserve"> va fi </w:t>
            </w:r>
            <w:proofErr w:type="spellStart"/>
            <w:r w:rsidRPr="006257CA">
              <w:rPr>
                <w:lang w:val="fr-FR"/>
              </w:rPr>
              <w:t>transmisă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către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președintele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consiliului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județean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general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de </w:t>
            </w:r>
            <w:proofErr w:type="spellStart"/>
            <w:r w:rsidRPr="006257CA">
              <w:rPr>
                <w:lang w:val="fr-FR"/>
              </w:rPr>
              <w:t>sector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sau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municipiului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orașului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comunei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după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caz</w:t>
            </w:r>
            <w:proofErr w:type="spellEnd"/>
            <w:r w:rsidRPr="006257CA">
              <w:rPr>
                <w:lang w:val="fr-FR"/>
              </w:rPr>
              <w:t>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titular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dreptului</w:t>
            </w:r>
            <w:proofErr w:type="spellEnd"/>
            <w:r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Pr="006257CA">
              <w:rPr>
                <w:sz w:val="16"/>
                <w:lang w:val="fr-FR"/>
              </w:rPr>
              <w:t>proprietate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împuternicit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în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conformitate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cu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prevederile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Legii</w:t>
      </w:r>
      <w:proofErr w:type="spellEnd"/>
      <w:r w:rsidRPr="006257CA">
        <w:rPr>
          <w:sz w:val="18"/>
          <w:lang w:val="fr-FR"/>
        </w:rPr>
        <w:t xml:space="preserve"> nr. 169/2026 </w:t>
      </w:r>
      <w:proofErr w:type="spellStart"/>
      <w:r w:rsidRPr="006257CA">
        <w:rPr>
          <w:sz w:val="18"/>
          <w:lang w:val="fr-FR"/>
        </w:rPr>
        <w:t>privind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Codul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amenajării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teritoriului</w:t>
      </w:r>
      <w:proofErr w:type="spellEnd"/>
      <w:r w:rsidRPr="006257CA">
        <w:rPr>
          <w:sz w:val="18"/>
          <w:lang w:val="fr-FR"/>
        </w:rPr>
        <w:t xml:space="preserve">, </w:t>
      </w:r>
      <w:proofErr w:type="spellStart"/>
      <w:r w:rsidRPr="006257CA">
        <w:rPr>
          <w:sz w:val="18"/>
          <w:lang w:val="fr-FR"/>
        </w:rPr>
        <w:t>urbanismului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și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construcțiilor</w:t>
      </w:r>
      <w:proofErr w:type="spellEnd"/>
      <w:r w:rsidRPr="006257CA">
        <w:rPr>
          <w:sz w:val="18"/>
          <w:lang w:val="fr-FR"/>
        </w:rPr>
        <w:t>,</w:t>
      </w:r>
    </w:p>
    <w:p w14:paraId="25ED7088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solicit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emiterea</w:t>
      </w:r>
      <w:proofErr w:type="spellEnd"/>
    </w:p>
    <w:p w14:paraId="043C0D46" w14:textId="7C5133BA" w:rsidR="001E1635" w:rsidRDefault="00000000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CERTIFICATULUI DE URBANISM</w:t>
      </w:r>
      <w:r w:rsidR="00C51A51">
        <w:rPr>
          <w:b/>
          <w:sz w:val="20"/>
          <w:lang w:val="fr-FR"/>
        </w:rPr>
        <w:t xml:space="preserve">    </w:t>
      </w: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ÎN  VEDEREA</w:t>
            </w:r>
            <w:proofErr w:type="gramEnd"/>
            <w:r w:rsidRPr="006257CA">
              <w:rPr>
                <w:b/>
                <w:bCs/>
                <w:sz w:val="18"/>
                <w:szCs w:val="18"/>
              </w:rPr>
              <w:t xml:space="preserve"> REALIZĂRII OPERAȚIUNII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CADATRALE :</w:t>
            </w:r>
            <w:proofErr w:type="gramEnd"/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comasare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alipire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dezmembrare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dezlipire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unor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trecere</w:t>
            </w:r>
            <w:proofErr w:type="spellEnd"/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proofErr w:type="spellStart"/>
            <w:r>
              <w:rPr>
                <w:sz w:val="16"/>
                <w:lang w:val="fr-FR"/>
              </w:rPr>
              <w:t>Descrierea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operațiunii</w:t>
            </w:r>
            <w:proofErr w:type="spellEnd"/>
            <w:r>
              <w:rPr>
                <w:sz w:val="16"/>
                <w:lang w:val="fr-FR"/>
              </w:rPr>
              <w:t xml:space="preserve"> cadastrale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D01A21B" w14:textId="3D6DB1D1" w:rsidR="001E1635" w:rsidRDefault="00C51A51">
            <w:pPr>
              <w:keepNext/>
            </w:pPr>
            <w:r w:rsidRPr="00B044FB">
              <w:rPr>
                <w:b/>
                <w:sz w:val="20"/>
                <w:szCs w:val="20"/>
              </w:rPr>
              <w:t>BRAŞOV</w:t>
            </w:r>
          </w:p>
        </w:tc>
        <w:tc>
          <w:tcPr>
            <w:tcW w:w="3212" w:type="dxa"/>
            <w:gridSpan w:val="2"/>
          </w:tcPr>
          <w:p w14:paraId="22B4CBF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2E87CC79" w:rsidR="001E1635" w:rsidRDefault="00C51A51" w:rsidP="00EC759B">
            <w:pPr>
              <w:tabs>
                <w:tab w:val="center" w:pos="4513"/>
                <w:tab w:val="right" w:pos="9026"/>
              </w:tabs>
            </w:pPr>
            <w:r w:rsidRPr="00B044FB">
              <w:rPr>
                <w:b/>
                <w:sz w:val="20"/>
                <w:szCs w:val="20"/>
              </w:rPr>
              <w:t>CRISTIAN</w:t>
            </w:r>
          </w:p>
        </w:tc>
        <w:tc>
          <w:tcPr>
            <w:tcW w:w="3212" w:type="dxa"/>
            <w:gridSpan w:val="2"/>
          </w:tcPr>
          <w:p w14:paraId="67326A4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2ABBF70E" w:rsidR="001E1635" w:rsidRDefault="00C51A51" w:rsidP="00EC759B">
            <w:pPr>
              <w:tabs>
                <w:tab w:val="center" w:pos="4513"/>
                <w:tab w:val="right" w:pos="9026"/>
              </w:tabs>
            </w:pPr>
            <w:r w:rsidRPr="00B044FB">
              <w:rPr>
                <w:b/>
                <w:sz w:val="20"/>
                <w:szCs w:val="20"/>
              </w:rPr>
              <w:t>CRISTIAN</w:t>
            </w: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Număr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cadastral</w:t>
            </w:r>
          </w:p>
          <w:p w14:paraId="3FC4B01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000000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documentația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cadastrală</w:t>
            </w:r>
            <w:proofErr w:type="spellEnd"/>
            <w:r w:rsidRPr="006257CA">
              <w:rPr>
                <w:sz w:val="16"/>
                <w:lang w:val="fr-FR"/>
              </w:rPr>
              <w:t xml:space="preserve">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 xml:space="preserve">plan </w:t>
            </w:r>
            <w:proofErr w:type="spellStart"/>
            <w:r w:rsidR="006257CA" w:rsidRPr="006257CA">
              <w:rPr>
                <w:sz w:val="16"/>
                <w:lang w:val="fr-FR"/>
              </w:rPr>
              <w:t>cu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o </w:t>
            </w:r>
            <w:proofErr w:type="spellStart"/>
            <w:r w:rsidR="006257CA" w:rsidRPr="006257CA">
              <w:rPr>
                <w:sz w:val="16"/>
                <w:lang w:val="fr-FR"/>
              </w:rPr>
              <w:t>propunere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="006257CA" w:rsidRPr="006257CA">
              <w:rPr>
                <w:sz w:val="16"/>
                <w:lang w:val="fr-FR"/>
              </w:rPr>
              <w:t>comasare</w:t>
            </w:r>
            <w:proofErr w:type="spellEnd"/>
            <w:r w:rsidR="006257CA" w:rsidRPr="006257CA">
              <w:rPr>
                <w:sz w:val="16"/>
                <w:lang w:val="fr-FR"/>
              </w:rPr>
              <w:t>/</w:t>
            </w:r>
            <w:proofErr w:type="spellStart"/>
            <w:r w:rsidR="006257CA" w:rsidRPr="006257CA">
              <w:rPr>
                <w:sz w:val="16"/>
                <w:lang w:val="fr-FR"/>
              </w:rPr>
              <w:t>dezmembrare</w:t>
            </w:r>
            <w:proofErr w:type="spellEnd"/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 xml:space="preserve">☐ extras de carte </w:t>
            </w:r>
            <w:proofErr w:type="spellStart"/>
            <w:r w:rsidRPr="006257CA">
              <w:rPr>
                <w:sz w:val="16"/>
                <w:lang w:val="fr-FR"/>
              </w:rPr>
              <w:t>funciară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actualizat</w:t>
            </w:r>
            <w:proofErr w:type="spellEnd"/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 xml:space="preserve">☐ plan de </w:t>
            </w:r>
            <w:proofErr w:type="spellStart"/>
            <w:r w:rsidRPr="006257CA">
              <w:rPr>
                <w:sz w:val="16"/>
                <w:lang w:val="fr-FR"/>
              </w:rPr>
              <w:t>încadrare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zonă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sistem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Stereo</w:t>
            </w:r>
            <w:proofErr w:type="spellEnd"/>
            <w:r w:rsidRPr="006257CA">
              <w:rPr>
                <w:sz w:val="16"/>
                <w:lang w:val="fr-FR"/>
              </w:rPr>
              <w:t xml:space="preserve">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împuternicirea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dacă</w:t>
            </w:r>
            <w:proofErr w:type="spellEnd"/>
            <w:r w:rsidRPr="006257CA">
              <w:rPr>
                <w:sz w:val="16"/>
                <w:lang w:val="fr-FR"/>
              </w:rPr>
              <w:t xml:space="preserve"> este </w:t>
            </w:r>
            <w:proofErr w:type="spellStart"/>
            <w:r w:rsidRPr="006257CA">
              <w:rPr>
                <w:sz w:val="16"/>
                <w:lang w:val="fr-FR"/>
              </w:rPr>
              <w:t>cazul</w:t>
            </w:r>
            <w:proofErr w:type="spellEnd"/>
            <w:r w:rsidRPr="006257CA">
              <w:rPr>
                <w:sz w:val="16"/>
                <w:lang w:val="fr-FR"/>
              </w:rPr>
              <w:t xml:space="preserve">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</w:t>
            </w:r>
            <w:proofErr w:type="spellStart"/>
            <w:r w:rsidRPr="006257CA">
              <w:rPr>
                <w:sz w:val="16"/>
                <w:lang w:val="fr-FR"/>
              </w:rPr>
              <w:t>scris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prin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poștă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6257CA">
              <w:rPr>
                <w:sz w:val="16"/>
                <w:lang w:val="fr-FR"/>
              </w:rPr>
              <w:t>adresa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gramStart"/>
            <w:r w:rsidRPr="006257CA">
              <w:rPr>
                <w:sz w:val="16"/>
                <w:lang w:val="fr-FR"/>
              </w:rPr>
              <w:t>de e-mail</w:t>
            </w:r>
            <w:proofErr w:type="gram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indicată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ridicare</w:t>
            </w:r>
            <w:proofErr w:type="spellEnd"/>
            <w:r w:rsidRPr="006257CA">
              <w:rPr>
                <w:sz w:val="16"/>
                <w:lang w:val="fr-FR"/>
              </w:rPr>
              <w:t xml:space="preserve"> de la </w:t>
            </w:r>
            <w:proofErr w:type="spellStart"/>
            <w:r w:rsidRPr="006257CA">
              <w:rPr>
                <w:sz w:val="16"/>
                <w:lang w:val="fr-FR"/>
              </w:rPr>
              <w:t>sediul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000000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000000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000000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p w14:paraId="1504DF46" w14:textId="77777777" w:rsidR="00EC759B" w:rsidRDefault="00EC759B">
      <w:pPr>
        <w:spacing w:line="168" w:lineRule="auto"/>
      </w:pPr>
    </w:p>
    <w:p w14:paraId="5F1532BC" w14:textId="77777777" w:rsidR="00EC759B" w:rsidRDefault="00EC759B">
      <w:pPr>
        <w:spacing w:line="168" w:lineRule="auto"/>
      </w:pPr>
    </w:p>
    <w:p w14:paraId="49EFB824" w14:textId="77777777" w:rsidR="00BE6ABF" w:rsidRPr="00F83523" w:rsidRDefault="00BE6ABF" w:rsidP="00BE6ABF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r w:rsidRPr="00F83523">
        <w:rPr>
          <w:rFonts w:ascii="Arial" w:hAnsi="Arial" w:cs="Arial"/>
          <w:b/>
          <w:sz w:val="16"/>
          <w:szCs w:val="16"/>
        </w:rPr>
        <w:lastRenderedPageBreak/>
        <w:t>NOTĂ DE INFORMARE</w:t>
      </w:r>
    </w:p>
    <w:p w14:paraId="0C781319" w14:textId="77777777" w:rsidR="00BE6ABF" w:rsidRPr="00F83523" w:rsidRDefault="00BE6ABF" w:rsidP="00BE6ABF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proofErr w:type="spellStart"/>
      <w:r w:rsidRPr="00F83523">
        <w:rPr>
          <w:rFonts w:ascii="Arial" w:hAnsi="Arial" w:cs="Arial"/>
          <w:b/>
          <w:sz w:val="16"/>
          <w:szCs w:val="16"/>
        </w:rPr>
        <w:t>În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cazul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depunerii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documentațiilor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>/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cererilor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care se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vor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soluționa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proofErr w:type="gramStart"/>
      <w:r w:rsidRPr="00F83523">
        <w:rPr>
          <w:rFonts w:ascii="Arial" w:hAnsi="Arial" w:cs="Arial"/>
          <w:b/>
          <w:sz w:val="16"/>
          <w:szCs w:val="16"/>
        </w:rPr>
        <w:t>prin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Compartimentului</w:t>
      </w:r>
      <w:proofErr w:type="spellEnd"/>
      <w:proofErr w:type="gramEnd"/>
      <w:r w:rsidRPr="00F83523">
        <w:rPr>
          <w:rFonts w:ascii="Arial" w:hAnsi="Arial" w:cs="Arial"/>
          <w:b/>
          <w:sz w:val="16"/>
          <w:szCs w:val="16"/>
        </w:rPr>
        <w:t xml:space="preserve"> Urbanism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și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Amenajarea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Teritoriului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din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cadrul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Primăriei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Comunei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Cristian</w:t>
      </w:r>
    </w:p>
    <w:p w14:paraId="75816DA3" w14:textId="77777777" w:rsidR="00BE6ABF" w:rsidRDefault="00BE6ABF" w:rsidP="00BE6ABF">
      <w:pPr>
        <w:spacing w:after="60"/>
        <w:jc w:val="both"/>
        <w:rPr>
          <w:rFonts w:cs="Times New Roman"/>
          <w:bCs/>
          <w:sz w:val="18"/>
          <w:szCs w:val="18"/>
        </w:rPr>
      </w:pPr>
      <w:proofErr w:type="spellStart"/>
      <w:r w:rsidRPr="00F83523">
        <w:rPr>
          <w:rFonts w:cs="Times New Roman"/>
          <w:bCs/>
          <w:sz w:val="18"/>
          <w:szCs w:val="18"/>
        </w:rPr>
        <w:t>Primăria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Comunei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Cristian, </w:t>
      </w:r>
      <w:proofErr w:type="spellStart"/>
      <w:r w:rsidRPr="00F83523">
        <w:rPr>
          <w:rFonts w:cs="Times New Roman"/>
          <w:bCs/>
          <w:sz w:val="18"/>
          <w:szCs w:val="18"/>
        </w:rPr>
        <w:t>județul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Brașov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prelucrează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personalprin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prezenta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mijloace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automatizate</w:t>
      </w:r>
      <w:proofErr w:type="spellEnd"/>
      <w:r w:rsidRPr="00F83523">
        <w:rPr>
          <w:rFonts w:cs="Times New Roman"/>
          <w:bCs/>
          <w:sz w:val="18"/>
          <w:szCs w:val="18"/>
        </w:rPr>
        <w:t>/</w:t>
      </w:r>
      <w:proofErr w:type="spellStart"/>
      <w:r w:rsidRPr="00F83523">
        <w:rPr>
          <w:rFonts w:cs="Times New Roman"/>
          <w:bCs/>
          <w:sz w:val="18"/>
          <w:szCs w:val="18"/>
        </w:rPr>
        <w:t>manuale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destinate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obligațiilor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Este </w:t>
      </w:r>
      <w:proofErr w:type="spellStart"/>
      <w:r w:rsidRPr="00F83523">
        <w:rPr>
          <w:rFonts w:cs="Times New Roman"/>
          <w:bCs/>
          <w:sz w:val="18"/>
          <w:szCs w:val="18"/>
        </w:rPr>
        <w:t>necesar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ne </w:t>
      </w:r>
      <w:proofErr w:type="spellStart"/>
      <w:r w:rsidRPr="00F83523">
        <w:rPr>
          <w:rFonts w:cs="Times New Roman"/>
          <w:bCs/>
          <w:sz w:val="18"/>
          <w:szCs w:val="18"/>
        </w:rPr>
        <w:t>furnizați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deoarece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refuzul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determină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imposibilitatea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soluționării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Informațiile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înregistrate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sunt destinate </w:t>
      </w:r>
      <w:proofErr w:type="spellStart"/>
      <w:r w:rsidRPr="00F83523">
        <w:rPr>
          <w:rFonts w:cs="Times New Roman"/>
          <w:bCs/>
          <w:sz w:val="18"/>
          <w:szCs w:val="18"/>
        </w:rPr>
        <w:t>utilizării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către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operator </w:t>
      </w:r>
      <w:proofErr w:type="spellStart"/>
      <w:r w:rsidRPr="00F83523">
        <w:rPr>
          <w:rFonts w:cs="Times New Roman"/>
          <w:bCs/>
          <w:sz w:val="18"/>
          <w:szCs w:val="18"/>
        </w:rPr>
        <w:t>dar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pot fi </w:t>
      </w:r>
      <w:proofErr w:type="spellStart"/>
      <w:r w:rsidRPr="00F83523">
        <w:rPr>
          <w:rFonts w:cs="Times New Roman"/>
          <w:bCs/>
          <w:sz w:val="18"/>
          <w:szCs w:val="18"/>
        </w:rPr>
        <w:t>comunicate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altor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instituții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societăți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terți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baza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limitele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prevederilor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sunt </w:t>
      </w:r>
      <w:proofErr w:type="spellStart"/>
      <w:r w:rsidRPr="00F83523">
        <w:rPr>
          <w:rFonts w:cs="Times New Roman"/>
          <w:bCs/>
          <w:sz w:val="18"/>
          <w:szCs w:val="18"/>
        </w:rPr>
        <w:t>păstrate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doar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perioada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necesară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care au </w:t>
      </w:r>
      <w:proofErr w:type="spellStart"/>
      <w:r w:rsidRPr="00F83523">
        <w:rPr>
          <w:rFonts w:cs="Times New Roman"/>
          <w:bCs/>
          <w:sz w:val="18"/>
          <w:szCs w:val="18"/>
        </w:rPr>
        <w:t>fost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colectate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cu </w:t>
      </w:r>
      <w:proofErr w:type="spellStart"/>
      <w:r w:rsidRPr="00F83523">
        <w:rPr>
          <w:rFonts w:cs="Times New Roman"/>
          <w:bCs/>
          <w:sz w:val="18"/>
          <w:szCs w:val="18"/>
        </w:rPr>
        <w:t>respectarea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legislației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vigoare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Conform </w:t>
      </w:r>
      <w:proofErr w:type="spellStart"/>
      <w:r w:rsidRPr="00F83523">
        <w:rPr>
          <w:rFonts w:cs="Times New Roman"/>
          <w:bCs/>
          <w:sz w:val="18"/>
          <w:szCs w:val="18"/>
        </w:rPr>
        <w:t>Regulamentului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General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(UE) 679/2016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persoanelor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fizice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privește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personal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libera </w:t>
      </w:r>
      <w:proofErr w:type="spellStart"/>
      <w:r w:rsidRPr="00F83523">
        <w:rPr>
          <w:rFonts w:cs="Times New Roman"/>
          <w:bCs/>
          <w:sz w:val="18"/>
          <w:szCs w:val="18"/>
        </w:rPr>
        <w:t>circulație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gramStart"/>
      <w:r w:rsidRPr="00F83523">
        <w:rPr>
          <w:rFonts w:cs="Times New Roman"/>
          <w:bCs/>
          <w:sz w:val="18"/>
          <w:szCs w:val="18"/>
        </w:rPr>
        <w:t>a</w:t>
      </w:r>
      <w:proofErr w:type="gram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date, </w:t>
      </w:r>
      <w:proofErr w:type="spellStart"/>
      <w:r w:rsidRPr="00F83523">
        <w:rPr>
          <w:rFonts w:cs="Times New Roman"/>
          <w:bCs/>
          <w:sz w:val="18"/>
          <w:szCs w:val="18"/>
        </w:rPr>
        <w:t>beneficiați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acces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rectificarea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ștergerea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restricționarea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portabilitatea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opoziție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nu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fi </w:t>
      </w:r>
      <w:proofErr w:type="spellStart"/>
      <w:r w:rsidRPr="00F83523">
        <w:rPr>
          <w:rFonts w:cs="Times New Roman"/>
          <w:bCs/>
          <w:sz w:val="18"/>
          <w:szCs w:val="18"/>
        </w:rPr>
        <w:t>supus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unui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individual </w:t>
      </w:r>
      <w:proofErr w:type="spellStart"/>
      <w:r w:rsidRPr="00F83523">
        <w:rPr>
          <w:rFonts w:cs="Times New Roman"/>
          <w:bCs/>
          <w:sz w:val="18"/>
          <w:szCs w:val="18"/>
        </w:rPr>
        <w:t>automatizat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execrcitarea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drepturi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puteți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o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scrisă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datată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semnată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sediul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primăriei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e-mail </w:t>
      </w:r>
      <w:hyperlink r:id="rId10" w:history="1">
        <w:r w:rsidRPr="00F83523">
          <w:rPr>
            <w:rStyle w:val="Hyperlink"/>
            <w:rFonts w:cs="Times New Roman"/>
            <w:bCs/>
            <w:sz w:val="18"/>
            <w:szCs w:val="18"/>
          </w:rPr>
          <w:t>registratura@primariacristian.ro</w:t>
        </w:r>
      </w:hyperlink>
      <w:r w:rsidRPr="00F83523">
        <w:rPr>
          <w:rFonts w:cs="Times New Roman"/>
          <w:bCs/>
          <w:sz w:val="18"/>
          <w:szCs w:val="18"/>
        </w:rPr>
        <w:t xml:space="preserve">. De </w:t>
      </w:r>
      <w:proofErr w:type="spellStart"/>
      <w:r w:rsidRPr="00F83523">
        <w:rPr>
          <w:rFonts w:cs="Times New Roman"/>
          <w:bCs/>
          <w:sz w:val="18"/>
          <w:szCs w:val="18"/>
        </w:rPr>
        <w:t>asemenea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este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recunoscut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ANSPDCP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justiției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nu sunt </w:t>
      </w:r>
      <w:proofErr w:type="spellStart"/>
      <w:r w:rsidRPr="00F83523">
        <w:rPr>
          <w:rFonts w:cs="Times New Roman"/>
          <w:bCs/>
          <w:sz w:val="18"/>
          <w:szCs w:val="18"/>
        </w:rPr>
        <w:t>transferate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străinătate</w:t>
      </w:r>
      <w:proofErr w:type="spellEnd"/>
      <w:r w:rsidRPr="00F83523">
        <w:rPr>
          <w:rFonts w:cs="Times New Roman"/>
          <w:bCs/>
          <w:sz w:val="18"/>
          <w:szCs w:val="18"/>
        </w:rPr>
        <w:t>.</w:t>
      </w:r>
    </w:p>
    <w:p w14:paraId="0157F1F7" w14:textId="77777777" w:rsidR="00BE6ABF" w:rsidRPr="00F83523" w:rsidRDefault="00BE6ABF" w:rsidP="00BE6ABF">
      <w:pPr>
        <w:spacing w:after="60"/>
        <w:jc w:val="both"/>
        <w:rPr>
          <w:rFonts w:cs="Times New Roman"/>
          <w:bCs/>
          <w:sz w:val="18"/>
          <w:szCs w:val="18"/>
        </w:rPr>
      </w:pPr>
    </w:p>
    <w:p w14:paraId="25EA4C00" w14:textId="77777777" w:rsidR="00BE6ABF" w:rsidRPr="00D51051" w:rsidRDefault="00BE6ABF" w:rsidP="00BE6ABF">
      <w:pPr>
        <w:spacing w:after="60"/>
        <w:ind w:firstLine="720"/>
        <w:jc w:val="both"/>
        <w:rPr>
          <w:bCs/>
          <w:i/>
          <w:iCs/>
          <w:sz w:val="20"/>
          <w:szCs w:val="20"/>
        </w:rPr>
      </w:pPr>
      <w:r w:rsidRPr="00F83523">
        <w:rPr>
          <w:rFonts w:ascii="Arial" w:hAnsi="Arial" w:cs="Arial"/>
          <w:b/>
          <w:sz w:val="20"/>
          <w:szCs w:val="20"/>
        </w:rPr>
        <w:t xml:space="preserve"> </w:t>
      </w:r>
      <w:r w:rsidRPr="00D51051">
        <w:rPr>
          <w:bCs/>
          <w:i/>
          <w:iCs/>
          <w:sz w:val="20"/>
          <w:szCs w:val="20"/>
        </w:rPr>
        <w:t>Subsemnata/Subsemnatul.....................................................................................................................</w:t>
      </w:r>
      <w:r w:rsidRPr="00D51051">
        <w:rPr>
          <w:bCs/>
          <w:i/>
          <w:iCs/>
          <w:sz w:val="20"/>
          <w:szCs w:val="20"/>
          <w:vertAlign w:val="superscript"/>
        </w:rPr>
        <w:t>1</w:t>
      </w:r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având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codul</w:t>
      </w:r>
      <w:proofErr w:type="spellEnd"/>
      <w:r w:rsidRPr="00D51051">
        <w:rPr>
          <w:bCs/>
          <w:i/>
          <w:iCs/>
          <w:sz w:val="20"/>
          <w:szCs w:val="20"/>
        </w:rPr>
        <w:t xml:space="preserve"> numeric personal ......................................................................</w:t>
      </w:r>
      <w:proofErr w:type="gramStart"/>
      <w:r w:rsidRPr="00D51051">
        <w:rPr>
          <w:bCs/>
          <w:i/>
          <w:iCs/>
          <w:sz w:val="20"/>
          <w:szCs w:val="20"/>
          <w:vertAlign w:val="superscript"/>
        </w:rPr>
        <w:t>1</w:t>
      </w:r>
      <w:r w:rsidRPr="00D51051">
        <w:rPr>
          <w:bCs/>
          <w:i/>
          <w:iCs/>
          <w:sz w:val="20"/>
          <w:szCs w:val="20"/>
        </w:rPr>
        <w:t xml:space="preserve">,  </w:t>
      </w:r>
      <w:proofErr w:type="spellStart"/>
      <w:r w:rsidRPr="00D51051">
        <w:rPr>
          <w:bCs/>
          <w:i/>
          <w:iCs/>
          <w:sz w:val="20"/>
          <w:szCs w:val="20"/>
        </w:rPr>
        <w:t>declar</w:t>
      </w:r>
      <w:proofErr w:type="spellEnd"/>
      <w:proofErr w:type="gram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prin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prezenta</w:t>
      </w:r>
      <w:proofErr w:type="spellEnd"/>
      <w:r w:rsidRPr="00D51051">
        <w:rPr>
          <w:bCs/>
          <w:i/>
          <w:iCs/>
          <w:sz w:val="20"/>
          <w:szCs w:val="20"/>
        </w:rPr>
        <w:t xml:space="preserve"> pe propria </w:t>
      </w:r>
      <w:proofErr w:type="spellStart"/>
      <w:r w:rsidRPr="00D51051">
        <w:rPr>
          <w:bCs/>
          <w:i/>
          <w:iCs/>
          <w:sz w:val="20"/>
          <w:szCs w:val="20"/>
        </w:rPr>
        <w:t>răspundere</w:t>
      </w:r>
      <w:proofErr w:type="spellEnd"/>
      <w:r w:rsidRPr="00D51051">
        <w:rPr>
          <w:bCs/>
          <w:i/>
          <w:iCs/>
          <w:sz w:val="20"/>
          <w:szCs w:val="20"/>
        </w:rPr>
        <w:t xml:space="preserve">, </w:t>
      </w:r>
      <w:proofErr w:type="spellStart"/>
      <w:r w:rsidRPr="00D51051">
        <w:rPr>
          <w:bCs/>
          <w:i/>
          <w:iCs/>
          <w:sz w:val="20"/>
          <w:szCs w:val="20"/>
        </w:rPr>
        <w:t>că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toate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documentele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furnizate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și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consemnate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în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prezenta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cerere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r w:rsidRPr="00D51051">
        <w:rPr>
          <w:b/>
          <w:bCs/>
          <w:i/>
          <w:iCs/>
          <w:sz w:val="20"/>
          <w:szCs w:val="20"/>
        </w:rPr>
        <w:t xml:space="preserve">sunt </w:t>
      </w:r>
      <w:proofErr w:type="spellStart"/>
      <w:r w:rsidRPr="00D51051">
        <w:rPr>
          <w:b/>
          <w:bCs/>
          <w:i/>
          <w:iCs/>
          <w:sz w:val="20"/>
          <w:szCs w:val="20"/>
        </w:rPr>
        <w:t>corecte</w:t>
      </w:r>
      <w:proofErr w:type="spellEnd"/>
      <w:r w:rsidRPr="00D51051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/>
          <w:bCs/>
          <w:i/>
          <w:iCs/>
          <w:sz w:val="20"/>
          <w:szCs w:val="20"/>
        </w:rPr>
        <w:t>și</w:t>
      </w:r>
      <w:proofErr w:type="spellEnd"/>
      <w:r w:rsidRPr="00D51051">
        <w:rPr>
          <w:b/>
          <w:bCs/>
          <w:i/>
          <w:iCs/>
          <w:sz w:val="20"/>
          <w:szCs w:val="20"/>
        </w:rPr>
        <w:t xml:space="preserve"> complete</w:t>
      </w:r>
      <w:r w:rsidRPr="00D51051">
        <w:rPr>
          <w:bCs/>
          <w:i/>
          <w:iCs/>
          <w:sz w:val="20"/>
          <w:szCs w:val="20"/>
        </w:rPr>
        <w:t xml:space="preserve">. </w:t>
      </w:r>
      <w:proofErr w:type="spellStart"/>
      <w:r w:rsidRPr="00D51051">
        <w:rPr>
          <w:bCs/>
          <w:i/>
          <w:iCs/>
          <w:sz w:val="20"/>
          <w:szCs w:val="20"/>
        </w:rPr>
        <w:t>Înțeleg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că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omisiunea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sau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incorectitudinea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în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prezentarea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documentelor</w:t>
      </w:r>
      <w:proofErr w:type="spellEnd"/>
      <w:r w:rsidRPr="00D51051">
        <w:rPr>
          <w:bCs/>
          <w:i/>
          <w:iCs/>
          <w:sz w:val="20"/>
          <w:szCs w:val="20"/>
        </w:rPr>
        <w:t xml:space="preserve">, </w:t>
      </w:r>
      <w:proofErr w:type="spellStart"/>
      <w:r w:rsidRPr="00D51051">
        <w:rPr>
          <w:bCs/>
          <w:i/>
          <w:iCs/>
          <w:sz w:val="20"/>
          <w:szCs w:val="20"/>
        </w:rPr>
        <w:t>în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scopul</w:t>
      </w:r>
      <w:proofErr w:type="spellEnd"/>
      <w:r w:rsidRPr="00D51051">
        <w:rPr>
          <w:bCs/>
          <w:i/>
          <w:iCs/>
          <w:sz w:val="20"/>
          <w:szCs w:val="20"/>
        </w:rPr>
        <w:t xml:space="preserve"> de </w:t>
      </w:r>
      <w:proofErr w:type="gramStart"/>
      <w:r w:rsidRPr="00D51051">
        <w:rPr>
          <w:bCs/>
          <w:i/>
          <w:iCs/>
          <w:sz w:val="20"/>
          <w:szCs w:val="20"/>
        </w:rPr>
        <w:t>a</w:t>
      </w:r>
      <w:proofErr w:type="gram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obține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avantaje</w:t>
      </w:r>
      <w:proofErr w:type="spellEnd"/>
      <w:r w:rsidRPr="00D51051">
        <w:rPr>
          <w:bCs/>
          <w:i/>
          <w:iCs/>
          <w:sz w:val="20"/>
          <w:szCs w:val="20"/>
        </w:rPr>
        <w:t xml:space="preserve"> se </w:t>
      </w:r>
      <w:proofErr w:type="spellStart"/>
      <w:r w:rsidRPr="00D51051">
        <w:rPr>
          <w:bCs/>
          <w:i/>
          <w:iCs/>
          <w:sz w:val="20"/>
          <w:szCs w:val="20"/>
        </w:rPr>
        <w:t>pedepsește</w:t>
      </w:r>
      <w:proofErr w:type="spellEnd"/>
      <w:r w:rsidRPr="00D51051">
        <w:rPr>
          <w:bCs/>
          <w:i/>
          <w:iCs/>
          <w:sz w:val="20"/>
          <w:szCs w:val="20"/>
        </w:rPr>
        <w:t xml:space="preserve"> conform </w:t>
      </w:r>
      <w:proofErr w:type="spellStart"/>
      <w:r w:rsidRPr="00D51051">
        <w:rPr>
          <w:bCs/>
          <w:i/>
          <w:iCs/>
          <w:sz w:val="20"/>
          <w:szCs w:val="20"/>
        </w:rPr>
        <w:t>legii</w:t>
      </w:r>
      <w:proofErr w:type="spellEnd"/>
      <w:r w:rsidRPr="00D51051">
        <w:rPr>
          <w:bCs/>
          <w:i/>
          <w:iCs/>
          <w:sz w:val="20"/>
          <w:szCs w:val="20"/>
        </w:rPr>
        <w:t>.</w:t>
      </w:r>
    </w:p>
    <w:p w14:paraId="2872697B" w14:textId="77777777" w:rsidR="00BE6ABF" w:rsidRPr="00D51051" w:rsidRDefault="00BE6ABF" w:rsidP="00BE6ABF">
      <w:pPr>
        <w:spacing w:after="60"/>
        <w:ind w:firstLine="720"/>
        <w:jc w:val="both"/>
        <w:rPr>
          <w:rFonts w:cs="Times New Roman"/>
          <w:b/>
          <w:i/>
          <w:iCs/>
          <w:sz w:val="20"/>
          <w:szCs w:val="20"/>
        </w:rPr>
      </w:pPr>
      <w:r w:rsidRPr="00D51051">
        <w:rPr>
          <w:rFonts w:cs="Times New Roman"/>
          <w:b/>
          <w:i/>
          <w:iCs/>
          <w:sz w:val="20"/>
          <w:szCs w:val="20"/>
        </w:rPr>
        <w:t xml:space="preserve">Prin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prezenta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declar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am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fost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informat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/ă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datele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cu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caracter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personal sunt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în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scopul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pentru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îndeplinirea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atribuțiilor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legale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ale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instituției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. Am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luat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cunoștiință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informațiile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cererea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depusă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actele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anexate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aceasta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vor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fi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de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către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Primăria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Comunei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Cristian, cu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respectarea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prevederilor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Regulamentului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(UE) 679/2016.</w:t>
      </w:r>
    </w:p>
    <w:p w14:paraId="48454B9E" w14:textId="77777777" w:rsidR="00BE6ABF" w:rsidRPr="00D51051" w:rsidRDefault="00BE6ABF" w:rsidP="00BE6ABF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0"/>
          <w:szCs w:val="20"/>
        </w:rPr>
      </w:pPr>
      <w:r w:rsidRPr="00D51051">
        <w:rPr>
          <w:bCs/>
          <w:i/>
          <w:iCs/>
          <w:sz w:val="20"/>
          <w:szCs w:val="20"/>
        </w:rPr>
        <w:t xml:space="preserve">Data ........, </w:t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  <w:t xml:space="preserve"> </w:t>
      </w:r>
      <w:r w:rsidRPr="00D51051">
        <w:rPr>
          <w:bCs/>
          <w:i/>
          <w:iCs/>
          <w:sz w:val="20"/>
          <w:szCs w:val="20"/>
        </w:rPr>
        <w:sym w:font="Wingdings" w:char="F03F"/>
      </w:r>
      <w:r w:rsidRPr="00D51051">
        <w:rPr>
          <w:bCs/>
          <w:i/>
          <w:iCs/>
          <w:sz w:val="20"/>
          <w:szCs w:val="20"/>
        </w:rPr>
        <w:t xml:space="preserve"> ................................</w:t>
      </w:r>
      <w:r w:rsidRPr="00D51051">
        <w:rPr>
          <w:bCs/>
          <w:i/>
          <w:iCs/>
          <w:sz w:val="20"/>
          <w:szCs w:val="20"/>
          <w:vertAlign w:val="superscript"/>
        </w:rPr>
        <w:t>3</w:t>
      </w:r>
      <w:r w:rsidRPr="00D51051">
        <w:rPr>
          <w:bCs/>
          <w:i/>
          <w:iCs/>
          <w:sz w:val="20"/>
          <w:szCs w:val="20"/>
        </w:rPr>
        <w:t xml:space="preserve"> </w:t>
      </w:r>
    </w:p>
    <w:p w14:paraId="2572C9E0" w14:textId="77777777" w:rsidR="00BE6ABF" w:rsidRPr="00A73A85" w:rsidRDefault="00BE6ABF" w:rsidP="00BE6ABF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4"/>
          <w:szCs w:val="24"/>
        </w:rPr>
      </w:pPr>
    </w:p>
    <w:p w14:paraId="3FB74D86" w14:textId="77777777" w:rsidR="00BE6ABF" w:rsidRPr="00D51051" w:rsidRDefault="00BE6ABF" w:rsidP="00BE6ABF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1</w:t>
      </w:r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Prenumele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NUMELE, </w:t>
      </w:r>
      <w:proofErr w:type="spellStart"/>
      <w:r w:rsidRPr="00D51051">
        <w:rPr>
          <w:bCs/>
          <w:sz w:val="14"/>
          <w:szCs w:val="14"/>
        </w:rPr>
        <w:t>în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clar</w:t>
      </w:r>
      <w:proofErr w:type="spellEnd"/>
      <w:r w:rsidRPr="00D51051">
        <w:rPr>
          <w:bCs/>
          <w:sz w:val="14"/>
          <w:szCs w:val="14"/>
        </w:rPr>
        <w:t xml:space="preserve">. </w:t>
      </w:r>
      <w:r w:rsidRPr="00D51051">
        <w:rPr>
          <w:bCs/>
          <w:sz w:val="14"/>
          <w:szCs w:val="14"/>
          <w:vertAlign w:val="superscript"/>
        </w:rPr>
        <w:t>2</w:t>
      </w:r>
      <w:r w:rsidRPr="00D51051">
        <w:rPr>
          <w:bCs/>
          <w:sz w:val="14"/>
          <w:szCs w:val="14"/>
        </w:rPr>
        <w:t xml:space="preserve">Potrivit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din </w:t>
      </w:r>
      <w:proofErr w:type="spellStart"/>
      <w:r w:rsidRPr="00D51051">
        <w:rPr>
          <w:bCs/>
          <w:sz w:val="14"/>
          <w:szCs w:val="14"/>
        </w:rPr>
        <w:t>actul</w:t>
      </w:r>
      <w:proofErr w:type="spellEnd"/>
      <w:r w:rsidRPr="00D51051">
        <w:rPr>
          <w:bCs/>
          <w:sz w:val="14"/>
          <w:szCs w:val="14"/>
        </w:rPr>
        <w:t xml:space="preserve"> de </w:t>
      </w:r>
      <w:proofErr w:type="spellStart"/>
      <w:r w:rsidRPr="00D51051">
        <w:rPr>
          <w:bCs/>
          <w:sz w:val="14"/>
          <w:szCs w:val="14"/>
        </w:rPr>
        <w:t>identitate</w:t>
      </w:r>
      <w:proofErr w:type="spellEnd"/>
      <w:r w:rsidRPr="00D51051">
        <w:rPr>
          <w:bCs/>
          <w:sz w:val="14"/>
          <w:szCs w:val="14"/>
        </w:rPr>
        <w:t>;</w:t>
      </w:r>
    </w:p>
    <w:p w14:paraId="7625DB87" w14:textId="77777777" w:rsidR="00BE6ABF" w:rsidRPr="00D51051" w:rsidRDefault="00BE6ABF" w:rsidP="00BE6ABF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3</w:t>
      </w:r>
      <w:r w:rsidRPr="00D51051">
        <w:rPr>
          <w:bCs/>
          <w:sz w:val="14"/>
          <w:szCs w:val="14"/>
        </w:rPr>
        <w:t xml:space="preserve">Prin </w:t>
      </w:r>
      <w:proofErr w:type="spellStart"/>
      <w:r w:rsidRPr="00D51051">
        <w:rPr>
          <w:bCs/>
          <w:sz w:val="14"/>
          <w:szCs w:val="14"/>
        </w:rPr>
        <w:t>semnare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consimt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prelucrarea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cu </w:t>
      </w:r>
      <w:proofErr w:type="spellStart"/>
      <w:r w:rsidRPr="00D51051">
        <w:rPr>
          <w:bCs/>
          <w:sz w:val="14"/>
          <w:szCs w:val="14"/>
        </w:rPr>
        <w:t>caracter</w:t>
      </w:r>
      <w:proofErr w:type="spellEnd"/>
      <w:r w:rsidRPr="00D51051">
        <w:rPr>
          <w:bCs/>
          <w:sz w:val="14"/>
          <w:szCs w:val="14"/>
        </w:rPr>
        <w:t xml:space="preserve"> personal.</w:t>
      </w:r>
    </w:p>
    <w:p w14:paraId="2563BFAF" w14:textId="77777777" w:rsidR="00BE6ABF" w:rsidRPr="00F83523" w:rsidRDefault="00BE6ABF" w:rsidP="00BE6ABF">
      <w:pPr>
        <w:tabs>
          <w:tab w:val="left" w:pos="935"/>
          <w:tab w:val="left" w:pos="1122"/>
          <w:tab w:val="left" w:pos="1309"/>
        </w:tabs>
        <w:jc w:val="both"/>
        <w:rPr>
          <w:bCs/>
          <w:sz w:val="16"/>
          <w:szCs w:val="16"/>
        </w:rPr>
      </w:pPr>
    </w:p>
    <w:p w14:paraId="7EBD56F1" w14:textId="77777777" w:rsidR="00BE6ABF" w:rsidRPr="00F83523" w:rsidRDefault="00BE6ABF" w:rsidP="00BE6ABF">
      <w:pPr>
        <w:jc w:val="both"/>
        <w:rPr>
          <w:sz w:val="16"/>
          <w:szCs w:val="16"/>
        </w:rPr>
      </w:pPr>
      <w:r w:rsidRPr="00F83523">
        <w:rPr>
          <w:b/>
          <w:sz w:val="16"/>
          <w:szCs w:val="16"/>
        </w:rPr>
        <w:t xml:space="preserve">FOARTE IMPORTANT: </w:t>
      </w:r>
      <w:proofErr w:type="spellStart"/>
      <w:r w:rsidRPr="00F83523">
        <w:rPr>
          <w:b/>
          <w:sz w:val="16"/>
          <w:szCs w:val="16"/>
        </w:rPr>
        <w:t>Potrivit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prevederilor</w:t>
      </w:r>
      <w:proofErr w:type="spellEnd"/>
      <w:r w:rsidRPr="00F83523">
        <w:rPr>
          <w:b/>
          <w:sz w:val="16"/>
          <w:szCs w:val="16"/>
        </w:rPr>
        <w:t xml:space="preserve"> art. 1 </w:t>
      </w:r>
      <w:proofErr w:type="spellStart"/>
      <w:r w:rsidRPr="00F83523">
        <w:rPr>
          <w:b/>
          <w:sz w:val="16"/>
          <w:szCs w:val="16"/>
        </w:rPr>
        <w:t>alin</w:t>
      </w:r>
      <w:proofErr w:type="spellEnd"/>
      <w:r w:rsidRPr="00F83523">
        <w:rPr>
          <w:b/>
          <w:sz w:val="16"/>
          <w:szCs w:val="16"/>
        </w:rPr>
        <w:t xml:space="preserve">. (1) din </w:t>
      </w:r>
      <w:proofErr w:type="spellStart"/>
      <w:r w:rsidRPr="00F83523">
        <w:rPr>
          <w:b/>
          <w:sz w:val="16"/>
          <w:szCs w:val="16"/>
        </w:rPr>
        <w:t>Legea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contenciosului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nr. 554/2004, cu </w:t>
      </w:r>
      <w:proofErr w:type="spellStart"/>
      <w:r w:rsidRPr="00F83523">
        <w:rPr>
          <w:b/>
          <w:sz w:val="16"/>
          <w:szCs w:val="16"/>
        </w:rPr>
        <w:t>modificările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și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completările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ulterioare</w:t>
      </w:r>
      <w:proofErr w:type="spellEnd"/>
      <w:r w:rsidRPr="00F83523">
        <w:rPr>
          <w:b/>
          <w:sz w:val="16"/>
          <w:szCs w:val="16"/>
        </w:rPr>
        <w:t xml:space="preserve">: </w:t>
      </w:r>
      <w:proofErr w:type="spellStart"/>
      <w:r w:rsidRPr="00F83523">
        <w:rPr>
          <w:b/>
          <w:sz w:val="16"/>
          <w:szCs w:val="16"/>
        </w:rPr>
        <w:t>Petentul</w:t>
      </w:r>
      <w:proofErr w:type="spellEnd"/>
      <w:r w:rsidRPr="00F83523">
        <w:rPr>
          <w:b/>
          <w:sz w:val="16"/>
          <w:szCs w:val="16"/>
        </w:rPr>
        <w:t xml:space="preserve"> care se </w:t>
      </w:r>
      <w:proofErr w:type="spellStart"/>
      <w:r w:rsidRPr="00F83523">
        <w:rPr>
          <w:b/>
          <w:sz w:val="16"/>
          <w:szCs w:val="16"/>
        </w:rPr>
        <w:t>consideră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vătămat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drept</w:t>
      </w:r>
      <w:proofErr w:type="spellEnd"/>
      <w:r w:rsidRPr="00F83523">
        <w:rPr>
          <w:b/>
          <w:sz w:val="16"/>
          <w:szCs w:val="16"/>
        </w:rPr>
        <w:t xml:space="preserve"> al </w:t>
      </w:r>
      <w:proofErr w:type="spellStart"/>
      <w:r w:rsidRPr="00F83523">
        <w:rPr>
          <w:b/>
          <w:sz w:val="16"/>
          <w:szCs w:val="16"/>
        </w:rPr>
        <w:t>său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ori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interes</w:t>
      </w:r>
      <w:proofErr w:type="spellEnd"/>
      <w:r w:rsidRPr="00F83523">
        <w:rPr>
          <w:b/>
          <w:sz w:val="16"/>
          <w:szCs w:val="16"/>
        </w:rPr>
        <w:t xml:space="preserve"> legitim </w:t>
      </w:r>
      <w:proofErr w:type="spellStart"/>
      <w:r w:rsidRPr="00F83523">
        <w:rPr>
          <w:b/>
          <w:sz w:val="16"/>
          <w:szCs w:val="16"/>
        </w:rPr>
        <w:t>prin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solicitarea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acestei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declarații</w:t>
      </w:r>
      <w:proofErr w:type="spellEnd"/>
      <w:r w:rsidRPr="00F83523">
        <w:rPr>
          <w:b/>
          <w:sz w:val="16"/>
          <w:szCs w:val="16"/>
        </w:rPr>
        <w:t xml:space="preserve">, se </w:t>
      </w:r>
      <w:proofErr w:type="spellStart"/>
      <w:r w:rsidRPr="00F83523">
        <w:rPr>
          <w:b/>
          <w:sz w:val="16"/>
          <w:szCs w:val="16"/>
        </w:rPr>
        <w:t>poate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adresa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instanței</w:t>
      </w:r>
      <w:proofErr w:type="spellEnd"/>
      <w:r w:rsidRPr="00F83523">
        <w:rPr>
          <w:b/>
          <w:sz w:val="16"/>
          <w:szCs w:val="16"/>
        </w:rPr>
        <w:t xml:space="preserve"> de </w:t>
      </w:r>
      <w:proofErr w:type="spellStart"/>
      <w:r w:rsidRPr="00F83523">
        <w:rPr>
          <w:b/>
          <w:sz w:val="16"/>
          <w:szCs w:val="16"/>
        </w:rPr>
        <w:t>contencios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competente</w:t>
      </w:r>
      <w:proofErr w:type="spellEnd"/>
      <w:r w:rsidRPr="00F83523">
        <w:rPr>
          <w:b/>
          <w:sz w:val="16"/>
          <w:szCs w:val="16"/>
        </w:rPr>
        <w:t>.</w:t>
      </w:r>
    </w:p>
    <w:p w14:paraId="3B86B4A6" w14:textId="0934CED7" w:rsidR="00A73A85" w:rsidRPr="00A73A85" w:rsidRDefault="00A73A85" w:rsidP="00BE6ABF">
      <w:pPr>
        <w:spacing w:after="60"/>
        <w:jc w:val="center"/>
        <w:rPr>
          <w:sz w:val="20"/>
          <w:szCs w:val="20"/>
        </w:rPr>
      </w:pPr>
    </w:p>
    <w:sectPr w:rsidR="00A73A85" w:rsidRPr="00A73A85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960E5" w14:textId="77777777" w:rsidR="00365717" w:rsidRDefault="00365717">
      <w:r>
        <w:separator/>
      </w:r>
    </w:p>
  </w:endnote>
  <w:endnote w:type="continuationSeparator" w:id="0">
    <w:p w14:paraId="1CAFBC06" w14:textId="77777777" w:rsidR="00365717" w:rsidRDefault="00365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oudyOlSt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Default="00000000">
    <w:pPr>
      <w:pStyle w:val="Footer"/>
      <w:tabs>
        <w:tab w:val="right" w:pos="9639"/>
      </w:tabs>
    </w:pPr>
    <w:r>
      <w:rPr>
        <w:color w:val="595959"/>
      </w:rPr>
      <w:t xml:space="preserve">F_CU_02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E46EF" w14:textId="77777777" w:rsidR="00365717" w:rsidRDefault="00365717">
      <w:r>
        <w:separator/>
      </w:r>
    </w:p>
  </w:footnote>
  <w:footnote w:type="continuationSeparator" w:id="0">
    <w:p w14:paraId="64B608A8" w14:textId="77777777" w:rsidR="00365717" w:rsidRDefault="00365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1635"/>
    <w:rsid w:val="0029639D"/>
    <w:rsid w:val="00326F90"/>
    <w:rsid w:val="00365717"/>
    <w:rsid w:val="006257CA"/>
    <w:rsid w:val="006262DA"/>
    <w:rsid w:val="006C103E"/>
    <w:rsid w:val="00730580"/>
    <w:rsid w:val="0082718A"/>
    <w:rsid w:val="009D782F"/>
    <w:rsid w:val="00A2412C"/>
    <w:rsid w:val="00A37FAC"/>
    <w:rsid w:val="00A73A85"/>
    <w:rsid w:val="00AA1D8D"/>
    <w:rsid w:val="00AC5F99"/>
    <w:rsid w:val="00B47730"/>
    <w:rsid w:val="00BE6ABF"/>
    <w:rsid w:val="00C51A51"/>
    <w:rsid w:val="00CB0664"/>
    <w:rsid w:val="00EC75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C51A51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1A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egistratura@primariacristian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gistratura@primariacristia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Atanasoaie Maria</dc:creator>
  <cp:keywords/>
  <cp:lastModifiedBy>mihaela arhitect</cp:lastModifiedBy>
  <cp:revision>6</cp:revision>
  <cp:lastPrinted>2026-08-31T07:55:00Z</cp:lastPrinted>
  <dcterms:created xsi:type="dcterms:W3CDTF">2026-08-31T07:27:00Z</dcterms:created>
  <dcterms:modified xsi:type="dcterms:W3CDTF">2026-08-31T07:55:00Z</dcterms:modified>
  <cp:category/>
</cp:coreProperties>
</file>