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377113" w14:paraId="4AB1771D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4FC198B8" w14:textId="13F63651" w:rsidR="00377113" w:rsidRDefault="00671DDD">
            <w:pPr>
              <w:keepNext/>
              <w:jc w:val="center"/>
            </w:pPr>
            <w:r>
              <w:rPr>
                <w:i/>
                <w:noProof/>
                <w:color w:val="595959"/>
              </w:rPr>
              <w:drawing>
                <wp:anchor distT="0" distB="0" distL="1033145" distR="1033145" simplePos="0" relativeHeight="251659264" behindDoc="1" locked="0" layoutInCell="1" allowOverlap="1" wp14:anchorId="678E6AC9" wp14:editId="0C5F4A69">
                  <wp:simplePos x="0" y="0"/>
                  <wp:positionH relativeFrom="margin">
                    <wp:posOffset>177165</wp:posOffset>
                  </wp:positionH>
                  <wp:positionV relativeFrom="paragraph">
                    <wp:posOffset>-666750</wp:posOffset>
                  </wp:positionV>
                  <wp:extent cx="597535" cy="800100"/>
                  <wp:effectExtent l="0" t="0" r="0" b="0"/>
                  <wp:wrapTight wrapText="bothSides">
                    <wp:wrapPolygon edited="0">
                      <wp:start x="0" y="0"/>
                      <wp:lineTo x="0" y="21086"/>
                      <wp:lineTo x="20659" y="21086"/>
                      <wp:lineTo x="20659" y="0"/>
                      <wp:lineTo x="0" y="0"/>
                    </wp:wrapPolygon>
                  </wp:wrapTight>
                  <wp:docPr id="1509950198" name="Picture 2" descr="stema 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tema o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510CB53E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6F91E2AA" w14:textId="37415CED" w:rsidR="00377113" w:rsidRDefault="00671DDD">
            <w:pPr>
              <w:keepNext/>
            </w:pPr>
            <w:r w:rsidRPr="00C16509">
              <w:rPr>
                <w:b/>
                <w:sz w:val="22"/>
              </w:rPr>
              <w:t>BRAŞOV</w:t>
            </w:r>
          </w:p>
        </w:tc>
      </w:tr>
      <w:tr w:rsidR="00377113" w14:paraId="264ACFF4" w14:textId="77777777">
        <w:trPr>
          <w:cantSplit/>
          <w:trHeight w:val="510"/>
        </w:trPr>
        <w:tc>
          <w:tcPr>
            <w:tcW w:w="1606" w:type="dxa"/>
            <w:vMerge/>
          </w:tcPr>
          <w:p w14:paraId="153367FB" w14:textId="77777777" w:rsidR="00377113" w:rsidRDefault="00377113"/>
        </w:tc>
        <w:tc>
          <w:tcPr>
            <w:tcW w:w="8030" w:type="dxa"/>
            <w:gridSpan w:val="3"/>
            <w:shd w:val="clear" w:color="auto" w:fill="F0F0F0"/>
          </w:tcPr>
          <w:p w14:paraId="7028D6DB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69C7851E" w14:textId="6CD1E681" w:rsidR="00377113" w:rsidRPr="00671DDD" w:rsidRDefault="00671DDD" w:rsidP="00671DDD">
            <w:pPr>
              <w:tabs>
                <w:tab w:val="center" w:pos="4513"/>
                <w:tab w:val="right" w:pos="9026"/>
              </w:tabs>
              <w:jc w:val="center"/>
              <w:rPr>
                <w:b/>
                <w:sz w:val="24"/>
                <w:szCs w:val="24"/>
              </w:rPr>
            </w:pPr>
            <w:r w:rsidRPr="00C16509">
              <w:rPr>
                <w:b/>
                <w:sz w:val="24"/>
                <w:szCs w:val="24"/>
              </w:rPr>
              <w:t>COMUNA CRISTIAN</w:t>
            </w:r>
          </w:p>
        </w:tc>
      </w:tr>
      <w:tr w:rsidR="00377113" w14:paraId="352BEBB2" w14:textId="77777777">
        <w:trPr>
          <w:cantSplit/>
          <w:trHeight w:val="510"/>
        </w:trPr>
        <w:tc>
          <w:tcPr>
            <w:tcW w:w="1606" w:type="dxa"/>
            <w:vMerge/>
          </w:tcPr>
          <w:p w14:paraId="1F188761" w14:textId="77777777" w:rsidR="00377113" w:rsidRDefault="00377113"/>
        </w:tc>
        <w:tc>
          <w:tcPr>
            <w:tcW w:w="2409" w:type="dxa"/>
            <w:shd w:val="clear" w:color="auto" w:fill="F0F0F0"/>
          </w:tcPr>
          <w:p w14:paraId="0B0E4F83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343BB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43BB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(CIF)</w:t>
            </w:r>
          </w:p>
          <w:p w14:paraId="3F0CFBB4" w14:textId="3F78C96E" w:rsidR="00377113" w:rsidRPr="00343BBA" w:rsidRDefault="00671DDD">
            <w:pPr>
              <w:keepNext/>
              <w:rPr>
                <w:lang w:val="fr-FR"/>
              </w:rPr>
            </w:pPr>
            <w:r w:rsidRPr="00C51A51">
              <w:rPr>
                <w:b/>
                <w:bCs/>
                <w:sz w:val="20"/>
                <w:szCs w:val="20"/>
                <w:lang w:val="fr-FR"/>
              </w:rPr>
              <w:t>4728369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7020FB2F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31C732F6" w14:textId="77777777" w:rsidR="00671DDD" w:rsidRPr="00671DDD" w:rsidRDefault="00671DDD" w:rsidP="00671DDD">
            <w:pPr>
              <w:tabs>
                <w:tab w:val="center" w:pos="4513"/>
                <w:tab w:val="right" w:pos="9026"/>
              </w:tabs>
              <w:rPr>
                <w:sz w:val="16"/>
                <w:szCs w:val="16"/>
              </w:rPr>
            </w:pPr>
            <w:r w:rsidRPr="00671DDD">
              <w:rPr>
                <w:sz w:val="16"/>
                <w:szCs w:val="16"/>
              </w:rPr>
              <w:t xml:space="preserve">Strada </w:t>
            </w:r>
            <w:proofErr w:type="spellStart"/>
            <w:r w:rsidRPr="00671DDD">
              <w:rPr>
                <w:sz w:val="16"/>
                <w:szCs w:val="16"/>
              </w:rPr>
              <w:t>Piața</w:t>
            </w:r>
            <w:proofErr w:type="spellEnd"/>
            <w:r w:rsidRPr="00671DDD">
              <w:rPr>
                <w:sz w:val="16"/>
                <w:szCs w:val="16"/>
              </w:rPr>
              <w:t xml:space="preserve"> </w:t>
            </w:r>
            <w:proofErr w:type="spellStart"/>
            <w:r w:rsidRPr="00671DDD">
              <w:rPr>
                <w:sz w:val="16"/>
                <w:szCs w:val="16"/>
              </w:rPr>
              <w:t>Libertății</w:t>
            </w:r>
            <w:proofErr w:type="spellEnd"/>
            <w:r w:rsidRPr="00671DDD">
              <w:rPr>
                <w:sz w:val="16"/>
                <w:szCs w:val="16"/>
              </w:rPr>
              <w:t xml:space="preserve"> nr. 1, tel.: 0268/257376, </w:t>
            </w:r>
          </w:p>
          <w:p w14:paraId="118EFA7B" w14:textId="2A44A486" w:rsidR="00377113" w:rsidRDefault="00671DDD" w:rsidP="00671DDD">
            <w:pPr>
              <w:keepNext/>
            </w:pPr>
            <w:r w:rsidRPr="00671DDD">
              <w:rPr>
                <w:rFonts w:ascii="GoudyOlSt BT" w:hAnsi="GoudyOlSt BT"/>
                <w:sz w:val="16"/>
                <w:szCs w:val="16"/>
              </w:rPr>
              <w:t xml:space="preserve">e-mail: </w:t>
            </w:r>
            <w:hyperlink r:id="rId9" w:history="1">
              <w:r w:rsidRPr="00671DDD">
                <w:rPr>
                  <w:rStyle w:val="Hyperlink"/>
                  <w:rFonts w:ascii="GoudyOlSt BT" w:hAnsi="GoudyOlSt BT"/>
                  <w:color w:val="auto"/>
                  <w:sz w:val="16"/>
                  <w:szCs w:val="16"/>
                  <w:u w:val="none"/>
                </w:rPr>
                <w:t>registratura@primariacristian.ro</w:t>
              </w:r>
            </w:hyperlink>
            <w:r w:rsidRPr="00671DDD">
              <w:rPr>
                <w:rFonts w:ascii="GoudyOlSt BT" w:hAnsi="GoudyOlSt BT"/>
                <w:color w:val="4472C4"/>
                <w:sz w:val="16"/>
                <w:szCs w:val="16"/>
              </w:rPr>
              <w:t xml:space="preserve">, </w:t>
            </w:r>
            <w:r w:rsidRPr="00671DDD">
              <w:rPr>
                <w:rFonts w:ascii="GoudyOlSt BT" w:hAnsi="GoudyOlSt BT"/>
                <w:sz w:val="16"/>
                <w:szCs w:val="16"/>
              </w:rPr>
              <w:t>www.primariacristian.ro</w:t>
            </w:r>
            <w:r>
              <w:t xml:space="preserve"> </w:t>
            </w:r>
          </w:p>
        </w:tc>
      </w:tr>
      <w:tr w:rsidR="00377113" w14:paraId="44A91E8A" w14:textId="77777777">
        <w:trPr>
          <w:cantSplit/>
          <w:trHeight w:val="510"/>
        </w:trPr>
        <w:tc>
          <w:tcPr>
            <w:tcW w:w="1606" w:type="dxa"/>
            <w:vMerge/>
          </w:tcPr>
          <w:p w14:paraId="70FDC92D" w14:textId="77777777" w:rsidR="00377113" w:rsidRDefault="00377113"/>
        </w:tc>
        <w:tc>
          <w:tcPr>
            <w:tcW w:w="4818" w:type="dxa"/>
            <w:gridSpan w:val="2"/>
            <w:shd w:val="clear" w:color="auto" w:fill="F0F0F0"/>
          </w:tcPr>
          <w:p w14:paraId="531BC86B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6BE4A17C" w14:textId="77777777" w:rsidR="00377113" w:rsidRDefault="00377113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3D141279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61592AF" w14:textId="77777777" w:rsidR="00377113" w:rsidRDefault="00377113">
            <w:pPr>
              <w:keepNext/>
            </w:pPr>
          </w:p>
        </w:tc>
      </w:tr>
      <w:tr w:rsidR="00377113" w:rsidRPr="00004412" w14:paraId="138A1B77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27055B3E" w14:textId="77777777" w:rsidR="00377113" w:rsidRPr="00343BBA" w:rsidRDefault="00000000">
            <w:pPr>
              <w:rPr>
                <w:lang w:val="fr-FR"/>
              </w:rPr>
            </w:pPr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343BBA">
              <w:rPr>
                <w:i/>
                <w:color w:val="595959"/>
                <w:lang w:val="fr-FR"/>
              </w:rPr>
              <w:t>se</w:t>
            </w:r>
            <w:proofErr w:type="gram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scrie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în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344C51B7" w14:textId="77777777" w:rsidR="00377113" w:rsidRPr="00343BBA" w:rsidRDefault="00377113">
      <w:pPr>
        <w:spacing w:line="168" w:lineRule="auto"/>
        <w:rPr>
          <w:lang w:val="fr-FR"/>
        </w:rPr>
      </w:pPr>
    </w:p>
    <w:p w14:paraId="6EE796C5" w14:textId="77777777" w:rsidR="00377113" w:rsidRPr="00004412" w:rsidRDefault="00000000">
      <w:pPr>
        <w:spacing w:before="140" w:after="40"/>
        <w:jc w:val="center"/>
        <w:rPr>
          <w:sz w:val="28"/>
          <w:szCs w:val="28"/>
        </w:rPr>
      </w:pPr>
      <w:r w:rsidRPr="00004412">
        <w:rPr>
          <w:b/>
          <w:sz w:val="28"/>
          <w:szCs w:val="28"/>
        </w:rPr>
        <w:t>CERERE</w:t>
      </w:r>
    </w:p>
    <w:p w14:paraId="458FF3BC" w14:textId="77777777" w:rsidR="00377113" w:rsidRDefault="00377113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0D14ED2" w14:textId="77777777">
        <w:trPr>
          <w:cantSplit/>
        </w:trPr>
        <w:tc>
          <w:tcPr>
            <w:tcW w:w="9636" w:type="dxa"/>
            <w:shd w:val="clear" w:color="auto" w:fill="F4F4F4"/>
          </w:tcPr>
          <w:p w14:paraId="3E8649FD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377113" w:rsidRPr="00004412" w14:paraId="505A1856" w14:textId="77777777">
        <w:trPr>
          <w:cantSplit/>
          <w:trHeight w:val="510"/>
        </w:trPr>
        <w:tc>
          <w:tcPr>
            <w:tcW w:w="9636" w:type="dxa"/>
          </w:tcPr>
          <w:p w14:paraId="2863ECC5" w14:textId="3CB28494" w:rsidR="00377113" w:rsidRPr="00343BBA" w:rsidRDefault="00000000">
            <w:pPr>
              <w:keepNext/>
              <w:rPr>
                <w:lang w:val="fr-FR"/>
              </w:rPr>
            </w:pPr>
            <w:proofErr w:type="spellStart"/>
            <w:r w:rsidRPr="00343BBA">
              <w:rPr>
                <w:b/>
                <w:color w:val="0D5F78"/>
                <w:lang w:val="fr-FR"/>
              </w:rPr>
              <w:t>Instituția</w:t>
            </w:r>
            <w:proofErr w:type="spellEnd"/>
            <w:r w:rsidR="00671DD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sector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1C7F07C7" w14:textId="2794FC95" w:rsidR="00377113" w:rsidRPr="00343BBA" w:rsidRDefault="00671DDD">
            <w:pPr>
              <w:keepNext/>
              <w:rPr>
                <w:lang w:val="fr-FR"/>
              </w:rPr>
            </w:pPr>
            <w:proofErr w:type="spellStart"/>
            <w:r w:rsidRPr="00B044FB">
              <w:rPr>
                <w:b/>
                <w:bCs/>
                <w:sz w:val="20"/>
                <w:szCs w:val="20"/>
                <w:lang w:val="fr-FR"/>
              </w:rPr>
              <w:t>Prim</w:t>
            </w:r>
            <w:r>
              <w:rPr>
                <w:b/>
                <w:bCs/>
                <w:sz w:val="20"/>
                <w:szCs w:val="20"/>
                <w:lang w:val="fr-FR"/>
              </w:rPr>
              <w:t>ăria</w:t>
            </w:r>
            <w:proofErr w:type="spellEnd"/>
            <w:r w:rsidRPr="00B044FB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044FB">
              <w:rPr>
                <w:b/>
                <w:bCs/>
                <w:sz w:val="20"/>
                <w:szCs w:val="20"/>
                <w:lang w:val="fr-FR"/>
              </w:rPr>
              <w:t>Comunei</w:t>
            </w:r>
            <w:proofErr w:type="spellEnd"/>
            <w:r w:rsidRPr="00B044FB">
              <w:rPr>
                <w:b/>
                <w:bCs/>
                <w:sz w:val="20"/>
                <w:szCs w:val="20"/>
                <w:lang w:val="fr-FR"/>
              </w:rPr>
              <w:t xml:space="preserve"> Cris</w:t>
            </w:r>
            <w:r>
              <w:rPr>
                <w:b/>
                <w:bCs/>
                <w:sz w:val="20"/>
                <w:szCs w:val="20"/>
                <w:lang w:val="fr-FR"/>
              </w:rPr>
              <w:t>t</w:t>
            </w:r>
            <w:r w:rsidRPr="00B044FB">
              <w:rPr>
                <w:b/>
                <w:bCs/>
                <w:sz w:val="20"/>
                <w:szCs w:val="20"/>
                <w:lang w:val="fr-FR"/>
              </w:rPr>
              <w:t>ian</w:t>
            </w:r>
          </w:p>
        </w:tc>
      </w:tr>
      <w:tr w:rsidR="00377113" w:rsidRPr="00004412" w14:paraId="48AFEF82" w14:textId="77777777">
        <w:trPr>
          <w:cantSplit/>
        </w:trPr>
        <w:tc>
          <w:tcPr>
            <w:tcW w:w="9636" w:type="dxa"/>
            <w:shd w:val="clear" w:color="auto" w:fill="F4F4F4"/>
          </w:tcPr>
          <w:p w14:paraId="2B647A2E" w14:textId="77777777" w:rsidR="00377113" w:rsidRPr="00343BB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343BBA">
              <w:rPr>
                <w:lang w:val="fr-FR"/>
              </w:rPr>
              <w:t>Cererea</w:t>
            </w:r>
            <w:proofErr w:type="spellEnd"/>
            <w:r w:rsidRPr="00343BBA">
              <w:rPr>
                <w:lang w:val="fr-FR"/>
              </w:rPr>
              <w:t xml:space="preserve"> va fi </w:t>
            </w:r>
            <w:proofErr w:type="spellStart"/>
            <w:r w:rsidRPr="00343BBA">
              <w:rPr>
                <w:lang w:val="fr-FR"/>
              </w:rPr>
              <w:t>transmisă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către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președintele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consiliului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județean</w:t>
            </w:r>
            <w:proofErr w:type="spellEnd"/>
            <w:r w:rsidRPr="00343BBA">
              <w:rPr>
                <w:lang w:val="fr-FR"/>
              </w:rPr>
              <w:t xml:space="preserve">, </w:t>
            </w:r>
            <w:proofErr w:type="spellStart"/>
            <w:r w:rsidRPr="00343BBA">
              <w:rPr>
                <w:lang w:val="fr-FR"/>
              </w:rPr>
              <w:t>primarul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general</w:t>
            </w:r>
            <w:proofErr w:type="spellEnd"/>
            <w:r w:rsidRPr="00343BBA">
              <w:rPr>
                <w:lang w:val="fr-FR"/>
              </w:rPr>
              <w:t xml:space="preserve">, </w:t>
            </w:r>
            <w:proofErr w:type="spellStart"/>
            <w:r w:rsidRPr="00343BBA">
              <w:rPr>
                <w:lang w:val="fr-FR"/>
              </w:rPr>
              <w:t>primarul</w:t>
            </w:r>
            <w:proofErr w:type="spellEnd"/>
            <w:r w:rsidRPr="00343BBA">
              <w:rPr>
                <w:lang w:val="fr-FR"/>
              </w:rPr>
              <w:t xml:space="preserve"> de </w:t>
            </w:r>
            <w:proofErr w:type="spellStart"/>
            <w:r w:rsidRPr="00343BBA">
              <w:rPr>
                <w:lang w:val="fr-FR"/>
              </w:rPr>
              <w:t>sector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sau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primarul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municipiului</w:t>
            </w:r>
            <w:proofErr w:type="spellEnd"/>
            <w:r w:rsidRPr="00343BBA">
              <w:rPr>
                <w:lang w:val="fr-FR"/>
              </w:rPr>
              <w:t xml:space="preserve"> / </w:t>
            </w:r>
            <w:proofErr w:type="spellStart"/>
            <w:r w:rsidRPr="00343BBA">
              <w:rPr>
                <w:lang w:val="fr-FR"/>
              </w:rPr>
              <w:t>orașului</w:t>
            </w:r>
            <w:proofErr w:type="spellEnd"/>
            <w:r w:rsidRPr="00343BBA">
              <w:rPr>
                <w:lang w:val="fr-FR"/>
              </w:rPr>
              <w:t xml:space="preserve"> / </w:t>
            </w:r>
            <w:proofErr w:type="spellStart"/>
            <w:r w:rsidRPr="00343BBA">
              <w:rPr>
                <w:lang w:val="fr-FR"/>
              </w:rPr>
              <w:t>comunei</w:t>
            </w:r>
            <w:proofErr w:type="spellEnd"/>
            <w:r w:rsidRPr="00343BBA">
              <w:rPr>
                <w:lang w:val="fr-FR"/>
              </w:rPr>
              <w:t xml:space="preserve">, </w:t>
            </w:r>
            <w:proofErr w:type="spellStart"/>
            <w:r w:rsidRPr="00343BBA">
              <w:rPr>
                <w:lang w:val="fr-FR"/>
              </w:rPr>
              <w:t>după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caz</w:t>
            </w:r>
            <w:proofErr w:type="spellEnd"/>
            <w:r w:rsidRPr="00343BBA">
              <w:rPr>
                <w:lang w:val="fr-FR"/>
              </w:rPr>
              <w:t>.</w:t>
            </w:r>
          </w:p>
        </w:tc>
      </w:tr>
    </w:tbl>
    <w:p w14:paraId="20841BEE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77113" w14:paraId="604C8CE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7303ACD" w14:textId="77777777" w:rsidR="00377113" w:rsidRDefault="00000000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377113" w14:paraId="7CFFB225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3C78B15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492F91CD" w14:textId="77777777" w:rsidR="00377113" w:rsidRDefault="00377113">
            <w:pPr>
              <w:keepNext/>
            </w:pPr>
          </w:p>
        </w:tc>
        <w:tc>
          <w:tcPr>
            <w:tcW w:w="4015" w:type="dxa"/>
            <w:gridSpan w:val="3"/>
          </w:tcPr>
          <w:p w14:paraId="40F931FA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32FF08C1" w14:textId="77777777" w:rsidR="00377113" w:rsidRDefault="00377113">
            <w:pPr>
              <w:keepNext/>
            </w:pPr>
          </w:p>
        </w:tc>
      </w:tr>
      <w:tr w:rsidR="00377113" w14:paraId="6A746F7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8623411" w14:textId="77777777" w:rsidR="00377113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377113" w14:paraId="34135F0A" w14:textId="77777777">
        <w:trPr>
          <w:cantSplit/>
          <w:trHeight w:val="510"/>
        </w:trPr>
        <w:tc>
          <w:tcPr>
            <w:tcW w:w="1606" w:type="dxa"/>
          </w:tcPr>
          <w:p w14:paraId="0FE58C8A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744D4F3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4E4DCF4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6AFD4CBD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5"/>
          </w:tcPr>
          <w:p w14:paraId="1275CF2C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4C997CA9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375049A5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1E260826" w14:textId="77777777" w:rsidR="00377113" w:rsidRDefault="00377113">
            <w:pPr>
              <w:keepNext/>
            </w:pPr>
          </w:p>
        </w:tc>
      </w:tr>
      <w:tr w:rsidR="00377113" w14:paraId="20F26A7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631D62D" w14:textId="77777777" w:rsidR="00377113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377113" w14:paraId="14021D8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EC3E11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1815C0EF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4"/>
          </w:tcPr>
          <w:p w14:paraId="1597517E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691DF8E2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3DE1D317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1B6BDCCB" w14:textId="77777777" w:rsidR="00377113" w:rsidRDefault="00377113">
            <w:pPr>
              <w:keepNext/>
            </w:pPr>
          </w:p>
        </w:tc>
      </w:tr>
      <w:tr w:rsidR="00377113" w14:paraId="35FE036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032BBD3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55C5EF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B36D30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570AD4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7EB3F9F1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98896A6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8084122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FB7A599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5895CD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877D4A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0825FC30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34487808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B31A664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1AC94237" w14:textId="77777777" w:rsidR="00377113" w:rsidRDefault="00377113">
            <w:pPr>
              <w:keepNext/>
            </w:pPr>
          </w:p>
        </w:tc>
      </w:tr>
      <w:tr w:rsidR="00377113" w14:paraId="7E5729B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CD68FCA" w14:textId="77777777" w:rsidR="00377113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377113" w14:paraId="66B951DB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E97DD8" w14:textId="77777777" w:rsidR="00377113" w:rsidRDefault="00000000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488DB23E" w14:textId="77777777" w:rsidR="00377113" w:rsidRDefault="00377113"/>
        </w:tc>
        <w:tc>
          <w:tcPr>
            <w:tcW w:w="5621" w:type="dxa"/>
            <w:gridSpan w:val="5"/>
          </w:tcPr>
          <w:p w14:paraId="7EFBC837" w14:textId="77777777" w:rsidR="00377113" w:rsidRDefault="00000000">
            <w:r>
              <w:rPr>
                <w:b/>
                <w:color w:val="0D5F78"/>
              </w:rPr>
              <w:t>E-mail</w:t>
            </w:r>
          </w:p>
          <w:p w14:paraId="1C3CE210" w14:textId="77777777" w:rsidR="00377113" w:rsidRDefault="00377113"/>
        </w:tc>
      </w:tr>
    </w:tbl>
    <w:p w14:paraId="6E863ACA" w14:textId="77777777" w:rsidR="00377113" w:rsidRDefault="00377113">
      <w:pPr>
        <w:spacing w:line="168" w:lineRule="auto"/>
      </w:pPr>
    </w:p>
    <w:p w14:paraId="2E8A375E" w14:textId="77777777" w:rsidR="00377113" w:rsidRDefault="00000000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temeiul</w:t>
      </w:r>
      <w:proofErr w:type="spellEnd"/>
      <w:r>
        <w:rPr>
          <w:sz w:val="18"/>
        </w:rPr>
        <w:t xml:space="preserve"> art. 257 </w:t>
      </w:r>
      <w:proofErr w:type="spellStart"/>
      <w:r>
        <w:rPr>
          <w:sz w:val="18"/>
        </w:rPr>
        <w:t>alin</w:t>
      </w:r>
      <w:proofErr w:type="spellEnd"/>
      <w:r>
        <w:rPr>
          <w:sz w:val="18"/>
        </w:rPr>
        <w:t xml:space="preserve">. (17) din </w:t>
      </w:r>
      <w:proofErr w:type="spellStart"/>
      <w:r>
        <w:rPr>
          <w:sz w:val="18"/>
        </w:rPr>
        <w:t>Legea</w:t>
      </w:r>
      <w:proofErr w:type="spellEnd"/>
      <w:r>
        <w:rPr>
          <w:sz w:val="18"/>
        </w:rPr>
        <w:t xml:space="preserve">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>,</w:t>
      </w:r>
    </w:p>
    <w:p w14:paraId="21143514" w14:textId="77777777" w:rsidR="00004412" w:rsidRDefault="00000000">
      <w:pPr>
        <w:spacing w:before="80" w:after="60"/>
        <w:jc w:val="center"/>
        <w:rPr>
          <w:b/>
          <w:color w:val="000000"/>
          <w:sz w:val="18"/>
          <w:lang w:val="fr-FR"/>
        </w:rPr>
      </w:pPr>
      <w:proofErr w:type="spellStart"/>
      <w:proofErr w:type="gramStart"/>
      <w:r w:rsidRPr="00004412">
        <w:rPr>
          <w:sz w:val="18"/>
          <w:lang w:val="fr-FR"/>
        </w:rPr>
        <w:t>solicit</w:t>
      </w:r>
      <w:proofErr w:type="spellEnd"/>
      <w:proofErr w:type="gramEnd"/>
      <w:r w:rsidRPr="00004412">
        <w:rPr>
          <w:sz w:val="18"/>
          <w:lang w:val="fr-FR"/>
        </w:rPr>
        <w:t xml:space="preserve"> </w:t>
      </w:r>
      <w:proofErr w:type="spellStart"/>
      <w:r w:rsidRPr="00004412">
        <w:rPr>
          <w:sz w:val="18"/>
          <w:lang w:val="fr-FR"/>
        </w:rPr>
        <w:t>prelungirea</w:t>
      </w:r>
      <w:proofErr w:type="spellEnd"/>
      <w:r w:rsidRPr="00004412">
        <w:rPr>
          <w:sz w:val="18"/>
          <w:lang w:val="fr-FR"/>
        </w:rPr>
        <w:t xml:space="preserve"> </w:t>
      </w:r>
      <w:proofErr w:type="spellStart"/>
      <w:r w:rsidRPr="00004412">
        <w:rPr>
          <w:sz w:val="18"/>
          <w:lang w:val="fr-FR"/>
        </w:rPr>
        <w:t>valabilității</w:t>
      </w:r>
      <w:proofErr w:type="spellEnd"/>
      <w:r w:rsidR="00004412" w:rsidRPr="00004412">
        <w:rPr>
          <w:b/>
          <w:color w:val="000000"/>
          <w:sz w:val="18"/>
          <w:lang w:val="fr-FR"/>
        </w:rPr>
        <w:t xml:space="preserve"> </w:t>
      </w:r>
    </w:p>
    <w:p w14:paraId="077ADEDA" w14:textId="5045CE9D" w:rsidR="00377113" w:rsidRPr="00004412" w:rsidRDefault="00004412">
      <w:pPr>
        <w:spacing w:before="80" w:after="60"/>
        <w:jc w:val="center"/>
        <w:rPr>
          <w:sz w:val="20"/>
          <w:szCs w:val="20"/>
          <w:lang w:val="fr-FR"/>
        </w:rPr>
      </w:pPr>
      <w:r w:rsidRPr="00004412">
        <w:rPr>
          <w:b/>
          <w:color w:val="000000"/>
          <w:sz w:val="20"/>
          <w:szCs w:val="20"/>
          <w:lang w:val="fr-FR"/>
        </w:rPr>
        <w:t>CERTIFICATULUI DE URBANISM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803"/>
        <w:gridCol w:w="4818"/>
      </w:tblGrid>
      <w:tr w:rsidR="00377113" w14:paraId="62A1223F" w14:textId="77777777">
        <w:trPr>
          <w:cantSplit/>
          <w:trHeight w:val="510"/>
        </w:trPr>
        <w:tc>
          <w:tcPr>
            <w:tcW w:w="1606" w:type="dxa"/>
          </w:tcPr>
          <w:p w14:paraId="7765B9B1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491A8A0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32FEB634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70A0A594" w14:textId="77777777" w:rsidR="00377113" w:rsidRDefault="00377113">
            <w:pPr>
              <w:keepNext/>
            </w:pPr>
          </w:p>
        </w:tc>
        <w:tc>
          <w:tcPr>
            <w:tcW w:w="5621" w:type="dxa"/>
            <w:gridSpan w:val="2"/>
          </w:tcPr>
          <w:p w14:paraId="5DFD23E9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Emis de</w:t>
            </w:r>
          </w:p>
          <w:p w14:paraId="5357994E" w14:textId="77777777" w:rsidR="00377113" w:rsidRDefault="00377113">
            <w:pPr>
              <w:keepNext/>
            </w:pPr>
          </w:p>
        </w:tc>
      </w:tr>
      <w:tr w:rsidR="00377113" w14:paraId="356194D4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AABADB7" w14:textId="77777777" w:rsidR="00377113" w:rsidRDefault="00000000">
            <w:proofErr w:type="spellStart"/>
            <w:r>
              <w:rPr>
                <w:b/>
                <w:color w:val="0D5F78"/>
              </w:rPr>
              <w:t>Prelungirea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solicitată</w:t>
            </w:r>
            <w:proofErr w:type="spellEnd"/>
            <w:r>
              <w:rPr>
                <w:b/>
                <w:color w:val="0D5F78"/>
              </w:rPr>
              <w:t xml:space="preserve"> — de la data</w:t>
            </w:r>
          </w:p>
          <w:p w14:paraId="073435BA" w14:textId="77777777" w:rsidR="00377113" w:rsidRDefault="00377113"/>
        </w:tc>
        <w:tc>
          <w:tcPr>
            <w:tcW w:w="4818" w:type="dxa"/>
          </w:tcPr>
          <w:p w14:paraId="78FDD7CA" w14:textId="77777777" w:rsidR="00377113" w:rsidRDefault="00000000">
            <w:proofErr w:type="spellStart"/>
            <w:r>
              <w:rPr>
                <w:b/>
                <w:color w:val="0D5F78"/>
              </w:rPr>
              <w:t>până</w:t>
            </w:r>
            <w:proofErr w:type="spellEnd"/>
            <w:r>
              <w:rPr>
                <w:b/>
                <w:color w:val="0D5F78"/>
              </w:rPr>
              <w:t xml:space="preserve"> la data</w:t>
            </w:r>
          </w:p>
          <w:p w14:paraId="3D4C5B91" w14:textId="77777777" w:rsidR="00377113" w:rsidRDefault="00377113"/>
        </w:tc>
      </w:tr>
    </w:tbl>
    <w:p w14:paraId="7B9769F8" w14:textId="77777777" w:rsidR="00377113" w:rsidRDefault="0037711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377113" w14:paraId="18332584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AC950F1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377113" w14:paraId="248B564F" w14:textId="77777777">
        <w:trPr>
          <w:cantSplit/>
        </w:trPr>
        <w:tc>
          <w:tcPr>
            <w:tcW w:w="9636" w:type="dxa"/>
            <w:gridSpan w:val="6"/>
          </w:tcPr>
          <w:p w14:paraId="7D32E515" w14:textId="77777777" w:rsidR="00377113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377113" w14:paraId="533C4D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7ADBF6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545515E0" w14:textId="25630111" w:rsidR="00377113" w:rsidRDefault="00EB7739">
            <w:pPr>
              <w:keepNext/>
            </w:pPr>
            <w:r w:rsidRPr="00B044FB">
              <w:rPr>
                <w:b/>
                <w:sz w:val="20"/>
                <w:szCs w:val="20"/>
              </w:rPr>
              <w:t>BRAŞOV</w:t>
            </w:r>
          </w:p>
        </w:tc>
        <w:tc>
          <w:tcPr>
            <w:tcW w:w="3212" w:type="dxa"/>
            <w:gridSpan w:val="2"/>
          </w:tcPr>
          <w:p w14:paraId="5F352457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14C00203" w14:textId="148E8027" w:rsidR="00377113" w:rsidRDefault="00EB7739">
            <w:pPr>
              <w:keepNext/>
            </w:pPr>
            <w:r w:rsidRPr="00B044FB">
              <w:rPr>
                <w:b/>
                <w:sz w:val="20"/>
                <w:szCs w:val="20"/>
              </w:rPr>
              <w:t>CRISTIAN</w:t>
            </w:r>
          </w:p>
        </w:tc>
        <w:tc>
          <w:tcPr>
            <w:tcW w:w="3212" w:type="dxa"/>
            <w:gridSpan w:val="2"/>
          </w:tcPr>
          <w:p w14:paraId="2519EFDA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6F1351F6" w14:textId="4099A31B" w:rsidR="00377113" w:rsidRDefault="00EB7739">
            <w:pPr>
              <w:keepNext/>
            </w:pPr>
            <w:r w:rsidRPr="00B044FB">
              <w:rPr>
                <w:b/>
                <w:sz w:val="20"/>
                <w:szCs w:val="20"/>
              </w:rPr>
              <w:t>CRISTIAN</w:t>
            </w:r>
          </w:p>
        </w:tc>
      </w:tr>
      <w:tr w:rsidR="00377113" w14:paraId="2D9B8DB3" w14:textId="77777777">
        <w:trPr>
          <w:cantSplit/>
          <w:trHeight w:val="510"/>
        </w:trPr>
        <w:tc>
          <w:tcPr>
            <w:tcW w:w="1606" w:type="dxa"/>
          </w:tcPr>
          <w:p w14:paraId="4B72CFDF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E9D7B3A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3"/>
          </w:tcPr>
          <w:p w14:paraId="4A8D120C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0FA361F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39FAFBFC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CA1B947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134DC49E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97CA390" w14:textId="77777777" w:rsidR="00377113" w:rsidRDefault="00377113">
            <w:pPr>
              <w:keepNext/>
            </w:pPr>
          </w:p>
        </w:tc>
      </w:tr>
      <w:tr w:rsidR="00377113" w14:paraId="7B19E8B5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4397E352" w14:textId="77777777" w:rsidR="00377113" w:rsidRPr="00343BBA" w:rsidRDefault="00000000">
            <w:pPr>
              <w:keepNext/>
              <w:rPr>
                <w:lang w:val="fr-FR"/>
              </w:rPr>
            </w:pPr>
            <w:proofErr w:type="spellStart"/>
            <w:r w:rsidRPr="00343BBA">
              <w:rPr>
                <w:b/>
                <w:color w:val="0D5F78"/>
                <w:lang w:val="fr-FR"/>
              </w:rPr>
              <w:t>Număr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cadastral</w:t>
            </w:r>
          </w:p>
          <w:p w14:paraId="34F88BB8" w14:textId="77777777" w:rsidR="00377113" w:rsidRPr="00343BBA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343BBA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343BB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în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e-Terra</w:t>
            </w:r>
          </w:p>
          <w:p w14:paraId="3E14DDE5" w14:textId="77777777" w:rsidR="00377113" w:rsidRPr="00343BBA" w:rsidRDefault="0037711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191820B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0636B066" w14:textId="77777777" w:rsidR="00377113" w:rsidRDefault="00377113">
            <w:pPr>
              <w:keepNext/>
            </w:pPr>
          </w:p>
        </w:tc>
      </w:tr>
    </w:tbl>
    <w:p w14:paraId="2A5FFFCA" w14:textId="77777777" w:rsidR="00377113" w:rsidRDefault="0037711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16CCAE3" w14:textId="77777777">
        <w:trPr>
          <w:cantSplit/>
        </w:trPr>
        <w:tc>
          <w:tcPr>
            <w:tcW w:w="9636" w:type="dxa"/>
            <w:shd w:val="clear" w:color="auto" w:fill="F4F4F4"/>
          </w:tcPr>
          <w:p w14:paraId="3FE4A3CD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377113" w:rsidRPr="00004412" w14:paraId="53555C64" w14:textId="77777777">
        <w:trPr>
          <w:cantSplit/>
        </w:trPr>
        <w:tc>
          <w:tcPr>
            <w:tcW w:w="9636" w:type="dxa"/>
          </w:tcPr>
          <w:p w14:paraId="05B03106" w14:textId="77777777" w:rsidR="00377113" w:rsidRPr="00343BBA" w:rsidRDefault="00000000">
            <w:pPr>
              <w:rPr>
                <w:lang w:val="fr-FR"/>
              </w:rPr>
            </w:pPr>
            <w:r w:rsidRPr="00343BBA">
              <w:rPr>
                <w:sz w:val="16"/>
                <w:lang w:val="fr-FR"/>
              </w:rPr>
              <w:t xml:space="preserve"> ☐ </w:t>
            </w:r>
            <w:proofErr w:type="spellStart"/>
            <w:r w:rsidRPr="00343BBA">
              <w:rPr>
                <w:sz w:val="16"/>
                <w:lang w:val="fr-FR"/>
              </w:rPr>
              <w:t>certificatul</w:t>
            </w:r>
            <w:proofErr w:type="spellEnd"/>
            <w:r w:rsidRPr="00343BBA">
              <w:rPr>
                <w:sz w:val="16"/>
                <w:lang w:val="fr-FR"/>
              </w:rPr>
              <w:t xml:space="preserve"> de urbanism (</w:t>
            </w:r>
            <w:proofErr w:type="spellStart"/>
            <w:r w:rsidRPr="00343BBA">
              <w:rPr>
                <w:sz w:val="16"/>
                <w:lang w:val="fr-FR"/>
              </w:rPr>
              <w:t>în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gramStart"/>
            <w:r w:rsidRPr="00343BBA">
              <w:rPr>
                <w:sz w:val="16"/>
                <w:lang w:val="fr-FR"/>
              </w:rPr>
              <w:t xml:space="preserve">original)   </w:t>
            </w:r>
            <w:proofErr w:type="gramEnd"/>
            <w:r w:rsidRPr="00343BBA">
              <w:rPr>
                <w:sz w:val="16"/>
                <w:lang w:val="fr-FR"/>
              </w:rPr>
              <w:t xml:space="preserve">  ☐ </w:t>
            </w:r>
            <w:proofErr w:type="spellStart"/>
            <w:r w:rsidRPr="00343BBA">
              <w:rPr>
                <w:sz w:val="16"/>
                <w:lang w:val="fr-FR"/>
              </w:rPr>
              <w:t>documentul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spellStart"/>
            <w:r w:rsidRPr="00343BBA">
              <w:rPr>
                <w:sz w:val="16"/>
                <w:lang w:val="fr-FR"/>
              </w:rPr>
              <w:t>privind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spellStart"/>
            <w:r w:rsidRPr="00343BBA">
              <w:rPr>
                <w:sz w:val="16"/>
                <w:lang w:val="fr-FR"/>
              </w:rPr>
              <w:t>achitarea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spellStart"/>
            <w:r w:rsidRPr="00343BBA">
              <w:rPr>
                <w:sz w:val="16"/>
                <w:lang w:val="fr-FR"/>
              </w:rPr>
              <w:t>taxei</w:t>
            </w:r>
            <w:proofErr w:type="spellEnd"/>
            <w:r w:rsidRPr="00343BBA">
              <w:rPr>
                <w:sz w:val="16"/>
                <w:lang w:val="fr-FR"/>
              </w:rPr>
              <w:t xml:space="preserve"> (copie)</w:t>
            </w:r>
          </w:p>
        </w:tc>
      </w:tr>
    </w:tbl>
    <w:p w14:paraId="0CC63E6D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77113" w14:paraId="67AC911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C5583C3" w14:textId="77777777" w:rsidR="00377113" w:rsidRDefault="00000000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377113" w14:paraId="2C613BE7" w14:textId="77777777">
        <w:trPr>
          <w:cantSplit/>
          <w:trHeight w:val="510"/>
        </w:trPr>
        <w:tc>
          <w:tcPr>
            <w:tcW w:w="1606" w:type="dxa"/>
          </w:tcPr>
          <w:p w14:paraId="6247744D" w14:textId="77777777" w:rsidR="00377113" w:rsidRDefault="00000000">
            <w:r>
              <w:rPr>
                <w:b/>
                <w:color w:val="0D5F78"/>
              </w:rPr>
              <w:t>Data</w:t>
            </w:r>
          </w:p>
          <w:p w14:paraId="6A45905A" w14:textId="77777777" w:rsidR="00377113" w:rsidRDefault="00377113"/>
        </w:tc>
        <w:tc>
          <w:tcPr>
            <w:tcW w:w="4818" w:type="dxa"/>
          </w:tcPr>
          <w:p w14:paraId="09BFB97F" w14:textId="77777777" w:rsidR="00377113" w:rsidRDefault="00000000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1B3BE6B9" w14:textId="77777777" w:rsidR="00377113" w:rsidRDefault="00377113"/>
        </w:tc>
        <w:tc>
          <w:tcPr>
            <w:tcW w:w="3212" w:type="dxa"/>
          </w:tcPr>
          <w:p w14:paraId="640F19C7" w14:textId="77777777" w:rsidR="00377113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325CC794" w14:textId="77777777" w:rsidR="00377113" w:rsidRDefault="00377113"/>
        </w:tc>
      </w:tr>
    </w:tbl>
    <w:p w14:paraId="2943DD2B" w14:textId="77777777" w:rsidR="00377113" w:rsidRDefault="00377113">
      <w:pPr>
        <w:spacing w:line="168" w:lineRule="auto"/>
      </w:pPr>
    </w:p>
    <w:p w14:paraId="3C225B5D" w14:textId="77777777" w:rsidR="003C16D2" w:rsidRDefault="003C16D2">
      <w:pPr>
        <w:spacing w:line="168" w:lineRule="auto"/>
      </w:pPr>
    </w:p>
    <w:p w14:paraId="650C98BF" w14:textId="77777777" w:rsidR="003C16D2" w:rsidRDefault="003C16D2">
      <w:pPr>
        <w:spacing w:line="168" w:lineRule="auto"/>
      </w:pPr>
    </w:p>
    <w:p w14:paraId="2E76B5E1" w14:textId="77777777" w:rsidR="003C16D2" w:rsidRDefault="003C16D2">
      <w:pPr>
        <w:spacing w:line="168" w:lineRule="auto"/>
      </w:pPr>
    </w:p>
    <w:p w14:paraId="0B8EAA4A" w14:textId="77777777" w:rsidR="003C16D2" w:rsidRDefault="003C16D2">
      <w:pPr>
        <w:spacing w:line="168" w:lineRule="auto"/>
      </w:pPr>
    </w:p>
    <w:p w14:paraId="38D2E4FD" w14:textId="77777777" w:rsidR="003C16D2" w:rsidRDefault="003C16D2">
      <w:pPr>
        <w:spacing w:line="168" w:lineRule="auto"/>
      </w:pPr>
    </w:p>
    <w:p w14:paraId="71307586" w14:textId="77777777" w:rsidR="003C16D2" w:rsidRDefault="003C16D2">
      <w:pPr>
        <w:spacing w:line="168" w:lineRule="auto"/>
      </w:pPr>
    </w:p>
    <w:p w14:paraId="4D19AD8F" w14:textId="77777777" w:rsidR="003C16D2" w:rsidRDefault="003C16D2">
      <w:pPr>
        <w:spacing w:line="168" w:lineRule="auto"/>
      </w:pPr>
    </w:p>
    <w:p w14:paraId="1E2775C4" w14:textId="77777777" w:rsidR="003C16D2" w:rsidRDefault="003C16D2">
      <w:pPr>
        <w:spacing w:line="168" w:lineRule="auto"/>
      </w:pPr>
    </w:p>
    <w:p w14:paraId="50F8D193" w14:textId="77777777" w:rsidR="003C16D2" w:rsidRDefault="003C16D2">
      <w:pPr>
        <w:spacing w:line="168" w:lineRule="auto"/>
      </w:pPr>
    </w:p>
    <w:p w14:paraId="573304D1" w14:textId="77777777" w:rsidR="003C16D2" w:rsidRDefault="003C16D2">
      <w:pPr>
        <w:spacing w:line="168" w:lineRule="auto"/>
      </w:pPr>
    </w:p>
    <w:p w14:paraId="2840555B" w14:textId="77777777" w:rsidR="003C16D2" w:rsidRDefault="003C16D2">
      <w:pPr>
        <w:spacing w:line="168" w:lineRule="auto"/>
      </w:pPr>
    </w:p>
    <w:p w14:paraId="64636A47" w14:textId="77777777" w:rsidR="003C16D2" w:rsidRDefault="003C16D2">
      <w:pPr>
        <w:spacing w:line="168" w:lineRule="auto"/>
      </w:pPr>
    </w:p>
    <w:p w14:paraId="421D7B61" w14:textId="77777777" w:rsidR="003C16D2" w:rsidRDefault="003C16D2">
      <w:pPr>
        <w:spacing w:line="168" w:lineRule="auto"/>
      </w:pPr>
    </w:p>
    <w:p w14:paraId="74FA2E55" w14:textId="77777777" w:rsidR="003C16D2" w:rsidRDefault="003C16D2">
      <w:pPr>
        <w:spacing w:line="168" w:lineRule="auto"/>
      </w:pPr>
    </w:p>
    <w:p w14:paraId="2471454A" w14:textId="77777777" w:rsidR="003C16D2" w:rsidRDefault="003C16D2">
      <w:pPr>
        <w:spacing w:line="168" w:lineRule="auto"/>
      </w:pPr>
    </w:p>
    <w:p w14:paraId="364CDF8C" w14:textId="77777777" w:rsidR="003C16D2" w:rsidRDefault="003C16D2">
      <w:pPr>
        <w:spacing w:line="168" w:lineRule="auto"/>
      </w:pPr>
    </w:p>
    <w:p w14:paraId="3DDF771C" w14:textId="77777777" w:rsidR="003C16D2" w:rsidRDefault="003C16D2">
      <w:pPr>
        <w:spacing w:line="168" w:lineRule="auto"/>
      </w:pPr>
    </w:p>
    <w:p w14:paraId="4D119565" w14:textId="77777777" w:rsidR="003C16D2" w:rsidRDefault="003C16D2">
      <w:pPr>
        <w:spacing w:line="168" w:lineRule="auto"/>
      </w:pPr>
    </w:p>
    <w:p w14:paraId="45EFCBA7" w14:textId="77777777" w:rsidR="003C16D2" w:rsidRDefault="003C16D2">
      <w:pPr>
        <w:spacing w:line="168" w:lineRule="auto"/>
      </w:pPr>
    </w:p>
    <w:p w14:paraId="0044D903" w14:textId="77777777" w:rsidR="003C16D2" w:rsidRDefault="003C16D2">
      <w:pPr>
        <w:spacing w:line="168" w:lineRule="auto"/>
      </w:pPr>
    </w:p>
    <w:p w14:paraId="6EAD590D" w14:textId="605AE31C" w:rsidR="003C16D2" w:rsidRPr="00F83523" w:rsidRDefault="003C16D2" w:rsidP="003C16D2">
      <w:pPr>
        <w:spacing w:after="60"/>
        <w:jc w:val="center"/>
        <w:rPr>
          <w:rFonts w:ascii="Arial" w:hAnsi="Arial" w:cs="Arial"/>
          <w:b/>
          <w:sz w:val="16"/>
          <w:szCs w:val="16"/>
        </w:rPr>
      </w:pPr>
      <w:bookmarkStart w:id="0" w:name="_Hlk239066132"/>
      <w:r w:rsidRPr="00F83523">
        <w:rPr>
          <w:rFonts w:ascii="Arial" w:hAnsi="Arial" w:cs="Arial"/>
          <w:b/>
          <w:sz w:val="16"/>
          <w:szCs w:val="16"/>
        </w:rPr>
        <w:lastRenderedPageBreak/>
        <w:t>NOTĂ DE INFORMARE</w:t>
      </w:r>
    </w:p>
    <w:p w14:paraId="0B3E39FE" w14:textId="77777777" w:rsidR="003C16D2" w:rsidRPr="00F83523" w:rsidRDefault="003C16D2" w:rsidP="003C16D2">
      <w:pPr>
        <w:spacing w:after="60"/>
        <w:jc w:val="center"/>
        <w:rPr>
          <w:rFonts w:ascii="Arial" w:hAnsi="Arial" w:cs="Arial"/>
          <w:b/>
          <w:sz w:val="16"/>
          <w:szCs w:val="16"/>
        </w:rPr>
      </w:pPr>
      <w:proofErr w:type="spellStart"/>
      <w:r w:rsidRPr="00F83523">
        <w:rPr>
          <w:rFonts w:ascii="Arial" w:hAnsi="Arial" w:cs="Arial"/>
          <w:b/>
          <w:sz w:val="16"/>
          <w:szCs w:val="16"/>
        </w:rPr>
        <w:t>În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cazul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depunerii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documentațiilor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>/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cererilor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care se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vor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soluționa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proofErr w:type="gramStart"/>
      <w:r w:rsidRPr="00F83523">
        <w:rPr>
          <w:rFonts w:ascii="Arial" w:hAnsi="Arial" w:cs="Arial"/>
          <w:b/>
          <w:sz w:val="16"/>
          <w:szCs w:val="16"/>
        </w:rPr>
        <w:t>prin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r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Compartimentului</w:t>
      </w:r>
      <w:proofErr w:type="spellEnd"/>
      <w:proofErr w:type="gramEnd"/>
      <w:r w:rsidRPr="00F83523">
        <w:rPr>
          <w:rFonts w:ascii="Arial" w:hAnsi="Arial" w:cs="Arial"/>
          <w:b/>
          <w:sz w:val="16"/>
          <w:szCs w:val="16"/>
        </w:rPr>
        <w:t xml:space="preserve"> Urbanism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și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Amenajarea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Teritoriului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din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cadrul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Primăriei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Comunei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Cristian</w:t>
      </w:r>
    </w:p>
    <w:p w14:paraId="6D4378E6" w14:textId="77777777" w:rsidR="003C16D2" w:rsidRDefault="003C16D2" w:rsidP="003C16D2">
      <w:pPr>
        <w:spacing w:after="60"/>
        <w:jc w:val="both"/>
        <w:rPr>
          <w:rFonts w:cs="Times New Roman"/>
          <w:bCs/>
          <w:sz w:val="18"/>
          <w:szCs w:val="18"/>
        </w:rPr>
      </w:pPr>
      <w:proofErr w:type="spellStart"/>
      <w:r w:rsidRPr="00F83523">
        <w:rPr>
          <w:rFonts w:cs="Times New Roman"/>
          <w:bCs/>
          <w:sz w:val="18"/>
          <w:szCs w:val="18"/>
        </w:rPr>
        <w:t>Primăria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Comunei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Cristian, </w:t>
      </w:r>
      <w:proofErr w:type="spellStart"/>
      <w:r w:rsidRPr="00F83523">
        <w:rPr>
          <w:rFonts w:cs="Times New Roman"/>
          <w:bCs/>
          <w:sz w:val="18"/>
          <w:szCs w:val="18"/>
        </w:rPr>
        <w:t>județul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Brașov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prelucrează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dumneavoastră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cu </w:t>
      </w:r>
      <w:proofErr w:type="spellStart"/>
      <w:r w:rsidRPr="00F83523">
        <w:rPr>
          <w:rFonts w:cs="Times New Roman"/>
          <w:bCs/>
          <w:sz w:val="18"/>
          <w:szCs w:val="18"/>
        </w:rPr>
        <w:t>caracter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personalprin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prezenta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cerere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prin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mijloace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automatizate</w:t>
      </w:r>
      <w:proofErr w:type="spellEnd"/>
      <w:r w:rsidRPr="00F83523">
        <w:rPr>
          <w:rFonts w:cs="Times New Roman"/>
          <w:bCs/>
          <w:sz w:val="18"/>
          <w:szCs w:val="18"/>
        </w:rPr>
        <w:t>/</w:t>
      </w:r>
      <w:proofErr w:type="spellStart"/>
      <w:r w:rsidRPr="00F83523">
        <w:rPr>
          <w:rFonts w:cs="Times New Roman"/>
          <w:bCs/>
          <w:sz w:val="18"/>
          <w:szCs w:val="18"/>
        </w:rPr>
        <w:t>manuale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destinate </w:t>
      </w:r>
      <w:proofErr w:type="spellStart"/>
      <w:r w:rsidRPr="00F83523">
        <w:rPr>
          <w:rFonts w:cs="Times New Roman"/>
          <w:bCs/>
          <w:sz w:val="18"/>
          <w:szCs w:val="18"/>
        </w:rPr>
        <w:t>îndeplinirii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obligațiilor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legale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Este </w:t>
      </w:r>
      <w:proofErr w:type="spellStart"/>
      <w:r w:rsidRPr="00F83523">
        <w:rPr>
          <w:rFonts w:cs="Times New Roman"/>
          <w:bCs/>
          <w:sz w:val="18"/>
          <w:szCs w:val="18"/>
        </w:rPr>
        <w:t>necesar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ne </w:t>
      </w:r>
      <w:proofErr w:type="spellStart"/>
      <w:r w:rsidRPr="00F83523">
        <w:rPr>
          <w:rFonts w:cs="Times New Roman"/>
          <w:bCs/>
          <w:sz w:val="18"/>
          <w:szCs w:val="18"/>
        </w:rPr>
        <w:t>furnizați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deoarece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refuzul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dumneavoastră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determină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imposibilitatea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soluționării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cererii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Pr="00F83523">
        <w:rPr>
          <w:rFonts w:cs="Times New Roman"/>
          <w:bCs/>
          <w:sz w:val="18"/>
          <w:szCs w:val="18"/>
        </w:rPr>
        <w:t>Informațiile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înregistrate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sunt destinate </w:t>
      </w:r>
      <w:proofErr w:type="spellStart"/>
      <w:r w:rsidRPr="00F83523">
        <w:rPr>
          <w:rFonts w:cs="Times New Roman"/>
          <w:bCs/>
          <w:sz w:val="18"/>
          <w:szCs w:val="18"/>
        </w:rPr>
        <w:t>utilizării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</w:t>
      </w:r>
      <w:proofErr w:type="spellStart"/>
      <w:r w:rsidRPr="00F83523">
        <w:rPr>
          <w:rFonts w:cs="Times New Roman"/>
          <w:bCs/>
          <w:sz w:val="18"/>
          <w:szCs w:val="18"/>
        </w:rPr>
        <w:t>către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operator </w:t>
      </w:r>
      <w:proofErr w:type="spellStart"/>
      <w:r w:rsidRPr="00F83523">
        <w:rPr>
          <w:rFonts w:cs="Times New Roman"/>
          <w:bCs/>
          <w:sz w:val="18"/>
          <w:szCs w:val="18"/>
        </w:rPr>
        <w:t>dar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pot fi </w:t>
      </w:r>
      <w:proofErr w:type="spellStart"/>
      <w:r w:rsidRPr="00F83523">
        <w:rPr>
          <w:rFonts w:cs="Times New Roman"/>
          <w:bCs/>
          <w:sz w:val="18"/>
          <w:szCs w:val="18"/>
        </w:rPr>
        <w:t>comunicate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altor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instituții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societăți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sau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terți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în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baza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limitele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prevederilor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legale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Pr="00F83523">
        <w:rPr>
          <w:rFonts w:cs="Times New Roman"/>
          <w:bCs/>
          <w:sz w:val="18"/>
          <w:szCs w:val="18"/>
        </w:rPr>
        <w:t>Datele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sunt </w:t>
      </w:r>
      <w:proofErr w:type="spellStart"/>
      <w:r w:rsidRPr="00F83523">
        <w:rPr>
          <w:rFonts w:cs="Times New Roman"/>
          <w:bCs/>
          <w:sz w:val="18"/>
          <w:szCs w:val="18"/>
        </w:rPr>
        <w:t>păstrate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doar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pentru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perioada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necesară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îndeplinirii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scopurilor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scopurilor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pentru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care au </w:t>
      </w:r>
      <w:proofErr w:type="spellStart"/>
      <w:r w:rsidRPr="00F83523">
        <w:rPr>
          <w:rFonts w:cs="Times New Roman"/>
          <w:bCs/>
          <w:sz w:val="18"/>
          <w:szCs w:val="18"/>
        </w:rPr>
        <w:t>fost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colectate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cu </w:t>
      </w:r>
      <w:proofErr w:type="spellStart"/>
      <w:r w:rsidRPr="00F83523">
        <w:rPr>
          <w:rFonts w:cs="Times New Roman"/>
          <w:bCs/>
          <w:sz w:val="18"/>
          <w:szCs w:val="18"/>
        </w:rPr>
        <w:t>respectarea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legislației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vigoare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Conform </w:t>
      </w:r>
      <w:proofErr w:type="spellStart"/>
      <w:r w:rsidRPr="00F83523">
        <w:rPr>
          <w:rFonts w:cs="Times New Roman"/>
          <w:bCs/>
          <w:sz w:val="18"/>
          <w:szCs w:val="18"/>
        </w:rPr>
        <w:t>Regulamentului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General </w:t>
      </w:r>
      <w:proofErr w:type="spellStart"/>
      <w:r w:rsidRPr="00F83523">
        <w:rPr>
          <w:rFonts w:cs="Times New Roman"/>
          <w:bCs/>
          <w:sz w:val="18"/>
          <w:szCs w:val="18"/>
        </w:rPr>
        <w:t>privind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Protecția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(UE) 679/2016 </w:t>
      </w:r>
      <w:proofErr w:type="spellStart"/>
      <w:r w:rsidRPr="00F83523">
        <w:rPr>
          <w:rFonts w:cs="Times New Roman"/>
          <w:bCs/>
          <w:sz w:val="18"/>
          <w:szCs w:val="18"/>
        </w:rPr>
        <w:t>privind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protecția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persoanelor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fizice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ceea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privește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prelucrarea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cu </w:t>
      </w:r>
      <w:proofErr w:type="spellStart"/>
      <w:r w:rsidRPr="00F83523">
        <w:rPr>
          <w:rFonts w:cs="Times New Roman"/>
          <w:bCs/>
          <w:sz w:val="18"/>
          <w:szCs w:val="18"/>
        </w:rPr>
        <w:t>caracter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personal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privind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libera </w:t>
      </w:r>
      <w:proofErr w:type="spellStart"/>
      <w:r w:rsidRPr="00F83523">
        <w:rPr>
          <w:rFonts w:cs="Times New Roman"/>
          <w:bCs/>
          <w:sz w:val="18"/>
          <w:szCs w:val="18"/>
        </w:rPr>
        <w:t>circulație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gramStart"/>
      <w:r w:rsidRPr="00F83523">
        <w:rPr>
          <w:rFonts w:cs="Times New Roman"/>
          <w:bCs/>
          <w:sz w:val="18"/>
          <w:szCs w:val="18"/>
        </w:rPr>
        <w:t>a</w:t>
      </w:r>
      <w:proofErr w:type="gram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acestor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date, </w:t>
      </w:r>
      <w:proofErr w:type="spellStart"/>
      <w:r w:rsidRPr="00F83523">
        <w:rPr>
          <w:rFonts w:cs="Times New Roman"/>
          <w:bCs/>
          <w:sz w:val="18"/>
          <w:szCs w:val="18"/>
        </w:rPr>
        <w:t>beneficiați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</w:t>
      </w:r>
      <w:proofErr w:type="spellStart"/>
      <w:r w:rsidRPr="00F83523">
        <w:rPr>
          <w:rFonts w:cs="Times New Roman"/>
          <w:bCs/>
          <w:sz w:val="18"/>
          <w:szCs w:val="18"/>
        </w:rPr>
        <w:t>acces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Pr="00F83523">
        <w:rPr>
          <w:rFonts w:cs="Times New Roman"/>
          <w:bCs/>
          <w:sz w:val="18"/>
          <w:szCs w:val="18"/>
        </w:rPr>
        <w:t>rectificarea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ștergerea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la </w:t>
      </w:r>
      <w:proofErr w:type="spellStart"/>
      <w:r w:rsidRPr="00F83523">
        <w:rPr>
          <w:rFonts w:cs="Times New Roman"/>
          <w:bCs/>
          <w:sz w:val="18"/>
          <w:szCs w:val="18"/>
        </w:rPr>
        <w:t>restricționarea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prelucrării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la </w:t>
      </w:r>
      <w:proofErr w:type="spellStart"/>
      <w:r w:rsidRPr="00F83523">
        <w:rPr>
          <w:rFonts w:cs="Times New Roman"/>
          <w:bCs/>
          <w:sz w:val="18"/>
          <w:szCs w:val="18"/>
        </w:rPr>
        <w:t>portabilitatea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Pr="00F83523">
        <w:rPr>
          <w:rFonts w:cs="Times New Roman"/>
          <w:bCs/>
          <w:sz w:val="18"/>
          <w:szCs w:val="18"/>
        </w:rPr>
        <w:t>opoziție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a </w:t>
      </w:r>
      <w:proofErr w:type="spellStart"/>
      <w:r w:rsidRPr="00F83523">
        <w:rPr>
          <w:rFonts w:cs="Times New Roman"/>
          <w:bCs/>
          <w:sz w:val="18"/>
          <w:szCs w:val="18"/>
        </w:rPr>
        <w:t>nu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fi </w:t>
      </w:r>
      <w:proofErr w:type="spellStart"/>
      <w:r w:rsidRPr="00F83523">
        <w:rPr>
          <w:rFonts w:cs="Times New Roman"/>
          <w:bCs/>
          <w:sz w:val="18"/>
          <w:szCs w:val="18"/>
        </w:rPr>
        <w:t>supus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unui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proces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individual </w:t>
      </w:r>
      <w:proofErr w:type="spellStart"/>
      <w:r w:rsidRPr="00F83523">
        <w:rPr>
          <w:rFonts w:cs="Times New Roman"/>
          <w:bCs/>
          <w:sz w:val="18"/>
          <w:szCs w:val="18"/>
        </w:rPr>
        <w:t>automatizat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Pr="00F83523">
        <w:rPr>
          <w:rFonts w:cs="Times New Roman"/>
          <w:bCs/>
          <w:sz w:val="18"/>
          <w:szCs w:val="18"/>
        </w:rPr>
        <w:t>Pentru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execrcitarea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acestor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drepturi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vă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puteți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adresa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cu o </w:t>
      </w:r>
      <w:proofErr w:type="spellStart"/>
      <w:r w:rsidRPr="00F83523">
        <w:rPr>
          <w:rFonts w:cs="Times New Roman"/>
          <w:bCs/>
          <w:sz w:val="18"/>
          <w:szCs w:val="18"/>
        </w:rPr>
        <w:t>cerere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scrisă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datată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semnată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Pr="00F83523">
        <w:rPr>
          <w:rFonts w:cs="Times New Roman"/>
          <w:bCs/>
          <w:sz w:val="18"/>
          <w:szCs w:val="18"/>
        </w:rPr>
        <w:t>sediul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primăriei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sau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Pr="00F83523">
        <w:rPr>
          <w:rFonts w:cs="Times New Roman"/>
          <w:bCs/>
          <w:sz w:val="18"/>
          <w:szCs w:val="18"/>
        </w:rPr>
        <w:t>adresa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e-mail </w:t>
      </w:r>
      <w:hyperlink r:id="rId10" w:history="1">
        <w:r w:rsidRPr="00F83523">
          <w:rPr>
            <w:rStyle w:val="Hyperlink"/>
            <w:rFonts w:cs="Times New Roman"/>
            <w:bCs/>
            <w:sz w:val="18"/>
            <w:szCs w:val="18"/>
          </w:rPr>
          <w:t>registratura@primariacristian.ro</w:t>
        </w:r>
      </w:hyperlink>
      <w:r w:rsidRPr="00F83523">
        <w:rPr>
          <w:rFonts w:cs="Times New Roman"/>
          <w:bCs/>
          <w:sz w:val="18"/>
          <w:szCs w:val="18"/>
        </w:rPr>
        <w:t xml:space="preserve">. De </w:t>
      </w:r>
      <w:proofErr w:type="spellStart"/>
      <w:r w:rsidRPr="00F83523">
        <w:rPr>
          <w:rFonts w:cs="Times New Roman"/>
          <w:bCs/>
          <w:sz w:val="18"/>
          <w:szCs w:val="18"/>
        </w:rPr>
        <w:t>asemenea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vă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este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recunoscut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a </w:t>
      </w:r>
      <w:proofErr w:type="spellStart"/>
      <w:r w:rsidRPr="00F83523">
        <w:rPr>
          <w:rFonts w:cs="Times New Roman"/>
          <w:bCs/>
          <w:sz w:val="18"/>
          <w:szCs w:val="18"/>
        </w:rPr>
        <w:t>vă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adresa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ANSPDCP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justiției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Pr="00F83523">
        <w:rPr>
          <w:rFonts w:cs="Times New Roman"/>
          <w:bCs/>
          <w:sz w:val="18"/>
          <w:szCs w:val="18"/>
        </w:rPr>
        <w:t>Datele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dumneavoastră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nu sunt </w:t>
      </w:r>
      <w:proofErr w:type="spellStart"/>
      <w:r w:rsidRPr="00F83523">
        <w:rPr>
          <w:rFonts w:cs="Times New Roman"/>
          <w:bCs/>
          <w:sz w:val="18"/>
          <w:szCs w:val="18"/>
        </w:rPr>
        <w:t>transferate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străinătate</w:t>
      </w:r>
      <w:proofErr w:type="spellEnd"/>
      <w:r w:rsidRPr="00F83523">
        <w:rPr>
          <w:rFonts w:cs="Times New Roman"/>
          <w:bCs/>
          <w:sz w:val="18"/>
          <w:szCs w:val="18"/>
        </w:rPr>
        <w:t>.</w:t>
      </w:r>
    </w:p>
    <w:p w14:paraId="5081EF2A" w14:textId="77777777" w:rsidR="003C16D2" w:rsidRPr="00F83523" w:rsidRDefault="003C16D2" w:rsidP="003C16D2">
      <w:pPr>
        <w:spacing w:after="60"/>
        <w:jc w:val="both"/>
        <w:rPr>
          <w:rFonts w:cs="Times New Roman"/>
          <w:bCs/>
          <w:sz w:val="18"/>
          <w:szCs w:val="18"/>
        </w:rPr>
      </w:pPr>
    </w:p>
    <w:p w14:paraId="23C0EF68" w14:textId="77777777" w:rsidR="003C16D2" w:rsidRPr="00D51051" w:rsidRDefault="003C16D2" w:rsidP="003C16D2">
      <w:pPr>
        <w:spacing w:after="60"/>
        <w:ind w:firstLine="720"/>
        <w:jc w:val="both"/>
        <w:rPr>
          <w:bCs/>
          <w:i/>
          <w:iCs/>
          <w:sz w:val="20"/>
          <w:szCs w:val="20"/>
        </w:rPr>
      </w:pPr>
      <w:r w:rsidRPr="00F83523">
        <w:rPr>
          <w:rFonts w:ascii="Arial" w:hAnsi="Arial" w:cs="Arial"/>
          <w:b/>
          <w:sz w:val="20"/>
          <w:szCs w:val="20"/>
        </w:rPr>
        <w:t xml:space="preserve"> </w:t>
      </w:r>
      <w:r w:rsidRPr="00D51051">
        <w:rPr>
          <w:bCs/>
          <w:i/>
          <w:iCs/>
          <w:sz w:val="20"/>
          <w:szCs w:val="20"/>
        </w:rPr>
        <w:t>Subsemnata/Subsemnatul.....................................................................................................................</w:t>
      </w:r>
      <w:r w:rsidRPr="00D51051">
        <w:rPr>
          <w:bCs/>
          <w:i/>
          <w:iCs/>
          <w:sz w:val="20"/>
          <w:szCs w:val="20"/>
          <w:vertAlign w:val="superscript"/>
        </w:rPr>
        <w:t>1</w:t>
      </w:r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având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codul</w:t>
      </w:r>
      <w:proofErr w:type="spellEnd"/>
      <w:r w:rsidRPr="00D51051">
        <w:rPr>
          <w:bCs/>
          <w:i/>
          <w:iCs/>
          <w:sz w:val="20"/>
          <w:szCs w:val="20"/>
        </w:rPr>
        <w:t xml:space="preserve"> numeric personal ......................................................................</w:t>
      </w:r>
      <w:proofErr w:type="gramStart"/>
      <w:r w:rsidRPr="00D51051">
        <w:rPr>
          <w:bCs/>
          <w:i/>
          <w:iCs/>
          <w:sz w:val="20"/>
          <w:szCs w:val="20"/>
          <w:vertAlign w:val="superscript"/>
        </w:rPr>
        <w:t>1</w:t>
      </w:r>
      <w:r w:rsidRPr="00D51051">
        <w:rPr>
          <w:bCs/>
          <w:i/>
          <w:iCs/>
          <w:sz w:val="20"/>
          <w:szCs w:val="20"/>
        </w:rPr>
        <w:t xml:space="preserve">,  </w:t>
      </w:r>
      <w:proofErr w:type="spellStart"/>
      <w:r w:rsidRPr="00D51051">
        <w:rPr>
          <w:bCs/>
          <w:i/>
          <w:iCs/>
          <w:sz w:val="20"/>
          <w:szCs w:val="20"/>
        </w:rPr>
        <w:t>declar</w:t>
      </w:r>
      <w:proofErr w:type="spellEnd"/>
      <w:proofErr w:type="gram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prin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prezenta</w:t>
      </w:r>
      <w:proofErr w:type="spellEnd"/>
      <w:r w:rsidRPr="00D51051">
        <w:rPr>
          <w:bCs/>
          <w:i/>
          <w:iCs/>
          <w:sz w:val="20"/>
          <w:szCs w:val="20"/>
        </w:rPr>
        <w:t xml:space="preserve"> pe propria </w:t>
      </w:r>
      <w:proofErr w:type="spellStart"/>
      <w:r w:rsidRPr="00D51051">
        <w:rPr>
          <w:bCs/>
          <w:i/>
          <w:iCs/>
          <w:sz w:val="20"/>
          <w:szCs w:val="20"/>
        </w:rPr>
        <w:t>răspundere</w:t>
      </w:r>
      <w:proofErr w:type="spellEnd"/>
      <w:r w:rsidRPr="00D51051">
        <w:rPr>
          <w:bCs/>
          <w:i/>
          <w:iCs/>
          <w:sz w:val="20"/>
          <w:szCs w:val="20"/>
        </w:rPr>
        <w:t xml:space="preserve">, </w:t>
      </w:r>
      <w:proofErr w:type="spellStart"/>
      <w:r w:rsidRPr="00D51051">
        <w:rPr>
          <w:bCs/>
          <w:i/>
          <w:iCs/>
          <w:sz w:val="20"/>
          <w:szCs w:val="20"/>
        </w:rPr>
        <w:t>că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toate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documentele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furnizate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și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consemnate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în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prezenta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cerere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r w:rsidRPr="00D51051">
        <w:rPr>
          <w:b/>
          <w:bCs/>
          <w:i/>
          <w:iCs/>
          <w:sz w:val="20"/>
          <w:szCs w:val="20"/>
        </w:rPr>
        <w:t xml:space="preserve">sunt </w:t>
      </w:r>
      <w:proofErr w:type="spellStart"/>
      <w:r w:rsidRPr="00D51051">
        <w:rPr>
          <w:b/>
          <w:bCs/>
          <w:i/>
          <w:iCs/>
          <w:sz w:val="20"/>
          <w:szCs w:val="20"/>
        </w:rPr>
        <w:t>corecte</w:t>
      </w:r>
      <w:proofErr w:type="spellEnd"/>
      <w:r w:rsidRPr="00D51051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/>
          <w:bCs/>
          <w:i/>
          <w:iCs/>
          <w:sz w:val="20"/>
          <w:szCs w:val="20"/>
        </w:rPr>
        <w:t>și</w:t>
      </w:r>
      <w:proofErr w:type="spellEnd"/>
      <w:r w:rsidRPr="00D51051">
        <w:rPr>
          <w:b/>
          <w:bCs/>
          <w:i/>
          <w:iCs/>
          <w:sz w:val="20"/>
          <w:szCs w:val="20"/>
        </w:rPr>
        <w:t xml:space="preserve"> complete</w:t>
      </w:r>
      <w:r w:rsidRPr="00D51051">
        <w:rPr>
          <w:bCs/>
          <w:i/>
          <w:iCs/>
          <w:sz w:val="20"/>
          <w:szCs w:val="20"/>
        </w:rPr>
        <w:t xml:space="preserve">. </w:t>
      </w:r>
      <w:proofErr w:type="spellStart"/>
      <w:r w:rsidRPr="00D51051">
        <w:rPr>
          <w:bCs/>
          <w:i/>
          <w:iCs/>
          <w:sz w:val="20"/>
          <w:szCs w:val="20"/>
        </w:rPr>
        <w:t>Înțeleg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că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omisiunea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sau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incorectitudinea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în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prezentarea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documentelor</w:t>
      </w:r>
      <w:proofErr w:type="spellEnd"/>
      <w:r w:rsidRPr="00D51051">
        <w:rPr>
          <w:bCs/>
          <w:i/>
          <w:iCs/>
          <w:sz w:val="20"/>
          <w:szCs w:val="20"/>
        </w:rPr>
        <w:t xml:space="preserve">, </w:t>
      </w:r>
      <w:proofErr w:type="spellStart"/>
      <w:r w:rsidRPr="00D51051">
        <w:rPr>
          <w:bCs/>
          <w:i/>
          <w:iCs/>
          <w:sz w:val="20"/>
          <w:szCs w:val="20"/>
        </w:rPr>
        <w:t>în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scopul</w:t>
      </w:r>
      <w:proofErr w:type="spellEnd"/>
      <w:r w:rsidRPr="00D51051">
        <w:rPr>
          <w:bCs/>
          <w:i/>
          <w:iCs/>
          <w:sz w:val="20"/>
          <w:szCs w:val="20"/>
        </w:rPr>
        <w:t xml:space="preserve"> de </w:t>
      </w:r>
      <w:proofErr w:type="gramStart"/>
      <w:r w:rsidRPr="00D51051">
        <w:rPr>
          <w:bCs/>
          <w:i/>
          <w:iCs/>
          <w:sz w:val="20"/>
          <w:szCs w:val="20"/>
        </w:rPr>
        <w:t>a</w:t>
      </w:r>
      <w:proofErr w:type="gram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obține</w:t>
      </w:r>
      <w:proofErr w:type="spellEnd"/>
      <w:r w:rsidRPr="00D51051">
        <w:rPr>
          <w:bCs/>
          <w:i/>
          <w:iCs/>
          <w:sz w:val="20"/>
          <w:szCs w:val="20"/>
        </w:rPr>
        <w:t xml:space="preserve"> </w:t>
      </w:r>
      <w:proofErr w:type="spellStart"/>
      <w:r w:rsidRPr="00D51051">
        <w:rPr>
          <w:bCs/>
          <w:i/>
          <w:iCs/>
          <w:sz w:val="20"/>
          <w:szCs w:val="20"/>
        </w:rPr>
        <w:t>avantaje</w:t>
      </w:r>
      <w:proofErr w:type="spellEnd"/>
      <w:r w:rsidRPr="00D51051">
        <w:rPr>
          <w:bCs/>
          <w:i/>
          <w:iCs/>
          <w:sz w:val="20"/>
          <w:szCs w:val="20"/>
        </w:rPr>
        <w:t xml:space="preserve"> se </w:t>
      </w:r>
      <w:proofErr w:type="spellStart"/>
      <w:r w:rsidRPr="00D51051">
        <w:rPr>
          <w:bCs/>
          <w:i/>
          <w:iCs/>
          <w:sz w:val="20"/>
          <w:szCs w:val="20"/>
        </w:rPr>
        <w:t>pedepsește</w:t>
      </w:r>
      <w:proofErr w:type="spellEnd"/>
      <w:r w:rsidRPr="00D51051">
        <w:rPr>
          <w:bCs/>
          <w:i/>
          <w:iCs/>
          <w:sz w:val="20"/>
          <w:szCs w:val="20"/>
        </w:rPr>
        <w:t xml:space="preserve"> conform </w:t>
      </w:r>
      <w:proofErr w:type="spellStart"/>
      <w:r w:rsidRPr="00D51051">
        <w:rPr>
          <w:bCs/>
          <w:i/>
          <w:iCs/>
          <w:sz w:val="20"/>
          <w:szCs w:val="20"/>
        </w:rPr>
        <w:t>legii</w:t>
      </w:r>
      <w:proofErr w:type="spellEnd"/>
      <w:r w:rsidRPr="00D51051">
        <w:rPr>
          <w:bCs/>
          <w:i/>
          <w:iCs/>
          <w:sz w:val="20"/>
          <w:szCs w:val="20"/>
        </w:rPr>
        <w:t>.</w:t>
      </w:r>
    </w:p>
    <w:p w14:paraId="3BAD37C2" w14:textId="77777777" w:rsidR="003C16D2" w:rsidRPr="00D51051" w:rsidRDefault="003C16D2" w:rsidP="003C16D2">
      <w:pPr>
        <w:spacing w:after="60"/>
        <w:ind w:firstLine="720"/>
        <w:jc w:val="both"/>
        <w:rPr>
          <w:rFonts w:cs="Times New Roman"/>
          <w:b/>
          <w:i/>
          <w:iCs/>
          <w:sz w:val="20"/>
          <w:szCs w:val="20"/>
        </w:rPr>
      </w:pPr>
      <w:r w:rsidRPr="00D51051">
        <w:rPr>
          <w:rFonts w:cs="Times New Roman"/>
          <w:b/>
          <w:i/>
          <w:iCs/>
          <w:sz w:val="20"/>
          <w:szCs w:val="20"/>
        </w:rPr>
        <w:t xml:space="preserve">Prin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prezenta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declar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am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fost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informat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/ă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datele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cu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caracter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personal sunt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prelucrate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în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scopul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și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pentru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îndeplinirea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atribuțiilor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legale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ale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instituției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. Am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luat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la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cunoștiință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informațiile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din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cererea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depusă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și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din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actele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anexate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la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aceasta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vor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fi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prelucrate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de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către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Primăria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Comunei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Cristian, cu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respectarea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prevederilor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D51051">
        <w:rPr>
          <w:rFonts w:cs="Times New Roman"/>
          <w:b/>
          <w:i/>
          <w:iCs/>
          <w:sz w:val="20"/>
          <w:szCs w:val="20"/>
        </w:rPr>
        <w:t>Regulamentului</w:t>
      </w:r>
      <w:proofErr w:type="spellEnd"/>
      <w:r w:rsidRPr="00D51051">
        <w:rPr>
          <w:rFonts w:cs="Times New Roman"/>
          <w:b/>
          <w:i/>
          <w:iCs/>
          <w:sz w:val="20"/>
          <w:szCs w:val="20"/>
        </w:rPr>
        <w:t xml:space="preserve"> (UE) 679/2016.</w:t>
      </w:r>
    </w:p>
    <w:p w14:paraId="7F40D22F" w14:textId="77777777" w:rsidR="003C16D2" w:rsidRPr="00D51051" w:rsidRDefault="003C16D2" w:rsidP="003C16D2">
      <w:pPr>
        <w:tabs>
          <w:tab w:val="left" w:pos="935"/>
          <w:tab w:val="left" w:pos="1122"/>
          <w:tab w:val="left" w:pos="1309"/>
        </w:tabs>
        <w:jc w:val="both"/>
        <w:rPr>
          <w:bCs/>
          <w:i/>
          <w:iCs/>
          <w:sz w:val="20"/>
          <w:szCs w:val="20"/>
        </w:rPr>
      </w:pPr>
      <w:r w:rsidRPr="00D51051">
        <w:rPr>
          <w:bCs/>
          <w:i/>
          <w:iCs/>
          <w:sz w:val="20"/>
          <w:szCs w:val="20"/>
        </w:rPr>
        <w:t xml:space="preserve">Data ........, </w:t>
      </w:r>
      <w:r w:rsidRPr="00D51051">
        <w:rPr>
          <w:bCs/>
          <w:i/>
          <w:iCs/>
          <w:sz w:val="20"/>
          <w:szCs w:val="20"/>
        </w:rPr>
        <w:tab/>
      </w:r>
      <w:r w:rsidRPr="00D51051">
        <w:rPr>
          <w:bCs/>
          <w:i/>
          <w:iCs/>
          <w:sz w:val="20"/>
          <w:szCs w:val="20"/>
        </w:rPr>
        <w:tab/>
      </w:r>
      <w:r w:rsidRPr="00D51051">
        <w:rPr>
          <w:bCs/>
          <w:i/>
          <w:iCs/>
          <w:sz w:val="20"/>
          <w:szCs w:val="20"/>
        </w:rPr>
        <w:tab/>
      </w:r>
      <w:r w:rsidRPr="00D51051">
        <w:rPr>
          <w:bCs/>
          <w:i/>
          <w:iCs/>
          <w:sz w:val="20"/>
          <w:szCs w:val="20"/>
        </w:rPr>
        <w:tab/>
      </w:r>
      <w:r w:rsidRPr="00D51051">
        <w:rPr>
          <w:bCs/>
          <w:i/>
          <w:iCs/>
          <w:sz w:val="20"/>
          <w:szCs w:val="20"/>
        </w:rPr>
        <w:tab/>
      </w:r>
      <w:r w:rsidRPr="00D51051">
        <w:rPr>
          <w:bCs/>
          <w:i/>
          <w:iCs/>
          <w:sz w:val="20"/>
          <w:szCs w:val="20"/>
        </w:rPr>
        <w:tab/>
      </w:r>
      <w:r w:rsidRPr="00D51051">
        <w:rPr>
          <w:bCs/>
          <w:i/>
          <w:iCs/>
          <w:sz w:val="20"/>
          <w:szCs w:val="20"/>
        </w:rPr>
        <w:tab/>
      </w:r>
      <w:r w:rsidRPr="00D51051">
        <w:rPr>
          <w:bCs/>
          <w:i/>
          <w:iCs/>
          <w:sz w:val="20"/>
          <w:szCs w:val="20"/>
        </w:rPr>
        <w:tab/>
      </w:r>
      <w:r w:rsidRPr="00D51051">
        <w:rPr>
          <w:bCs/>
          <w:i/>
          <w:iCs/>
          <w:sz w:val="20"/>
          <w:szCs w:val="20"/>
        </w:rPr>
        <w:tab/>
      </w:r>
      <w:r w:rsidRPr="00D51051">
        <w:rPr>
          <w:bCs/>
          <w:i/>
          <w:iCs/>
          <w:sz w:val="20"/>
          <w:szCs w:val="20"/>
        </w:rPr>
        <w:tab/>
        <w:t xml:space="preserve"> </w:t>
      </w:r>
      <w:r w:rsidRPr="00D51051">
        <w:rPr>
          <w:bCs/>
          <w:i/>
          <w:iCs/>
          <w:sz w:val="20"/>
          <w:szCs w:val="20"/>
        </w:rPr>
        <w:sym w:font="Wingdings" w:char="F03F"/>
      </w:r>
      <w:r w:rsidRPr="00D51051">
        <w:rPr>
          <w:bCs/>
          <w:i/>
          <w:iCs/>
          <w:sz w:val="20"/>
          <w:szCs w:val="20"/>
        </w:rPr>
        <w:t xml:space="preserve"> ................................</w:t>
      </w:r>
      <w:r w:rsidRPr="00D51051">
        <w:rPr>
          <w:bCs/>
          <w:i/>
          <w:iCs/>
          <w:sz w:val="20"/>
          <w:szCs w:val="20"/>
          <w:vertAlign w:val="superscript"/>
        </w:rPr>
        <w:t>3</w:t>
      </w:r>
      <w:r w:rsidRPr="00D51051">
        <w:rPr>
          <w:bCs/>
          <w:i/>
          <w:iCs/>
          <w:sz w:val="20"/>
          <w:szCs w:val="20"/>
        </w:rPr>
        <w:t xml:space="preserve"> </w:t>
      </w:r>
    </w:p>
    <w:p w14:paraId="74CC4491" w14:textId="77777777" w:rsidR="003C16D2" w:rsidRPr="00A73A85" w:rsidRDefault="003C16D2" w:rsidP="003C16D2">
      <w:pPr>
        <w:tabs>
          <w:tab w:val="left" w:pos="935"/>
          <w:tab w:val="left" w:pos="1122"/>
          <w:tab w:val="left" w:pos="1309"/>
        </w:tabs>
        <w:jc w:val="both"/>
        <w:rPr>
          <w:bCs/>
          <w:i/>
          <w:iCs/>
          <w:sz w:val="24"/>
          <w:szCs w:val="24"/>
        </w:rPr>
      </w:pPr>
    </w:p>
    <w:p w14:paraId="5B6F534E" w14:textId="77777777" w:rsidR="003C16D2" w:rsidRPr="00D51051" w:rsidRDefault="003C16D2" w:rsidP="003C16D2">
      <w:pPr>
        <w:tabs>
          <w:tab w:val="left" w:pos="935"/>
          <w:tab w:val="left" w:pos="1122"/>
          <w:tab w:val="left" w:pos="1309"/>
        </w:tabs>
        <w:jc w:val="both"/>
        <w:rPr>
          <w:bCs/>
          <w:sz w:val="14"/>
          <w:szCs w:val="14"/>
        </w:rPr>
      </w:pPr>
      <w:r w:rsidRPr="00D51051">
        <w:rPr>
          <w:bCs/>
          <w:sz w:val="14"/>
          <w:szCs w:val="14"/>
          <w:vertAlign w:val="superscript"/>
        </w:rPr>
        <w:t>1</w:t>
      </w:r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Prenumele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și</w:t>
      </w:r>
      <w:proofErr w:type="spellEnd"/>
      <w:r w:rsidRPr="00D51051">
        <w:rPr>
          <w:bCs/>
          <w:sz w:val="14"/>
          <w:szCs w:val="14"/>
        </w:rPr>
        <w:t xml:space="preserve"> NUMELE, </w:t>
      </w:r>
      <w:proofErr w:type="spellStart"/>
      <w:r w:rsidRPr="00D51051">
        <w:rPr>
          <w:bCs/>
          <w:sz w:val="14"/>
          <w:szCs w:val="14"/>
        </w:rPr>
        <w:t>în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clar</w:t>
      </w:r>
      <w:proofErr w:type="spellEnd"/>
      <w:r w:rsidRPr="00D51051">
        <w:rPr>
          <w:bCs/>
          <w:sz w:val="14"/>
          <w:szCs w:val="14"/>
        </w:rPr>
        <w:t xml:space="preserve">. </w:t>
      </w:r>
      <w:r w:rsidRPr="00D51051">
        <w:rPr>
          <w:bCs/>
          <w:sz w:val="14"/>
          <w:szCs w:val="14"/>
          <w:vertAlign w:val="superscript"/>
        </w:rPr>
        <w:t>2</w:t>
      </w:r>
      <w:r w:rsidRPr="00D51051">
        <w:rPr>
          <w:bCs/>
          <w:sz w:val="14"/>
          <w:szCs w:val="14"/>
        </w:rPr>
        <w:t xml:space="preserve">Potrivit </w:t>
      </w:r>
      <w:proofErr w:type="spellStart"/>
      <w:r w:rsidRPr="00D51051">
        <w:rPr>
          <w:bCs/>
          <w:sz w:val="14"/>
          <w:szCs w:val="14"/>
        </w:rPr>
        <w:t>datelor</w:t>
      </w:r>
      <w:proofErr w:type="spellEnd"/>
      <w:r w:rsidRPr="00D51051">
        <w:rPr>
          <w:bCs/>
          <w:sz w:val="14"/>
          <w:szCs w:val="14"/>
        </w:rPr>
        <w:t xml:space="preserve"> din </w:t>
      </w:r>
      <w:proofErr w:type="spellStart"/>
      <w:r w:rsidRPr="00D51051">
        <w:rPr>
          <w:bCs/>
          <w:sz w:val="14"/>
          <w:szCs w:val="14"/>
        </w:rPr>
        <w:t>actul</w:t>
      </w:r>
      <w:proofErr w:type="spellEnd"/>
      <w:r w:rsidRPr="00D51051">
        <w:rPr>
          <w:bCs/>
          <w:sz w:val="14"/>
          <w:szCs w:val="14"/>
        </w:rPr>
        <w:t xml:space="preserve"> de </w:t>
      </w:r>
      <w:proofErr w:type="spellStart"/>
      <w:r w:rsidRPr="00D51051">
        <w:rPr>
          <w:bCs/>
          <w:sz w:val="14"/>
          <w:szCs w:val="14"/>
        </w:rPr>
        <w:t>identitate</w:t>
      </w:r>
      <w:proofErr w:type="spellEnd"/>
      <w:r w:rsidRPr="00D51051">
        <w:rPr>
          <w:bCs/>
          <w:sz w:val="14"/>
          <w:szCs w:val="14"/>
        </w:rPr>
        <w:t>;</w:t>
      </w:r>
    </w:p>
    <w:p w14:paraId="58DBAF13" w14:textId="77777777" w:rsidR="003C16D2" w:rsidRPr="00D51051" w:rsidRDefault="003C16D2" w:rsidP="003C16D2">
      <w:pPr>
        <w:tabs>
          <w:tab w:val="left" w:pos="935"/>
          <w:tab w:val="left" w:pos="1122"/>
          <w:tab w:val="left" w:pos="1309"/>
        </w:tabs>
        <w:jc w:val="both"/>
        <w:rPr>
          <w:bCs/>
          <w:sz w:val="14"/>
          <w:szCs w:val="14"/>
        </w:rPr>
      </w:pPr>
      <w:r w:rsidRPr="00D51051">
        <w:rPr>
          <w:bCs/>
          <w:sz w:val="14"/>
          <w:szCs w:val="14"/>
          <w:vertAlign w:val="superscript"/>
        </w:rPr>
        <w:t>3</w:t>
      </w:r>
      <w:r w:rsidRPr="00D51051">
        <w:rPr>
          <w:bCs/>
          <w:sz w:val="14"/>
          <w:szCs w:val="14"/>
        </w:rPr>
        <w:t xml:space="preserve">Prin </w:t>
      </w:r>
      <w:proofErr w:type="spellStart"/>
      <w:r w:rsidRPr="00D51051">
        <w:rPr>
          <w:bCs/>
          <w:sz w:val="14"/>
          <w:szCs w:val="14"/>
        </w:rPr>
        <w:t>semnare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consimt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și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prelucrarea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datelor</w:t>
      </w:r>
      <w:proofErr w:type="spellEnd"/>
      <w:r w:rsidRPr="00D51051">
        <w:rPr>
          <w:bCs/>
          <w:sz w:val="14"/>
          <w:szCs w:val="14"/>
        </w:rPr>
        <w:t xml:space="preserve"> cu </w:t>
      </w:r>
      <w:proofErr w:type="spellStart"/>
      <w:r w:rsidRPr="00D51051">
        <w:rPr>
          <w:bCs/>
          <w:sz w:val="14"/>
          <w:szCs w:val="14"/>
        </w:rPr>
        <w:t>caracter</w:t>
      </w:r>
      <w:proofErr w:type="spellEnd"/>
      <w:r w:rsidRPr="00D51051">
        <w:rPr>
          <w:bCs/>
          <w:sz w:val="14"/>
          <w:szCs w:val="14"/>
        </w:rPr>
        <w:t xml:space="preserve"> personal.</w:t>
      </w:r>
    </w:p>
    <w:p w14:paraId="7ED860A3" w14:textId="77777777" w:rsidR="003C16D2" w:rsidRPr="00F83523" w:rsidRDefault="003C16D2" w:rsidP="003C16D2">
      <w:pPr>
        <w:tabs>
          <w:tab w:val="left" w:pos="935"/>
          <w:tab w:val="left" w:pos="1122"/>
          <w:tab w:val="left" w:pos="1309"/>
        </w:tabs>
        <w:jc w:val="both"/>
        <w:rPr>
          <w:bCs/>
          <w:sz w:val="16"/>
          <w:szCs w:val="16"/>
        </w:rPr>
      </w:pPr>
    </w:p>
    <w:p w14:paraId="4E004D44" w14:textId="77777777" w:rsidR="003C16D2" w:rsidRPr="00F83523" w:rsidRDefault="003C16D2" w:rsidP="003C16D2">
      <w:pPr>
        <w:jc w:val="both"/>
        <w:rPr>
          <w:sz w:val="16"/>
          <w:szCs w:val="16"/>
        </w:rPr>
      </w:pPr>
      <w:r w:rsidRPr="00F83523">
        <w:rPr>
          <w:b/>
          <w:sz w:val="16"/>
          <w:szCs w:val="16"/>
        </w:rPr>
        <w:t xml:space="preserve">FOARTE IMPORTANT: </w:t>
      </w:r>
      <w:proofErr w:type="spellStart"/>
      <w:r w:rsidRPr="00F83523">
        <w:rPr>
          <w:b/>
          <w:sz w:val="16"/>
          <w:szCs w:val="16"/>
        </w:rPr>
        <w:t>Potrivit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prevederilor</w:t>
      </w:r>
      <w:proofErr w:type="spellEnd"/>
      <w:r w:rsidRPr="00F83523">
        <w:rPr>
          <w:b/>
          <w:sz w:val="16"/>
          <w:szCs w:val="16"/>
        </w:rPr>
        <w:t xml:space="preserve"> art. 1 </w:t>
      </w:r>
      <w:proofErr w:type="spellStart"/>
      <w:r w:rsidRPr="00F83523">
        <w:rPr>
          <w:b/>
          <w:sz w:val="16"/>
          <w:szCs w:val="16"/>
        </w:rPr>
        <w:t>alin</w:t>
      </w:r>
      <w:proofErr w:type="spellEnd"/>
      <w:r w:rsidRPr="00F83523">
        <w:rPr>
          <w:b/>
          <w:sz w:val="16"/>
          <w:szCs w:val="16"/>
        </w:rPr>
        <w:t xml:space="preserve">. (1) din </w:t>
      </w:r>
      <w:proofErr w:type="spellStart"/>
      <w:r w:rsidRPr="00F83523">
        <w:rPr>
          <w:b/>
          <w:sz w:val="16"/>
          <w:szCs w:val="16"/>
        </w:rPr>
        <w:t>Legea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contenciosului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administrativ</w:t>
      </w:r>
      <w:proofErr w:type="spellEnd"/>
      <w:r w:rsidRPr="00F83523">
        <w:rPr>
          <w:b/>
          <w:sz w:val="16"/>
          <w:szCs w:val="16"/>
        </w:rPr>
        <w:t xml:space="preserve"> nr. 554/2004, cu </w:t>
      </w:r>
      <w:proofErr w:type="spellStart"/>
      <w:r w:rsidRPr="00F83523">
        <w:rPr>
          <w:b/>
          <w:sz w:val="16"/>
          <w:szCs w:val="16"/>
        </w:rPr>
        <w:t>modificările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și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completările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ulterioare</w:t>
      </w:r>
      <w:proofErr w:type="spellEnd"/>
      <w:r w:rsidRPr="00F83523">
        <w:rPr>
          <w:b/>
          <w:sz w:val="16"/>
          <w:szCs w:val="16"/>
        </w:rPr>
        <w:t xml:space="preserve">: </w:t>
      </w:r>
      <w:proofErr w:type="spellStart"/>
      <w:r w:rsidRPr="00F83523">
        <w:rPr>
          <w:b/>
          <w:sz w:val="16"/>
          <w:szCs w:val="16"/>
        </w:rPr>
        <w:t>Petentul</w:t>
      </w:r>
      <w:proofErr w:type="spellEnd"/>
      <w:r w:rsidRPr="00F83523">
        <w:rPr>
          <w:b/>
          <w:sz w:val="16"/>
          <w:szCs w:val="16"/>
        </w:rPr>
        <w:t xml:space="preserve"> care se </w:t>
      </w:r>
      <w:proofErr w:type="spellStart"/>
      <w:r w:rsidRPr="00F83523">
        <w:rPr>
          <w:b/>
          <w:sz w:val="16"/>
          <w:szCs w:val="16"/>
        </w:rPr>
        <w:t>consideră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vătămat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într</w:t>
      </w:r>
      <w:proofErr w:type="spellEnd"/>
      <w:r w:rsidRPr="00F83523">
        <w:rPr>
          <w:b/>
          <w:sz w:val="16"/>
          <w:szCs w:val="16"/>
        </w:rPr>
        <w:t xml:space="preserve">-un </w:t>
      </w:r>
      <w:proofErr w:type="spellStart"/>
      <w:r w:rsidRPr="00F83523">
        <w:rPr>
          <w:b/>
          <w:sz w:val="16"/>
          <w:szCs w:val="16"/>
        </w:rPr>
        <w:t>drept</w:t>
      </w:r>
      <w:proofErr w:type="spellEnd"/>
      <w:r w:rsidRPr="00F83523">
        <w:rPr>
          <w:b/>
          <w:sz w:val="16"/>
          <w:szCs w:val="16"/>
        </w:rPr>
        <w:t xml:space="preserve"> al </w:t>
      </w:r>
      <w:proofErr w:type="spellStart"/>
      <w:r w:rsidRPr="00F83523">
        <w:rPr>
          <w:b/>
          <w:sz w:val="16"/>
          <w:szCs w:val="16"/>
        </w:rPr>
        <w:t>său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ori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într</w:t>
      </w:r>
      <w:proofErr w:type="spellEnd"/>
      <w:r w:rsidRPr="00F83523">
        <w:rPr>
          <w:b/>
          <w:sz w:val="16"/>
          <w:szCs w:val="16"/>
        </w:rPr>
        <w:t xml:space="preserve">-un </w:t>
      </w:r>
      <w:proofErr w:type="spellStart"/>
      <w:r w:rsidRPr="00F83523">
        <w:rPr>
          <w:b/>
          <w:sz w:val="16"/>
          <w:szCs w:val="16"/>
        </w:rPr>
        <w:t>interes</w:t>
      </w:r>
      <w:proofErr w:type="spellEnd"/>
      <w:r w:rsidRPr="00F83523">
        <w:rPr>
          <w:b/>
          <w:sz w:val="16"/>
          <w:szCs w:val="16"/>
        </w:rPr>
        <w:t xml:space="preserve"> legitim </w:t>
      </w:r>
      <w:proofErr w:type="spellStart"/>
      <w:r w:rsidRPr="00F83523">
        <w:rPr>
          <w:b/>
          <w:sz w:val="16"/>
          <w:szCs w:val="16"/>
        </w:rPr>
        <w:t>prin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solicitarea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acestei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declarații</w:t>
      </w:r>
      <w:proofErr w:type="spellEnd"/>
      <w:r w:rsidRPr="00F83523">
        <w:rPr>
          <w:b/>
          <w:sz w:val="16"/>
          <w:szCs w:val="16"/>
        </w:rPr>
        <w:t xml:space="preserve">, se </w:t>
      </w:r>
      <w:proofErr w:type="spellStart"/>
      <w:r w:rsidRPr="00F83523">
        <w:rPr>
          <w:b/>
          <w:sz w:val="16"/>
          <w:szCs w:val="16"/>
        </w:rPr>
        <w:t>poate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adresa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instanței</w:t>
      </w:r>
      <w:proofErr w:type="spellEnd"/>
      <w:r w:rsidRPr="00F83523">
        <w:rPr>
          <w:b/>
          <w:sz w:val="16"/>
          <w:szCs w:val="16"/>
        </w:rPr>
        <w:t xml:space="preserve"> de </w:t>
      </w:r>
      <w:proofErr w:type="spellStart"/>
      <w:r w:rsidRPr="00F83523">
        <w:rPr>
          <w:b/>
          <w:sz w:val="16"/>
          <w:szCs w:val="16"/>
        </w:rPr>
        <w:t>contencios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administrativ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competente</w:t>
      </w:r>
      <w:proofErr w:type="spellEnd"/>
      <w:r w:rsidRPr="00F83523">
        <w:rPr>
          <w:b/>
          <w:sz w:val="16"/>
          <w:szCs w:val="16"/>
        </w:rPr>
        <w:t>.</w:t>
      </w:r>
      <w:bookmarkEnd w:id="0"/>
    </w:p>
    <w:p w14:paraId="53AB5D08" w14:textId="77777777" w:rsidR="003C16D2" w:rsidRDefault="003C16D2">
      <w:pPr>
        <w:spacing w:line="168" w:lineRule="auto"/>
      </w:pPr>
    </w:p>
    <w:sectPr w:rsidR="003C16D2" w:rsidSect="00034616"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28851" w14:textId="77777777" w:rsidR="00280790" w:rsidRDefault="00280790">
      <w:r>
        <w:separator/>
      </w:r>
    </w:p>
  </w:endnote>
  <w:endnote w:type="continuationSeparator" w:id="0">
    <w:p w14:paraId="19296EED" w14:textId="77777777" w:rsidR="00280790" w:rsidRDefault="00280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oudyOlSt BT">
    <w:altName w:val="Georgia"/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A959F" w14:textId="77777777" w:rsidR="00377113" w:rsidRDefault="00000000">
    <w:pPr>
      <w:pStyle w:val="Footer"/>
      <w:tabs>
        <w:tab w:val="right" w:pos="9639"/>
      </w:tabs>
    </w:pPr>
    <w:r>
      <w:rPr>
        <w:color w:val="595959"/>
      </w:rPr>
      <w:t xml:space="preserve">F_CU_03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FD6CD" w14:textId="77777777" w:rsidR="00280790" w:rsidRDefault="00280790">
      <w:r>
        <w:separator/>
      </w:r>
    </w:p>
  </w:footnote>
  <w:footnote w:type="continuationSeparator" w:id="0">
    <w:p w14:paraId="2CE3F79F" w14:textId="77777777" w:rsidR="00280790" w:rsidRDefault="002807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6464934">
    <w:abstractNumId w:val="8"/>
  </w:num>
  <w:num w:numId="2" w16cid:durableId="120267155">
    <w:abstractNumId w:val="6"/>
  </w:num>
  <w:num w:numId="3" w16cid:durableId="1421946025">
    <w:abstractNumId w:val="5"/>
  </w:num>
  <w:num w:numId="4" w16cid:durableId="75251532">
    <w:abstractNumId w:val="4"/>
  </w:num>
  <w:num w:numId="5" w16cid:durableId="742339271">
    <w:abstractNumId w:val="7"/>
  </w:num>
  <w:num w:numId="6" w16cid:durableId="488985948">
    <w:abstractNumId w:val="3"/>
  </w:num>
  <w:num w:numId="7" w16cid:durableId="904994438">
    <w:abstractNumId w:val="2"/>
  </w:num>
  <w:num w:numId="8" w16cid:durableId="372006337">
    <w:abstractNumId w:val="1"/>
  </w:num>
  <w:num w:numId="9" w16cid:durableId="58211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412"/>
    <w:rsid w:val="00034616"/>
    <w:rsid w:val="0006063C"/>
    <w:rsid w:val="00143FD0"/>
    <w:rsid w:val="0015074B"/>
    <w:rsid w:val="00200236"/>
    <w:rsid w:val="00280790"/>
    <w:rsid w:val="0029639D"/>
    <w:rsid w:val="00326F90"/>
    <w:rsid w:val="00343BBA"/>
    <w:rsid w:val="00377113"/>
    <w:rsid w:val="003C16D2"/>
    <w:rsid w:val="00671DDD"/>
    <w:rsid w:val="006C103E"/>
    <w:rsid w:val="00730580"/>
    <w:rsid w:val="008131AD"/>
    <w:rsid w:val="00976061"/>
    <w:rsid w:val="00AA1D8D"/>
    <w:rsid w:val="00AA5EBE"/>
    <w:rsid w:val="00B47730"/>
    <w:rsid w:val="00CB0664"/>
    <w:rsid w:val="00CD60E9"/>
    <w:rsid w:val="00EB773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D59A43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rsid w:val="00671DD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egistratura@primariacristian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gistratura@primariacristian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702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Atanasoaie Maria</dc:creator>
  <cp:keywords/>
  <cp:lastModifiedBy>mihaela arhitect</cp:lastModifiedBy>
  <cp:revision>5</cp:revision>
  <cp:lastPrinted>2026-08-31T08:05:00Z</cp:lastPrinted>
  <dcterms:created xsi:type="dcterms:W3CDTF">2026-08-31T07:32:00Z</dcterms:created>
  <dcterms:modified xsi:type="dcterms:W3CDTF">2026-08-31T08:34:00Z</dcterms:modified>
  <cp:category/>
</cp:coreProperties>
</file>