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44787667" w:rsidR="00BD4241" w:rsidRDefault="00F93EE2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9264" behindDoc="1" locked="0" layoutInCell="1" allowOverlap="1" wp14:anchorId="5C632DC6" wp14:editId="6DAA2233">
                  <wp:simplePos x="0" y="0"/>
                  <wp:positionH relativeFrom="margin">
                    <wp:posOffset>148590</wp:posOffset>
                  </wp:positionH>
                  <wp:positionV relativeFrom="paragraph">
                    <wp:posOffset>-819150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7682EEA7" w:rsidR="00BD4241" w:rsidRDefault="00F93EE2">
            <w:pPr>
              <w:keepNext/>
            </w:pPr>
            <w:r w:rsidRPr="00C16509">
              <w:rPr>
                <w:b/>
                <w:sz w:val="22"/>
              </w:rPr>
              <w:t>BRAŞOV</w:t>
            </w: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529F8B8" w14:textId="76F06EFA" w:rsidR="00BD4241" w:rsidRPr="00F93EE2" w:rsidRDefault="00F93EE2" w:rsidP="00F93EE2">
            <w:pPr>
              <w:tabs>
                <w:tab w:val="center" w:pos="4513"/>
                <w:tab w:val="right" w:pos="9026"/>
              </w:tabs>
              <w:jc w:val="center"/>
              <w:rPr>
                <w:b/>
                <w:sz w:val="24"/>
                <w:szCs w:val="24"/>
              </w:rPr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6E65A3CE" w:rsidR="00BD4241" w:rsidRPr="00A256C2" w:rsidRDefault="00F93EE2">
            <w:pPr>
              <w:keepNext/>
              <w:rPr>
                <w:lang w:val="fr-FR"/>
              </w:rPr>
            </w:pPr>
            <w:r w:rsidRPr="00C51A51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DC57526" w14:textId="77777777" w:rsidR="00F93EE2" w:rsidRPr="00F93EE2" w:rsidRDefault="00F93EE2" w:rsidP="00F93EE2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 w:rsidRPr="00F93EE2">
              <w:rPr>
                <w:sz w:val="16"/>
                <w:szCs w:val="16"/>
              </w:rPr>
              <w:t xml:space="preserve">Strada </w:t>
            </w:r>
            <w:proofErr w:type="spellStart"/>
            <w:r w:rsidRPr="00F93EE2">
              <w:rPr>
                <w:sz w:val="16"/>
                <w:szCs w:val="16"/>
              </w:rPr>
              <w:t>Piața</w:t>
            </w:r>
            <w:proofErr w:type="spellEnd"/>
            <w:r w:rsidRPr="00F93EE2">
              <w:rPr>
                <w:sz w:val="16"/>
                <w:szCs w:val="16"/>
              </w:rPr>
              <w:t xml:space="preserve"> </w:t>
            </w:r>
            <w:proofErr w:type="spellStart"/>
            <w:r w:rsidRPr="00F93EE2">
              <w:rPr>
                <w:sz w:val="16"/>
                <w:szCs w:val="16"/>
              </w:rPr>
              <w:t>Libertății</w:t>
            </w:r>
            <w:proofErr w:type="spellEnd"/>
            <w:r w:rsidRPr="00F93EE2">
              <w:rPr>
                <w:sz w:val="16"/>
                <w:szCs w:val="16"/>
              </w:rPr>
              <w:t xml:space="preserve"> nr. 1, tel.: 0268/257376, </w:t>
            </w:r>
          </w:p>
          <w:p w14:paraId="72B93E2A" w14:textId="33B27E2A" w:rsidR="00BD4241" w:rsidRDefault="00F93EE2" w:rsidP="00F93EE2">
            <w:pPr>
              <w:keepNext/>
            </w:pPr>
            <w:r w:rsidRPr="00F93EE2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9" w:history="1">
              <w:r w:rsidRPr="00F93EE2">
                <w:rPr>
                  <w:rStyle w:val="Hyperlink"/>
                  <w:rFonts w:ascii="GoudyOlSt BT" w:hAnsi="GoudyOlSt BT"/>
                  <w:color w:val="auto"/>
                  <w:sz w:val="16"/>
                  <w:szCs w:val="16"/>
                  <w:u w:val="none"/>
                </w:rPr>
                <w:t>registratura@primariacristian.ro</w:t>
              </w:r>
            </w:hyperlink>
            <w:r w:rsidRPr="00F93EE2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F93EE2">
              <w:rPr>
                <w:rFonts w:ascii="GoudyOlSt BT" w:hAnsi="GoudyOlSt BT"/>
                <w:sz w:val="16"/>
                <w:szCs w:val="16"/>
              </w:rPr>
              <w:t>www.primariacristian.ro</w:t>
            </w:r>
            <w:r>
              <w:t xml:space="preserve"> 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1CA5657F" w14:textId="2D6E74FB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F93EE2">
              <w:rPr>
                <w:b/>
                <w:color w:val="0D5F78"/>
                <w:lang w:val="fr-FR"/>
              </w:rPr>
              <w:t xml:space="preserve"> 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018A7E08" w:rsidR="00BD4241" w:rsidRPr="00A256C2" w:rsidRDefault="00F93EE2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5E495B4" w:rsidR="00BD4241" w:rsidRDefault="00F93EE2">
            <w:pPr>
              <w:keepNext/>
            </w:pPr>
            <w:r w:rsidRPr="00B044FB">
              <w:rPr>
                <w:b/>
                <w:sz w:val="20"/>
                <w:szCs w:val="20"/>
              </w:rPr>
              <w:t>BRAŞOV</w:t>
            </w: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4B55BDBA" w:rsidR="00BD4241" w:rsidRDefault="00F93EE2">
            <w:pPr>
              <w:keepNext/>
            </w:pPr>
            <w:r w:rsidRPr="00B044FB">
              <w:rPr>
                <w:b/>
                <w:sz w:val="20"/>
                <w:szCs w:val="20"/>
              </w:rPr>
              <w:t>CRISTIAN</w:t>
            </w: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5FBC637B" w:rsidR="00BD4241" w:rsidRDefault="00F93EE2">
            <w:pPr>
              <w:keepNext/>
            </w:pPr>
            <w:r w:rsidRPr="00B044FB">
              <w:rPr>
                <w:b/>
                <w:sz w:val="20"/>
                <w:szCs w:val="20"/>
              </w:rPr>
              <w:t>CRISTIAN</w:t>
            </w: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urbanism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  B.3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p w14:paraId="0089CE3A" w14:textId="77777777" w:rsidR="00F93EE2" w:rsidRDefault="00F93EE2">
      <w:pPr>
        <w:spacing w:line="168" w:lineRule="auto"/>
      </w:pPr>
    </w:p>
    <w:p w14:paraId="3FE587BD" w14:textId="77777777" w:rsidR="00F83523" w:rsidRPr="00F83523" w:rsidRDefault="00F83523" w:rsidP="00F83523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bookmarkStart w:id="0" w:name="_Hlk239066132"/>
      <w:r w:rsidRPr="00F83523">
        <w:rPr>
          <w:rFonts w:ascii="Arial" w:hAnsi="Arial" w:cs="Arial"/>
          <w:b/>
          <w:sz w:val="16"/>
          <w:szCs w:val="16"/>
        </w:rPr>
        <w:t>NOTĂ DE INFORMARE</w:t>
      </w:r>
    </w:p>
    <w:p w14:paraId="6D990584" w14:textId="7EFFB9D4" w:rsidR="00F83523" w:rsidRPr="00F83523" w:rsidRDefault="00F83523" w:rsidP="00F83523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Comunei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Cristian</w:t>
      </w:r>
    </w:p>
    <w:p w14:paraId="2FD3484C" w14:textId="76EB3F2A" w:rsidR="00F83523" w:rsidRDefault="00F83523" w:rsidP="00F83523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Comunei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Cristian, </w:t>
      </w:r>
      <w:proofErr w:type="spellStart"/>
      <w:r w:rsidRPr="00F83523">
        <w:rPr>
          <w:rFonts w:cs="Times New Roman"/>
          <w:bCs/>
          <w:sz w:val="18"/>
          <w:szCs w:val="18"/>
        </w:rPr>
        <w:t>județul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Brașov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destinate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  <w:r w:rsidRPr="00F83523">
        <w:rPr>
          <w:rFonts w:cs="Times New Roman"/>
          <w:bCs/>
          <w:sz w:val="18"/>
          <w:szCs w:val="18"/>
        </w:rPr>
        <w:t xml:space="preserve"> </w:t>
      </w:r>
      <w:r w:rsidRPr="00F83523">
        <w:rPr>
          <w:rFonts w:cs="Times New Roman"/>
          <w:bCs/>
          <w:sz w:val="18"/>
          <w:szCs w:val="18"/>
        </w:rPr>
        <w:t xml:space="preserve">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ne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destinate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care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  <w:r w:rsidRPr="00F83523">
        <w:rPr>
          <w:rFonts w:cs="Times New Roman"/>
          <w:bCs/>
          <w:sz w:val="18"/>
          <w:szCs w:val="18"/>
        </w:rPr>
        <w:t xml:space="preserve"> </w:t>
      </w:r>
      <w:r w:rsidRPr="00F83523">
        <w:rPr>
          <w:rFonts w:cs="Times New Roman"/>
          <w:bCs/>
          <w:sz w:val="18"/>
          <w:szCs w:val="18"/>
        </w:rPr>
        <w:t xml:space="preserve">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libera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gramStart"/>
      <w:r w:rsidRPr="00F83523">
        <w:rPr>
          <w:rFonts w:cs="Times New Roman"/>
          <w:bCs/>
          <w:sz w:val="18"/>
          <w:szCs w:val="18"/>
        </w:rPr>
        <w:t>a</w:t>
      </w:r>
      <w:proofErr w:type="gram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 </w:t>
      </w:r>
      <w:hyperlink r:id="rId10" w:history="1">
        <w:r w:rsidRPr="00F83523">
          <w:rPr>
            <w:rStyle w:val="Hyperlink"/>
            <w:rFonts w:cs="Times New Roman"/>
            <w:bCs/>
            <w:sz w:val="18"/>
            <w:szCs w:val="18"/>
          </w:rPr>
          <w:t>registratura@primariacristian.ro</w:t>
        </w:r>
      </w:hyperlink>
      <w:r w:rsidRPr="00F83523">
        <w:rPr>
          <w:rFonts w:cs="Times New Roman"/>
          <w:bCs/>
          <w:sz w:val="18"/>
          <w:szCs w:val="18"/>
        </w:rPr>
        <w:t xml:space="preserve">. 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sunt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1C97D871" w14:textId="77777777" w:rsidR="00D51051" w:rsidRPr="00F83523" w:rsidRDefault="00D51051" w:rsidP="00F83523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525D9D72" w14:textId="0AA97589" w:rsidR="00F83523" w:rsidRPr="00D51051" w:rsidRDefault="00F83523" w:rsidP="00F83523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D51051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1</w:t>
      </w:r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având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codul</w:t>
      </w:r>
      <w:proofErr w:type="spellEnd"/>
      <w:r w:rsidRPr="00D51051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D51051">
        <w:rPr>
          <w:bCs/>
          <w:i/>
          <w:iCs/>
          <w:sz w:val="20"/>
          <w:szCs w:val="20"/>
          <w:vertAlign w:val="superscript"/>
        </w:rPr>
        <w:t>1</w:t>
      </w:r>
      <w:r w:rsidRPr="00D51051">
        <w:rPr>
          <w:bCs/>
          <w:i/>
          <w:iCs/>
          <w:sz w:val="20"/>
          <w:szCs w:val="20"/>
        </w:rPr>
        <w:t xml:space="preserve">,  </w:t>
      </w:r>
      <w:proofErr w:type="spellStart"/>
      <w:r w:rsidRPr="00D51051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prin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</w:t>
      </w:r>
      <w:proofErr w:type="spellEnd"/>
      <w:r w:rsidRPr="00D51051">
        <w:rPr>
          <w:bCs/>
          <w:i/>
          <w:iCs/>
          <w:sz w:val="20"/>
          <w:szCs w:val="20"/>
        </w:rPr>
        <w:t xml:space="preserve"> pe propria </w:t>
      </w:r>
      <w:proofErr w:type="spellStart"/>
      <w:r w:rsidRPr="00D51051">
        <w:rPr>
          <w:bCs/>
          <w:i/>
          <w:iCs/>
          <w:sz w:val="20"/>
          <w:szCs w:val="20"/>
        </w:rPr>
        <w:t>răspundere</w:t>
      </w:r>
      <w:proofErr w:type="spellEnd"/>
      <w:r w:rsidRPr="00D51051">
        <w:rPr>
          <w:bCs/>
          <w:i/>
          <w:iCs/>
          <w:sz w:val="20"/>
          <w:szCs w:val="20"/>
        </w:rPr>
        <w:t xml:space="preserve">, </w:t>
      </w:r>
      <w:proofErr w:type="spellStart"/>
      <w:r w:rsidRPr="00D51051">
        <w:rPr>
          <w:bCs/>
          <w:i/>
          <w:iCs/>
          <w:sz w:val="20"/>
          <w:szCs w:val="20"/>
        </w:rPr>
        <w:t>că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toate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documentele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furnizate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și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consemnate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cerere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r w:rsidRPr="00D51051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D51051">
        <w:rPr>
          <w:b/>
          <w:bCs/>
          <w:i/>
          <w:iCs/>
          <w:sz w:val="20"/>
          <w:szCs w:val="20"/>
        </w:rPr>
        <w:t>corecte</w:t>
      </w:r>
      <w:proofErr w:type="spellEnd"/>
      <w:r w:rsidRPr="00D51051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/>
          <w:bCs/>
          <w:i/>
          <w:iCs/>
          <w:sz w:val="20"/>
          <w:szCs w:val="20"/>
        </w:rPr>
        <w:t>și</w:t>
      </w:r>
      <w:proofErr w:type="spellEnd"/>
      <w:r w:rsidRPr="00D51051">
        <w:rPr>
          <w:b/>
          <w:bCs/>
          <w:i/>
          <w:iCs/>
          <w:sz w:val="20"/>
          <w:szCs w:val="20"/>
        </w:rPr>
        <w:t xml:space="preserve"> complete</w:t>
      </w:r>
      <w:r w:rsidRPr="00D51051">
        <w:rPr>
          <w:bCs/>
          <w:i/>
          <w:iCs/>
          <w:sz w:val="20"/>
          <w:szCs w:val="20"/>
        </w:rPr>
        <w:t xml:space="preserve">. </w:t>
      </w:r>
      <w:proofErr w:type="spellStart"/>
      <w:r w:rsidRPr="00D51051">
        <w:rPr>
          <w:bCs/>
          <w:i/>
          <w:iCs/>
          <w:sz w:val="20"/>
          <w:szCs w:val="20"/>
        </w:rPr>
        <w:t>Înțeleg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că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omisiunea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sau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incorectitudinea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prezentarea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documentelor</w:t>
      </w:r>
      <w:proofErr w:type="spellEnd"/>
      <w:r w:rsidRPr="00D51051">
        <w:rPr>
          <w:bCs/>
          <w:i/>
          <w:iCs/>
          <w:sz w:val="20"/>
          <w:szCs w:val="20"/>
        </w:rPr>
        <w:t xml:space="preserve">,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scopul</w:t>
      </w:r>
      <w:proofErr w:type="spellEnd"/>
      <w:r w:rsidRPr="00D51051">
        <w:rPr>
          <w:bCs/>
          <w:i/>
          <w:iCs/>
          <w:sz w:val="20"/>
          <w:szCs w:val="20"/>
        </w:rPr>
        <w:t xml:space="preserve"> de </w:t>
      </w:r>
      <w:proofErr w:type="gramStart"/>
      <w:r w:rsidRPr="00D51051">
        <w:rPr>
          <w:bCs/>
          <w:i/>
          <w:iCs/>
          <w:sz w:val="20"/>
          <w:szCs w:val="20"/>
        </w:rPr>
        <w:t>a</w:t>
      </w:r>
      <w:proofErr w:type="gram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obține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avantaje</w:t>
      </w:r>
      <w:proofErr w:type="spellEnd"/>
      <w:r w:rsidRPr="00D51051">
        <w:rPr>
          <w:bCs/>
          <w:i/>
          <w:iCs/>
          <w:sz w:val="20"/>
          <w:szCs w:val="20"/>
        </w:rPr>
        <w:t xml:space="preserve"> se </w:t>
      </w:r>
      <w:proofErr w:type="spellStart"/>
      <w:r w:rsidRPr="00D51051">
        <w:rPr>
          <w:bCs/>
          <w:i/>
          <w:iCs/>
          <w:sz w:val="20"/>
          <w:szCs w:val="20"/>
        </w:rPr>
        <w:t>pedepsește</w:t>
      </w:r>
      <w:proofErr w:type="spellEnd"/>
      <w:r w:rsidRPr="00D51051">
        <w:rPr>
          <w:bCs/>
          <w:i/>
          <w:iCs/>
          <w:sz w:val="20"/>
          <w:szCs w:val="20"/>
        </w:rPr>
        <w:t xml:space="preserve"> conform </w:t>
      </w:r>
      <w:proofErr w:type="spellStart"/>
      <w:r w:rsidRPr="00D51051">
        <w:rPr>
          <w:bCs/>
          <w:i/>
          <w:iCs/>
          <w:sz w:val="20"/>
          <w:szCs w:val="20"/>
        </w:rPr>
        <w:t>legii</w:t>
      </w:r>
      <w:proofErr w:type="spellEnd"/>
      <w:r w:rsidRPr="00D51051">
        <w:rPr>
          <w:bCs/>
          <w:i/>
          <w:iCs/>
          <w:sz w:val="20"/>
          <w:szCs w:val="20"/>
        </w:rPr>
        <w:t>.</w:t>
      </w:r>
    </w:p>
    <w:p w14:paraId="6C6DF926" w14:textId="77777777" w:rsidR="00F83523" w:rsidRPr="00D51051" w:rsidRDefault="00F83523" w:rsidP="00F83523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D51051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Comunei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51406BBF" w14:textId="77777777" w:rsidR="00F83523" w:rsidRPr="00D51051" w:rsidRDefault="00F83523" w:rsidP="00F83523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 w:rsidRPr="00D51051">
        <w:rPr>
          <w:bCs/>
          <w:i/>
          <w:iCs/>
          <w:sz w:val="20"/>
          <w:szCs w:val="20"/>
        </w:rPr>
        <w:t xml:space="preserve">Data ........, </w:t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  <w:t xml:space="preserve"> </w:t>
      </w:r>
      <w:r w:rsidRPr="00D51051">
        <w:rPr>
          <w:bCs/>
          <w:i/>
          <w:iCs/>
          <w:sz w:val="20"/>
          <w:szCs w:val="20"/>
        </w:rPr>
        <w:sym w:font="Wingdings" w:char="F03F"/>
      </w:r>
      <w:r w:rsidRPr="00D51051">
        <w:rPr>
          <w:bCs/>
          <w:i/>
          <w:iCs/>
          <w:sz w:val="20"/>
          <w:szCs w:val="20"/>
        </w:rPr>
        <w:t xml:space="preserve"> 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3</w:t>
      </w:r>
      <w:r w:rsidRPr="00D51051">
        <w:rPr>
          <w:bCs/>
          <w:i/>
          <w:iCs/>
          <w:sz w:val="20"/>
          <w:szCs w:val="20"/>
        </w:rPr>
        <w:t xml:space="preserve"> </w:t>
      </w:r>
    </w:p>
    <w:p w14:paraId="2F725F0C" w14:textId="77777777" w:rsidR="00F83523" w:rsidRPr="00A73A85" w:rsidRDefault="00F83523" w:rsidP="00F83523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51B50EF9" w14:textId="77777777" w:rsidR="00F83523" w:rsidRPr="00D51051" w:rsidRDefault="00F83523" w:rsidP="00F83523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2A0C4877" w14:textId="77777777" w:rsidR="00F83523" w:rsidRPr="00D51051" w:rsidRDefault="00F83523" w:rsidP="00F83523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3444C730" w14:textId="77777777" w:rsidR="00F83523" w:rsidRPr="00F83523" w:rsidRDefault="00F83523" w:rsidP="00F83523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36644631" w14:textId="3E15F0F7" w:rsidR="00F83523" w:rsidRPr="00F83523" w:rsidRDefault="00F83523" w:rsidP="00F83523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  <w:bookmarkEnd w:id="0"/>
    </w:p>
    <w:sectPr w:rsidR="00F83523" w:rsidRPr="00F83523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A8CB5" w14:textId="77777777" w:rsidR="00A011DF" w:rsidRDefault="00A011DF">
      <w:r>
        <w:separator/>
      </w:r>
    </w:p>
  </w:endnote>
  <w:endnote w:type="continuationSeparator" w:id="0">
    <w:p w14:paraId="1FDFAC5F" w14:textId="77777777" w:rsidR="00A011DF" w:rsidRDefault="00A01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394B5" w14:textId="77777777" w:rsidR="00A011DF" w:rsidRDefault="00A011DF">
      <w:r>
        <w:separator/>
      </w:r>
    </w:p>
  </w:footnote>
  <w:footnote w:type="continuationSeparator" w:id="0">
    <w:p w14:paraId="2516EDEB" w14:textId="77777777" w:rsidR="00A011DF" w:rsidRDefault="00A011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3A43CF"/>
    <w:rsid w:val="004232B2"/>
    <w:rsid w:val="004408E8"/>
    <w:rsid w:val="00462384"/>
    <w:rsid w:val="006C103E"/>
    <w:rsid w:val="00730580"/>
    <w:rsid w:val="00745F29"/>
    <w:rsid w:val="00850B64"/>
    <w:rsid w:val="00917520"/>
    <w:rsid w:val="009511F8"/>
    <w:rsid w:val="00A011DF"/>
    <w:rsid w:val="00A256C2"/>
    <w:rsid w:val="00AA1D8D"/>
    <w:rsid w:val="00B20B4C"/>
    <w:rsid w:val="00B47730"/>
    <w:rsid w:val="00BD4241"/>
    <w:rsid w:val="00BE46BF"/>
    <w:rsid w:val="00CB0664"/>
    <w:rsid w:val="00D50DD0"/>
    <w:rsid w:val="00D51051"/>
    <w:rsid w:val="00F83523"/>
    <w:rsid w:val="00F9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F93EE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gistratura@primariacristian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1097</Words>
  <Characters>6253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6</cp:revision>
  <cp:lastPrinted>2026-08-31T07:54:00Z</cp:lastPrinted>
  <dcterms:created xsi:type="dcterms:W3CDTF">2026-08-31T07:38:00Z</dcterms:created>
  <dcterms:modified xsi:type="dcterms:W3CDTF">2026-08-31T07:55:00Z</dcterms:modified>
  <cp:category/>
</cp:coreProperties>
</file>