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46492" w14:paraId="6B47D61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321443D" w14:textId="51F32736" w:rsidR="00846492" w:rsidRDefault="00645335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anchor distT="0" distB="0" distL="1033145" distR="1033145" simplePos="0" relativeHeight="251659264" behindDoc="1" locked="0" layoutInCell="1" allowOverlap="1" wp14:anchorId="7834297E" wp14:editId="04A267EC">
                  <wp:simplePos x="0" y="0"/>
                  <wp:positionH relativeFrom="margin">
                    <wp:posOffset>167640</wp:posOffset>
                  </wp:positionH>
                  <wp:positionV relativeFrom="paragraph">
                    <wp:posOffset>-885825</wp:posOffset>
                  </wp:positionV>
                  <wp:extent cx="597535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0659" y="21086"/>
                      <wp:lineTo x="20659" y="0"/>
                      <wp:lineTo x="0" y="0"/>
                    </wp:wrapPolygon>
                  </wp:wrapTight>
                  <wp:docPr id="1509950198" name="Picture 2" descr="stema 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a 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E439CB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E02068" w14:textId="59F1CE6B" w:rsidR="00846492" w:rsidRDefault="00645335">
            <w:pPr>
              <w:keepNext/>
            </w:pPr>
            <w:r w:rsidRPr="00C16509">
              <w:rPr>
                <w:b/>
                <w:sz w:val="22"/>
              </w:rPr>
              <w:t>BRAŞOV</w:t>
            </w:r>
          </w:p>
        </w:tc>
      </w:tr>
      <w:tr w:rsidR="00846492" w14:paraId="2A035372" w14:textId="77777777">
        <w:trPr>
          <w:cantSplit/>
          <w:trHeight w:val="510"/>
        </w:trPr>
        <w:tc>
          <w:tcPr>
            <w:tcW w:w="1606" w:type="dxa"/>
            <w:vMerge/>
          </w:tcPr>
          <w:p w14:paraId="3DEC7BC2" w14:textId="77777777" w:rsidR="00846492" w:rsidRDefault="00846492"/>
        </w:tc>
        <w:tc>
          <w:tcPr>
            <w:tcW w:w="8030" w:type="dxa"/>
            <w:gridSpan w:val="3"/>
            <w:shd w:val="clear" w:color="auto" w:fill="F0F0F0"/>
          </w:tcPr>
          <w:p w14:paraId="34549EC3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2D5B7E26" w14:textId="306417A3" w:rsidR="00846492" w:rsidRDefault="00645335" w:rsidP="00645335">
            <w:pPr>
              <w:keepNext/>
              <w:jc w:val="center"/>
            </w:pPr>
            <w:r w:rsidRPr="00C16509">
              <w:rPr>
                <w:b/>
                <w:sz w:val="24"/>
                <w:szCs w:val="24"/>
              </w:rPr>
              <w:t>COMUNA CRISTIAN</w:t>
            </w:r>
          </w:p>
        </w:tc>
      </w:tr>
      <w:tr w:rsidR="00846492" w14:paraId="1B600119" w14:textId="77777777">
        <w:trPr>
          <w:cantSplit/>
          <w:trHeight w:val="510"/>
        </w:trPr>
        <w:tc>
          <w:tcPr>
            <w:tcW w:w="1606" w:type="dxa"/>
            <w:vMerge/>
          </w:tcPr>
          <w:p w14:paraId="5CA4F582" w14:textId="77777777" w:rsidR="00846492" w:rsidRDefault="00846492"/>
        </w:tc>
        <w:tc>
          <w:tcPr>
            <w:tcW w:w="2409" w:type="dxa"/>
            <w:shd w:val="clear" w:color="auto" w:fill="F0F0F0"/>
          </w:tcPr>
          <w:p w14:paraId="3F6B65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(CIF)</w:t>
            </w:r>
          </w:p>
          <w:p w14:paraId="162D40B1" w14:textId="6F1B5375" w:rsidR="00846492" w:rsidRPr="00AD1D4A" w:rsidRDefault="00645335">
            <w:pPr>
              <w:keepNext/>
              <w:rPr>
                <w:lang w:val="fr-FR"/>
              </w:rPr>
            </w:pPr>
            <w:r w:rsidRPr="00EA12E5">
              <w:rPr>
                <w:b/>
                <w:bCs/>
                <w:sz w:val="20"/>
                <w:szCs w:val="20"/>
                <w:lang w:val="fr-FR"/>
              </w:rPr>
              <w:t>4728369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178A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65EF6634" w14:textId="77777777" w:rsidR="00645335" w:rsidRPr="004A0D27" w:rsidRDefault="00645335" w:rsidP="00645335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 w:rsidRPr="004A0D27">
              <w:rPr>
                <w:sz w:val="16"/>
                <w:szCs w:val="16"/>
              </w:rPr>
              <w:t xml:space="preserve">Strada </w:t>
            </w:r>
            <w:proofErr w:type="spellStart"/>
            <w:r w:rsidRPr="004A0D27">
              <w:rPr>
                <w:sz w:val="16"/>
                <w:szCs w:val="16"/>
              </w:rPr>
              <w:t>Piața</w:t>
            </w:r>
            <w:proofErr w:type="spellEnd"/>
            <w:r w:rsidRPr="004A0D27">
              <w:rPr>
                <w:sz w:val="16"/>
                <w:szCs w:val="16"/>
              </w:rPr>
              <w:t xml:space="preserve"> </w:t>
            </w:r>
            <w:proofErr w:type="spellStart"/>
            <w:r w:rsidRPr="004A0D27">
              <w:rPr>
                <w:sz w:val="16"/>
                <w:szCs w:val="16"/>
              </w:rPr>
              <w:t>Libertății</w:t>
            </w:r>
            <w:proofErr w:type="spellEnd"/>
            <w:r w:rsidRPr="004A0D27">
              <w:rPr>
                <w:sz w:val="16"/>
                <w:szCs w:val="16"/>
              </w:rPr>
              <w:t xml:space="preserve"> nr. 1, tel.: 0268/257376, </w:t>
            </w:r>
          </w:p>
          <w:p w14:paraId="69271510" w14:textId="2C30D8F2" w:rsidR="00846492" w:rsidRDefault="00645335" w:rsidP="00645335">
            <w:pPr>
              <w:keepNext/>
            </w:pPr>
            <w:r w:rsidRPr="004A0D27">
              <w:rPr>
                <w:rFonts w:ascii="GoudyOlSt BT" w:hAnsi="GoudyOlSt BT"/>
                <w:sz w:val="16"/>
                <w:szCs w:val="16"/>
              </w:rPr>
              <w:t xml:space="preserve">e-mail: </w:t>
            </w:r>
            <w:hyperlink r:id="rId9" w:history="1">
              <w:r w:rsidRPr="004A0D27">
                <w:rPr>
                  <w:rStyle w:val="Hyperlink"/>
                  <w:rFonts w:ascii="GoudyOlSt BT" w:hAnsi="GoudyOlSt BT"/>
                  <w:color w:val="auto"/>
                  <w:sz w:val="16"/>
                  <w:szCs w:val="16"/>
                  <w:u w:val="none"/>
                </w:rPr>
                <w:t>registratura@primariacristian.ro</w:t>
              </w:r>
            </w:hyperlink>
            <w:r w:rsidRPr="004A0D27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4A0D27">
              <w:rPr>
                <w:rFonts w:ascii="GoudyOlSt BT" w:hAnsi="GoudyOlSt BT"/>
                <w:sz w:val="16"/>
                <w:szCs w:val="16"/>
              </w:rPr>
              <w:t>www.primariacristian.ro</w:t>
            </w:r>
            <w:r>
              <w:t xml:space="preserve"> </w:t>
            </w:r>
          </w:p>
        </w:tc>
      </w:tr>
      <w:tr w:rsidR="00846492" w14:paraId="394B77A6" w14:textId="77777777">
        <w:trPr>
          <w:cantSplit/>
          <w:trHeight w:val="510"/>
        </w:trPr>
        <w:tc>
          <w:tcPr>
            <w:tcW w:w="1606" w:type="dxa"/>
            <w:vMerge/>
          </w:tcPr>
          <w:p w14:paraId="4D16E057" w14:textId="77777777"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14:paraId="01A955A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847BEA9" w14:textId="77777777"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36A2ED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B92C991" w14:textId="77777777" w:rsidR="00846492" w:rsidRDefault="00846492">
            <w:pPr>
              <w:keepNext/>
            </w:pPr>
          </w:p>
        </w:tc>
      </w:tr>
      <w:tr w:rsidR="00846492" w:rsidRPr="003869B3" w14:paraId="0BAF92F0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F39E915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D1D4A">
              <w:rPr>
                <w:i/>
                <w:color w:val="595959"/>
                <w:lang w:val="fr-FR"/>
              </w:rPr>
              <w:t>se</w:t>
            </w:r>
            <w:proofErr w:type="gram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scrie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în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7BA26637" w14:textId="7D267DB6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64533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sector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20383914" w14:textId="48B1A0DC" w:rsidR="00846492" w:rsidRPr="00AD1D4A" w:rsidRDefault="00645335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Comunei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Cris</w:t>
            </w:r>
            <w:r>
              <w:rPr>
                <w:b/>
                <w:bCs/>
                <w:sz w:val="20"/>
                <w:szCs w:val="20"/>
                <w:lang w:val="fr-FR"/>
              </w:rPr>
              <w:t>t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>ian</w:t>
            </w: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urbanism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proofErr w:type="spellStart"/>
      <w:r w:rsidRPr="00AD1D4A">
        <w:rPr>
          <w:sz w:val="18"/>
        </w:rPr>
        <w:t>Leg</w:t>
      </w:r>
      <w:r>
        <w:rPr>
          <w:sz w:val="18"/>
        </w:rPr>
        <w:t>ea</w:t>
      </w:r>
      <w:proofErr w:type="spellEnd"/>
      <w:r>
        <w:rPr>
          <w:sz w:val="18"/>
        </w:rPr>
        <w:t xml:space="preserve">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00000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000000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 xml:space="preserve">(2) lit. b) 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10"/>
          <w:footerReference w:type="first" r:id="rId11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 xml:space="preserve">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000000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>)  —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proofErr w:type="gram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</w:t>
            </w:r>
            <w:proofErr w:type="gramEnd"/>
            <w:r w:rsidR="007F39C2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00000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</w:t>
            </w:r>
            <w:proofErr w:type="spellStart"/>
            <w:r>
              <w:rPr>
                <w:i/>
                <w:sz w:val="17"/>
              </w:rPr>
              <w:t>Lege</w:t>
            </w:r>
            <w:r w:rsidR="003F4418">
              <w:rPr>
                <w:i/>
                <w:sz w:val="17"/>
              </w:rPr>
              <w:t>a</w:t>
            </w:r>
            <w:proofErr w:type="spellEnd"/>
            <w:r w:rsidR="003F4418">
              <w:rPr>
                <w:i/>
                <w:sz w:val="17"/>
              </w:rPr>
              <w:t xml:space="preserve">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din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prin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00000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p w14:paraId="30904C0E" w14:textId="54EE97E9" w:rsidR="00645335" w:rsidRPr="00645335" w:rsidRDefault="00645335" w:rsidP="00645335">
      <w:pPr>
        <w:spacing w:after="60"/>
        <w:jc w:val="center"/>
        <w:rPr>
          <w:rFonts w:ascii="Arial" w:hAnsi="Arial" w:cs="Arial"/>
          <w:b/>
          <w:szCs w:val="15"/>
        </w:rPr>
      </w:pPr>
      <w:r w:rsidRPr="00645335">
        <w:rPr>
          <w:rFonts w:ascii="Arial" w:hAnsi="Arial" w:cs="Arial"/>
          <w:b/>
          <w:sz w:val="14"/>
          <w:szCs w:val="14"/>
        </w:rPr>
        <w:t>NOTĂ DE INFORMARE</w:t>
      </w:r>
      <w:r>
        <w:rPr>
          <w:rFonts w:ascii="Arial" w:hAnsi="Arial" w:cs="Arial"/>
          <w:b/>
          <w:sz w:val="14"/>
          <w:szCs w:val="14"/>
        </w:rPr>
        <w:t xml:space="preserve"> </w:t>
      </w:r>
    </w:p>
    <w:p w14:paraId="2AC27BD2" w14:textId="77777777" w:rsidR="00645335" w:rsidRPr="00645335" w:rsidRDefault="00645335" w:rsidP="00645335">
      <w:pPr>
        <w:spacing w:after="60"/>
        <w:jc w:val="both"/>
        <w:rPr>
          <w:rFonts w:cs="Times New Roman"/>
          <w:bCs/>
          <w:szCs w:val="15"/>
        </w:rPr>
      </w:pPr>
      <w:proofErr w:type="spellStart"/>
      <w:r w:rsidRPr="00645335">
        <w:rPr>
          <w:rFonts w:cs="Times New Roman"/>
          <w:bCs/>
          <w:szCs w:val="15"/>
        </w:rPr>
        <w:t>Primăria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Comunei</w:t>
      </w:r>
      <w:proofErr w:type="spellEnd"/>
      <w:r w:rsidRPr="00645335">
        <w:rPr>
          <w:rFonts w:cs="Times New Roman"/>
          <w:bCs/>
          <w:szCs w:val="15"/>
        </w:rPr>
        <w:t xml:space="preserve"> Cristian, </w:t>
      </w:r>
      <w:proofErr w:type="spellStart"/>
      <w:r w:rsidRPr="00645335">
        <w:rPr>
          <w:rFonts w:cs="Times New Roman"/>
          <w:bCs/>
          <w:szCs w:val="15"/>
        </w:rPr>
        <w:t>județul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Brașov</w:t>
      </w:r>
      <w:proofErr w:type="spellEnd"/>
      <w:r w:rsidRPr="00645335">
        <w:rPr>
          <w:rFonts w:cs="Times New Roman"/>
          <w:bCs/>
          <w:szCs w:val="15"/>
        </w:rPr>
        <w:t xml:space="preserve">, </w:t>
      </w:r>
      <w:proofErr w:type="spellStart"/>
      <w:r w:rsidRPr="00645335">
        <w:rPr>
          <w:rFonts w:cs="Times New Roman"/>
          <w:bCs/>
          <w:szCs w:val="15"/>
        </w:rPr>
        <w:t>prelucrează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datele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dumneavoastră</w:t>
      </w:r>
      <w:proofErr w:type="spellEnd"/>
      <w:r w:rsidRPr="00645335">
        <w:rPr>
          <w:rFonts w:cs="Times New Roman"/>
          <w:bCs/>
          <w:szCs w:val="15"/>
        </w:rPr>
        <w:t xml:space="preserve"> cu </w:t>
      </w:r>
      <w:proofErr w:type="spellStart"/>
      <w:r w:rsidRPr="00645335">
        <w:rPr>
          <w:rFonts w:cs="Times New Roman"/>
          <w:bCs/>
          <w:szCs w:val="15"/>
        </w:rPr>
        <w:t>caracter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personalprin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prezenta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cerere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prin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mijloace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automatizate</w:t>
      </w:r>
      <w:proofErr w:type="spellEnd"/>
      <w:r w:rsidRPr="00645335">
        <w:rPr>
          <w:rFonts w:cs="Times New Roman"/>
          <w:bCs/>
          <w:szCs w:val="15"/>
        </w:rPr>
        <w:t>/</w:t>
      </w:r>
      <w:proofErr w:type="spellStart"/>
      <w:r w:rsidRPr="00645335">
        <w:rPr>
          <w:rFonts w:cs="Times New Roman"/>
          <w:bCs/>
          <w:szCs w:val="15"/>
        </w:rPr>
        <w:t>manuale</w:t>
      </w:r>
      <w:proofErr w:type="spellEnd"/>
      <w:r w:rsidRPr="00645335">
        <w:rPr>
          <w:rFonts w:cs="Times New Roman"/>
          <w:bCs/>
          <w:szCs w:val="15"/>
        </w:rPr>
        <w:t xml:space="preserve">, destinate </w:t>
      </w:r>
      <w:proofErr w:type="spellStart"/>
      <w:r w:rsidRPr="00645335">
        <w:rPr>
          <w:rFonts w:cs="Times New Roman"/>
          <w:bCs/>
          <w:szCs w:val="15"/>
        </w:rPr>
        <w:t>îndeplinirii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obligațiilor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legale</w:t>
      </w:r>
      <w:proofErr w:type="spellEnd"/>
      <w:r w:rsidRPr="00645335">
        <w:rPr>
          <w:rFonts w:cs="Times New Roman"/>
          <w:bCs/>
          <w:szCs w:val="15"/>
        </w:rPr>
        <w:t xml:space="preserve">. Este </w:t>
      </w:r>
      <w:proofErr w:type="spellStart"/>
      <w:r w:rsidRPr="00645335">
        <w:rPr>
          <w:rFonts w:cs="Times New Roman"/>
          <w:bCs/>
          <w:szCs w:val="15"/>
        </w:rPr>
        <w:t>necesar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să</w:t>
      </w:r>
      <w:proofErr w:type="spellEnd"/>
      <w:r w:rsidRPr="00645335">
        <w:rPr>
          <w:rFonts w:cs="Times New Roman"/>
          <w:bCs/>
          <w:szCs w:val="15"/>
        </w:rPr>
        <w:t xml:space="preserve"> ne </w:t>
      </w:r>
      <w:proofErr w:type="spellStart"/>
      <w:r w:rsidRPr="00645335">
        <w:rPr>
          <w:rFonts w:cs="Times New Roman"/>
          <w:bCs/>
          <w:szCs w:val="15"/>
        </w:rPr>
        <w:t>furnizați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datele</w:t>
      </w:r>
      <w:proofErr w:type="spellEnd"/>
      <w:r w:rsidRPr="00645335">
        <w:rPr>
          <w:rFonts w:cs="Times New Roman"/>
          <w:bCs/>
          <w:szCs w:val="15"/>
        </w:rPr>
        <w:t xml:space="preserve">, </w:t>
      </w:r>
      <w:proofErr w:type="spellStart"/>
      <w:r w:rsidRPr="00645335">
        <w:rPr>
          <w:rFonts w:cs="Times New Roman"/>
          <w:bCs/>
          <w:szCs w:val="15"/>
        </w:rPr>
        <w:t>deoarece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refuzul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dumneavoastră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determină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imposibilitatea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soluționării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cererii</w:t>
      </w:r>
      <w:proofErr w:type="spellEnd"/>
      <w:r w:rsidRPr="00645335">
        <w:rPr>
          <w:rFonts w:cs="Times New Roman"/>
          <w:bCs/>
          <w:szCs w:val="15"/>
        </w:rPr>
        <w:t xml:space="preserve">. </w:t>
      </w:r>
      <w:proofErr w:type="spellStart"/>
      <w:r w:rsidRPr="00645335">
        <w:rPr>
          <w:rFonts w:cs="Times New Roman"/>
          <w:bCs/>
          <w:szCs w:val="15"/>
        </w:rPr>
        <w:t>Informațiile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înregistrate</w:t>
      </w:r>
      <w:proofErr w:type="spellEnd"/>
      <w:r w:rsidRPr="00645335">
        <w:rPr>
          <w:rFonts w:cs="Times New Roman"/>
          <w:bCs/>
          <w:szCs w:val="15"/>
        </w:rPr>
        <w:t xml:space="preserve"> sunt destinate </w:t>
      </w:r>
      <w:proofErr w:type="spellStart"/>
      <w:r w:rsidRPr="00645335">
        <w:rPr>
          <w:rFonts w:cs="Times New Roman"/>
          <w:bCs/>
          <w:szCs w:val="15"/>
        </w:rPr>
        <w:t>utilizării</w:t>
      </w:r>
      <w:proofErr w:type="spellEnd"/>
      <w:r w:rsidRPr="00645335">
        <w:rPr>
          <w:rFonts w:cs="Times New Roman"/>
          <w:bCs/>
          <w:szCs w:val="15"/>
        </w:rPr>
        <w:t xml:space="preserve"> de </w:t>
      </w:r>
      <w:proofErr w:type="spellStart"/>
      <w:r w:rsidRPr="00645335">
        <w:rPr>
          <w:rFonts w:cs="Times New Roman"/>
          <w:bCs/>
          <w:szCs w:val="15"/>
        </w:rPr>
        <w:t>către</w:t>
      </w:r>
      <w:proofErr w:type="spellEnd"/>
      <w:r w:rsidRPr="00645335">
        <w:rPr>
          <w:rFonts w:cs="Times New Roman"/>
          <w:bCs/>
          <w:szCs w:val="15"/>
        </w:rPr>
        <w:t xml:space="preserve"> operator </w:t>
      </w:r>
      <w:proofErr w:type="spellStart"/>
      <w:r w:rsidRPr="00645335">
        <w:rPr>
          <w:rFonts w:cs="Times New Roman"/>
          <w:bCs/>
          <w:szCs w:val="15"/>
        </w:rPr>
        <w:t>dar</w:t>
      </w:r>
      <w:proofErr w:type="spellEnd"/>
      <w:r w:rsidRPr="00645335">
        <w:rPr>
          <w:rFonts w:cs="Times New Roman"/>
          <w:bCs/>
          <w:szCs w:val="15"/>
        </w:rPr>
        <w:t xml:space="preserve"> pot fi </w:t>
      </w:r>
      <w:proofErr w:type="spellStart"/>
      <w:r w:rsidRPr="00645335">
        <w:rPr>
          <w:rFonts w:cs="Times New Roman"/>
          <w:bCs/>
          <w:szCs w:val="15"/>
        </w:rPr>
        <w:t>comunicate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și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altor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instituții</w:t>
      </w:r>
      <w:proofErr w:type="spellEnd"/>
      <w:r w:rsidRPr="00645335">
        <w:rPr>
          <w:rFonts w:cs="Times New Roman"/>
          <w:bCs/>
          <w:szCs w:val="15"/>
        </w:rPr>
        <w:t xml:space="preserve">, </w:t>
      </w:r>
      <w:proofErr w:type="spellStart"/>
      <w:r w:rsidRPr="00645335">
        <w:rPr>
          <w:rFonts w:cs="Times New Roman"/>
          <w:bCs/>
          <w:szCs w:val="15"/>
        </w:rPr>
        <w:t>societăți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sau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terți</w:t>
      </w:r>
      <w:proofErr w:type="spellEnd"/>
      <w:r w:rsidRPr="00645335">
        <w:rPr>
          <w:rFonts w:cs="Times New Roman"/>
          <w:bCs/>
          <w:szCs w:val="15"/>
        </w:rPr>
        <w:t xml:space="preserve">, </w:t>
      </w:r>
      <w:proofErr w:type="spellStart"/>
      <w:r w:rsidRPr="00645335">
        <w:rPr>
          <w:rFonts w:cs="Times New Roman"/>
          <w:bCs/>
          <w:szCs w:val="15"/>
        </w:rPr>
        <w:t>în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baza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și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în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limitele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prevederilor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legale</w:t>
      </w:r>
      <w:proofErr w:type="spellEnd"/>
      <w:r w:rsidRPr="00645335">
        <w:rPr>
          <w:rFonts w:cs="Times New Roman"/>
          <w:bCs/>
          <w:szCs w:val="15"/>
        </w:rPr>
        <w:t xml:space="preserve">. </w:t>
      </w:r>
      <w:proofErr w:type="spellStart"/>
      <w:r w:rsidRPr="00645335">
        <w:rPr>
          <w:rFonts w:cs="Times New Roman"/>
          <w:bCs/>
          <w:szCs w:val="15"/>
        </w:rPr>
        <w:t>Datele</w:t>
      </w:r>
      <w:proofErr w:type="spellEnd"/>
      <w:r w:rsidRPr="00645335">
        <w:rPr>
          <w:rFonts w:cs="Times New Roman"/>
          <w:bCs/>
          <w:szCs w:val="15"/>
        </w:rPr>
        <w:t xml:space="preserve"> sunt </w:t>
      </w:r>
      <w:proofErr w:type="spellStart"/>
      <w:r w:rsidRPr="00645335">
        <w:rPr>
          <w:rFonts w:cs="Times New Roman"/>
          <w:bCs/>
          <w:szCs w:val="15"/>
        </w:rPr>
        <w:t>păstrate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doar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pentru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perioada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necesară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îndeplinirii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scopurilor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scopurilor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pentru</w:t>
      </w:r>
      <w:proofErr w:type="spellEnd"/>
      <w:r w:rsidRPr="00645335">
        <w:rPr>
          <w:rFonts w:cs="Times New Roman"/>
          <w:bCs/>
          <w:szCs w:val="15"/>
        </w:rPr>
        <w:t xml:space="preserve"> care au </w:t>
      </w:r>
      <w:proofErr w:type="spellStart"/>
      <w:r w:rsidRPr="00645335">
        <w:rPr>
          <w:rFonts w:cs="Times New Roman"/>
          <w:bCs/>
          <w:szCs w:val="15"/>
        </w:rPr>
        <w:t>fost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colectate</w:t>
      </w:r>
      <w:proofErr w:type="spellEnd"/>
      <w:r w:rsidRPr="00645335">
        <w:rPr>
          <w:rFonts w:cs="Times New Roman"/>
          <w:bCs/>
          <w:szCs w:val="15"/>
        </w:rPr>
        <w:t xml:space="preserve">, cu </w:t>
      </w:r>
      <w:proofErr w:type="spellStart"/>
      <w:r w:rsidRPr="00645335">
        <w:rPr>
          <w:rFonts w:cs="Times New Roman"/>
          <w:bCs/>
          <w:szCs w:val="15"/>
        </w:rPr>
        <w:t>respectarea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legislației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înn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vigoare</w:t>
      </w:r>
      <w:proofErr w:type="spellEnd"/>
      <w:r w:rsidRPr="00645335">
        <w:rPr>
          <w:rFonts w:cs="Times New Roman"/>
          <w:bCs/>
          <w:szCs w:val="15"/>
        </w:rPr>
        <w:t xml:space="preserve">. Conform </w:t>
      </w:r>
      <w:proofErr w:type="spellStart"/>
      <w:r w:rsidRPr="00645335">
        <w:rPr>
          <w:rFonts w:cs="Times New Roman"/>
          <w:bCs/>
          <w:szCs w:val="15"/>
        </w:rPr>
        <w:t>Regulamentului</w:t>
      </w:r>
      <w:proofErr w:type="spellEnd"/>
      <w:r w:rsidRPr="00645335">
        <w:rPr>
          <w:rFonts w:cs="Times New Roman"/>
          <w:bCs/>
          <w:szCs w:val="15"/>
        </w:rPr>
        <w:t xml:space="preserve"> General </w:t>
      </w:r>
      <w:proofErr w:type="spellStart"/>
      <w:r w:rsidRPr="00645335">
        <w:rPr>
          <w:rFonts w:cs="Times New Roman"/>
          <w:bCs/>
          <w:szCs w:val="15"/>
        </w:rPr>
        <w:t>privind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Protecția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Datelor</w:t>
      </w:r>
      <w:proofErr w:type="spellEnd"/>
      <w:r w:rsidRPr="00645335">
        <w:rPr>
          <w:rFonts w:cs="Times New Roman"/>
          <w:bCs/>
          <w:szCs w:val="15"/>
        </w:rPr>
        <w:t xml:space="preserve"> (UE) 679/2016 </w:t>
      </w:r>
      <w:proofErr w:type="spellStart"/>
      <w:r w:rsidRPr="00645335">
        <w:rPr>
          <w:rFonts w:cs="Times New Roman"/>
          <w:bCs/>
          <w:szCs w:val="15"/>
        </w:rPr>
        <w:t>privind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protecția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persoanelor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fizice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în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ceea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ce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privește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prelucrarea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datelor</w:t>
      </w:r>
      <w:proofErr w:type="spellEnd"/>
      <w:r w:rsidRPr="00645335">
        <w:rPr>
          <w:rFonts w:cs="Times New Roman"/>
          <w:bCs/>
          <w:szCs w:val="15"/>
        </w:rPr>
        <w:t xml:space="preserve"> cu </w:t>
      </w:r>
      <w:proofErr w:type="spellStart"/>
      <w:r w:rsidRPr="00645335">
        <w:rPr>
          <w:rFonts w:cs="Times New Roman"/>
          <w:bCs/>
          <w:szCs w:val="15"/>
        </w:rPr>
        <w:t>caracter</w:t>
      </w:r>
      <w:proofErr w:type="spellEnd"/>
      <w:r w:rsidRPr="00645335">
        <w:rPr>
          <w:rFonts w:cs="Times New Roman"/>
          <w:bCs/>
          <w:szCs w:val="15"/>
        </w:rPr>
        <w:t xml:space="preserve"> personal </w:t>
      </w:r>
      <w:proofErr w:type="spellStart"/>
      <w:r w:rsidRPr="00645335">
        <w:rPr>
          <w:rFonts w:cs="Times New Roman"/>
          <w:bCs/>
          <w:szCs w:val="15"/>
        </w:rPr>
        <w:t>și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privind</w:t>
      </w:r>
      <w:proofErr w:type="spellEnd"/>
      <w:r w:rsidRPr="00645335">
        <w:rPr>
          <w:rFonts w:cs="Times New Roman"/>
          <w:bCs/>
          <w:szCs w:val="15"/>
        </w:rPr>
        <w:t xml:space="preserve"> libera </w:t>
      </w:r>
      <w:proofErr w:type="spellStart"/>
      <w:r w:rsidRPr="00645335">
        <w:rPr>
          <w:rFonts w:cs="Times New Roman"/>
          <w:bCs/>
          <w:szCs w:val="15"/>
        </w:rPr>
        <w:t>circulație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gramStart"/>
      <w:r w:rsidRPr="00645335">
        <w:rPr>
          <w:rFonts w:cs="Times New Roman"/>
          <w:bCs/>
          <w:szCs w:val="15"/>
        </w:rPr>
        <w:t>a</w:t>
      </w:r>
      <w:proofErr w:type="gram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acestor</w:t>
      </w:r>
      <w:proofErr w:type="spellEnd"/>
      <w:r w:rsidRPr="00645335">
        <w:rPr>
          <w:rFonts w:cs="Times New Roman"/>
          <w:bCs/>
          <w:szCs w:val="15"/>
        </w:rPr>
        <w:t xml:space="preserve"> date, </w:t>
      </w:r>
      <w:proofErr w:type="spellStart"/>
      <w:r w:rsidRPr="00645335">
        <w:rPr>
          <w:rFonts w:cs="Times New Roman"/>
          <w:bCs/>
          <w:szCs w:val="15"/>
        </w:rPr>
        <w:t>beneficiați</w:t>
      </w:r>
      <w:proofErr w:type="spellEnd"/>
      <w:r w:rsidRPr="00645335">
        <w:rPr>
          <w:rFonts w:cs="Times New Roman"/>
          <w:bCs/>
          <w:szCs w:val="15"/>
        </w:rPr>
        <w:t xml:space="preserve"> de </w:t>
      </w:r>
      <w:proofErr w:type="spellStart"/>
      <w:r w:rsidRPr="00645335">
        <w:rPr>
          <w:rFonts w:cs="Times New Roman"/>
          <w:bCs/>
          <w:szCs w:val="15"/>
        </w:rPr>
        <w:t>dreptul</w:t>
      </w:r>
      <w:proofErr w:type="spellEnd"/>
      <w:r w:rsidRPr="00645335">
        <w:rPr>
          <w:rFonts w:cs="Times New Roman"/>
          <w:bCs/>
          <w:szCs w:val="15"/>
        </w:rPr>
        <w:t xml:space="preserve"> de </w:t>
      </w:r>
      <w:proofErr w:type="spellStart"/>
      <w:r w:rsidRPr="00645335">
        <w:rPr>
          <w:rFonts w:cs="Times New Roman"/>
          <w:bCs/>
          <w:szCs w:val="15"/>
        </w:rPr>
        <w:t>acces</w:t>
      </w:r>
      <w:proofErr w:type="spellEnd"/>
      <w:r w:rsidRPr="00645335">
        <w:rPr>
          <w:rFonts w:cs="Times New Roman"/>
          <w:bCs/>
          <w:szCs w:val="15"/>
        </w:rPr>
        <w:t xml:space="preserve">, </w:t>
      </w:r>
      <w:proofErr w:type="spellStart"/>
      <w:r w:rsidRPr="00645335">
        <w:rPr>
          <w:rFonts w:cs="Times New Roman"/>
          <w:bCs/>
          <w:szCs w:val="15"/>
        </w:rPr>
        <w:t>dreptul</w:t>
      </w:r>
      <w:proofErr w:type="spellEnd"/>
      <w:r w:rsidRPr="00645335">
        <w:rPr>
          <w:rFonts w:cs="Times New Roman"/>
          <w:bCs/>
          <w:szCs w:val="15"/>
        </w:rPr>
        <w:t xml:space="preserve"> la </w:t>
      </w:r>
      <w:proofErr w:type="spellStart"/>
      <w:r w:rsidRPr="00645335">
        <w:rPr>
          <w:rFonts w:cs="Times New Roman"/>
          <w:bCs/>
          <w:szCs w:val="15"/>
        </w:rPr>
        <w:t>rectificarea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și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ștergerea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datelor</w:t>
      </w:r>
      <w:proofErr w:type="spellEnd"/>
      <w:r w:rsidRPr="00645335">
        <w:rPr>
          <w:rFonts w:cs="Times New Roman"/>
          <w:bCs/>
          <w:szCs w:val="15"/>
        </w:rPr>
        <w:t xml:space="preserve">, la </w:t>
      </w:r>
      <w:proofErr w:type="spellStart"/>
      <w:r w:rsidRPr="00645335">
        <w:rPr>
          <w:rFonts w:cs="Times New Roman"/>
          <w:bCs/>
          <w:szCs w:val="15"/>
        </w:rPr>
        <w:t>restricționarea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prelucrării</w:t>
      </w:r>
      <w:proofErr w:type="spellEnd"/>
      <w:r w:rsidRPr="00645335">
        <w:rPr>
          <w:rFonts w:cs="Times New Roman"/>
          <w:bCs/>
          <w:szCs w:val="15"/>
        </w:rPr>
        <w:t xml:space="preserve">, la </w:t>
      </w:r>
      <w:proofErr w:type="spellStart"/>
      <w:r w:rsidRPr="00645335">
        <w:rPr>
          <w:rFonts w:cs="Times New Roman"/>
          <w:bCs/>
          <w:szCs w:val="15"/>
        </w:rPr>
        <w:t>portabilitatea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datelor</w:t>
      </w:r>
      <w:proofErr w:type="spellEnd"/>
      <w:r w:rsidRPr="00645335">
        <w:rPr>
          <w:rFonts w:cs="Times New Roman"/>
          <w:bCs/>
          <w:szCs w:val="15"/>
        </w:rPr>
        <w:t xml:space="preserve">, </w:t>
      </w:r>
      <w:proofErr w:type="spellStart"/>
      <w:r w:rsidRPr="00645335">
        <w:rPr>
          <w:rFonts w:cs="Times New Roman"/>
          <w:bCs/>
          <w:szCs w:val="15"/>
        </w:rPr>
        <w:t>dreptul</w:t>
      </w:r>
      <w:proofErr w:type="spellEnd"/>
      <w:r w:rsidRPr="00645335">
        <w:rPr>
          <w:rFonts w:cs="Times New Roman"/>
          <w:bCs/>
          <w:szCs w:val="15"/>
        </w:rPr>
        <w:t xml:space="preserve"> la </w:t>
      </w:r>
      <w:proofErr w:type="spellStart"/>
      <w:r w:rsidRPr="00645335">
        <w:rPr>
          <w:rFonts w:cs="Times New Roman"/>
          <w:bCs/>
          <w:szCs w:val="15"/>
        </w:rPr>
        <w:t>opoziție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și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dreptul</w:t>
      </w:r>
      <w:proofErr w:type="spellEnd"/>
      <w:r w:rsidRPr="00645335">
        <w:rPr>
          <w:rFonts w:cs="Times New Roman"/>
          <w:bCs/>
          <w:szCs w:val="15"/>
        </w:rPr>
        <w:t xml:space="preserve"> de a </w:t>
      </w:r>
      <w:proofErr w:type="spellStart"/>
      <w:r w:rsidRPr="00645335">
        <w:rPr>
          <w:rFonts w:cs="Times New Roman"/>
          <w:bCs/>
          <w:szCs w:val="15"/>
        </w:rPr>
        <w:t>nu</w:t>
      </w:r>
      <w:proofErr w:type="spellEnd"/>
      <w:r w:rsidRPr="00645335">
        <w:rPr>
          <w:rFonts w:cs="Times New Roman"/>
          <w:bCs/>
          <w:szCs w:val="15"/>
        </w:rPr>
        <w:t xml:space="preserve"> fi </w:t>
      </w:r>
      <w:proofErr w:type="spellStart"/>
      <w:r w:rsidRPr="00645335">
        <w:rPr>
          <w:rFonts w:cs="Times New Roman"/>
          <w:bCs/>
          <w:szCs w:val="15"/>
        </w:rPr>
        <w:t>supus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unui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proces</w:t>
      </w:r>
      <w:proofErr w:type="spellEnd"/>
      <w:r w:rsidRPr="00645335">
        <w:rPr>
          <w:rFonts w:cs="Times New Roman"/>
          <w:bCs/>
          <w:szCs w:val="15"/>
        </w:rPr>
        <w:t xml:space="preserve"> individual </w:t>
      </w:r>
      <w:proofErr w:type="spellStart"/>
      <w:r w:rsidRPr="00645335">
        <w:rPr>
          <w:rFonts w:cs="Times New Roman"/>
          <w:bCs/>
          <w:szCs w:val="15"/>
        </w:rPr>
        <w:t>automatizat</w:t>
      </w:r>
      <w:proofErr w:type="spellEnd"/>
      <w:r w:rsidRPr="00645335">
        <w:rPr>
          <w:rFonts w:cs="Times New Roman"/>
          <w:bCs/>
          <w:szCs w:val="15"/>
        </w:rPr>
        <w:t xml:space="preserve">. </w:t>
      </w:r>
      <w:proofErr w:type="spellStart"/>
      <w:r w:rsidRPr="00645335">
        <w:rPr>
          <w:rFonts w:cs="Times New Roman"/>
          <w:bCs/>
          <w:szCs w:val="15"/>
        </w:rPr>
        <w:t>Pentru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execrcitarea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acestor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drepturi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vă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puteți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adresa</w:t>
      </w:r>
      <w:proofErr w:type="spellEnd"/>
      <w:r w:rsidRPr="00645335">
        <w:rPr>
          <w:rFonts w:cs="Times New Roman"/>
          <w:bCs/>
          <w:szCs w:val="15"/>
        </w:rPr>
        <w:t xml:space="preserve"> cu o </w:t>
      </w:r>
      <w:proofErr w:type="spellStart"/>
      <w:r w:rsidRPr="00645335">
        <w:rPr>
          <w:rFonts w:cs="Times New Roman"/>
          <w:bCs/>
          <w:szCs w:val="15"/>
        </w:rPr>
        <w:t>cerere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scrisă</w:t>
      </w:r>
      <w:proofErr w:type="spellEnd"/>
      <w:r w:rsidRPr="00645335">
        <w:rPr>
          <w:rFonts w:cs="Times New Roman"/>
          <w:bCs/>
          <w:szCs w:val="15"/>
        </w:rPr>
        <w:t xml:space="preserve">, </w:t>
      </w:r>
      <w:proofErr w:type="spellStart"/>
      <w:r w:rsidRPr="00645335">
        <w:rPr>
          <w:rFonts w:cs="Times New Roman"/>
          <w:bCs/>
          <w:szCs w:val="15"/>
        </w:rPr>
        <w:t>datată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și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semnată</w:t>
      </w:r>
      <w:proofErr w:type="spellEnd"/>
      <w:r w:rsidRPr="00645335">
        <w:rPr>
          <w:rFonts w:cs="Times New Roman"/>
          <w:bCs/>
          <w:szCs w:val="15"/>
        </w:rPr>
        <w:t xml:space="preserve"> la </w:t>
      </w:r>
      <w:proofErr w:type="spellStart"/>
      <w:r w:rsidRPr="00645335">
        <w:rPr>
          <w:rFonts w:cs="Times New Roman"/>
          <w:bCs/>
          <w:szCs w:val="15"/>
        </w:rPr>
        <w:t>sediul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primăriei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sau</w:t>
      </w:r>
      <w:proofErr w:type="spellEnd"/>
      <w:r w:rsidRPr="00645335">
        <w:rPr>
          <w:rFonts w:cs="Times New Roman"/>
          <w:bCs/>
          <w:szCs w:val="15"/>
        </w:rPr>
        <w:t xml:space="preserve"> la </w:t>
      </w:r>
      <w:proofErr w:type="spellStart"/>
      <w:r w:rsidRPr="00645335">
        <w:rPr>
          <w:rFonts w:cs="Times New Roman"/>
          <w:bCs/>
          <w:szCs w:val="15"/>
        </w:rPr>
        <w:t>adresa</w:t>
      </w:r>
      <w:proofErr w:type="spellEnd"/>
      <w:r w:rsidRPr="00645335">
        <w:rPr>
          <w:rFonts w:cs="Times New Roman"/>
          <w:bCs/>
          <w:szCs w:val="15"/>
        </w:rPr>
        <w:t xml:space="preserve"> de e-mail </w:t>
      </w:r>
      <w:hyperlink r:id="rId12" w:history="1">
        <w:r w:rsidRPr="00645335">
          <w:rPr>
            <w:rStyle w:val="Hyperlink"/>
            <w:rFonts w:cs="Times New Roman"/>
            <w:bCs/>
            <w:szCs w:val="15"/>
          </w:rPr>
          <w:t>registratura@primariacristian.ro</w:t>
        </w:r>
      </w:hyperlink>
      <w:r w:rsidRPr="00645335">
        <w:rPr>
          <w:rFonts w:cs="Times New Roman"/>
          <w:bCs/>
          <w:szCs w:val="15"/>
        </w:rPr>
        <w:t xml:space="preserve">. De </w:t>
      </w:r>
      <w:proofErr w:type="spellStart"/>
      <w:r w:rsidRPr="00645335">
        <w:rPr>
          <w:rFonts w:cs="Times New Roman"/>
          <w:bCs/>
          <w:szCs w:val="15"/>
        </w:rPr>
        <w:t>asemenea</w:t>
      </w:r>
      <w:proofErr w:type="spellEnd"/>
      <w:r w:rsidRPr="00645335">
        <w:rPr>
          <w:rFonts w:cs="Times New Roman"/>
          <w:bCs/>
          <w:szCs w:val="15"/>
        </w:rPr>
        <w:t xml:space="preserve">, </w:t>
      </w:r>
      <w:proofErr w:type="spellStart"/>
      <w:r w:rsidRPr="00645335">
        <w:rPr>
          <w:rFonts w:cs="Times New Roman"/>
          <w:bCs/>
          <w:szCs w:val="15"/>
        </w:rPr>
        <w:t>vă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este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recunoscut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dreptul</w:t>
      </w:r>
      <w:proofErr w:type="spellEnd"/>
      <w:r w:rsidRPr="00645335">
        <w:rPr>
          <w:rFonts w:cs="Times New Roman"/>
          <w:bCs/>
          <w:szCs w:val="15"/>
        </w:rPr>
        <w:t xml:space="preserve"> de a </w:t>
      </w:r>
      <w:proofErr w:type="spellStart"/>
      <w:r w:rsidRPr="00645335">
        <w:rPr>
          <w:rFonts w:cs="Times New Roman"/>
          <w:bCs/>
          <w:szCs w:val="15"/>
        </w:rPr>
        <w:t>vă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adresa</w:t>
      </w:r>
      <w:proofErr w:type="spellEnd"/>
      <w:r w:rsidRPr="00645335">
        <w:rPr>
          <w:rFonts w:cs="Times New Roman"/>
          <w:bCs/>
          <w:szCs w:val="15"/>
        </w:rPr>
        <w:t xml:space="preserve"> ANSPDCP </w:t>
      </w:r>
      <w:proofErr w:type="spellStart"/>
      <w:r w:rsidRPr="00645335">
        <w:rPr>
          <w:rFonts w:cs="Times New Roman"/>
          <w:bCs/>
          <w:szCs w:val="15"/>
        </w:rPr>
        <w:t>și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justiției</w:t>
      </w:r>
      <w:proofErr w:type="spellEnd"/>
      <w:r w:rsidRPr="00645335">
        <w:rPr>
          <w:rFonts w:cs="Times New Roman"/>
          <w:bCs/>
          <w:szCs w:val="15"/>
        </w:rPr>
        <w:t xml:space="preserve">. </w:t>
      </w:r>
      <w:proofErr w:type="spellStart"/>
      <w:r w:rsidRPr="00645335">
        <w:rPr>
          <w:rFonts w:cs="Times New Roman"/>
          <w:bCs/>
          <w:szCs w:val="15"/>
        </w:rPr>
        <w:t>Datele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dumneavoastră</w:t>
      </w:r>
      <w:proofErr w:type="spellEnd"/>
      <w:r w:rsidRPr="00645335">
        <w:rPr>
          <w:rFonts w:cs="Times New Roman"/>
          <w:bCs/>
          <w:szCs w:val="15"/>
        </w:rPr>
        <w:t xml:space="preserve"> nu sunt </w:t>
      </w:r>
      <w:proofErr w:type="spellStart"/>
      <w:r w:rsidRPr="00645335">
        <w:rPr>
          <w:rFonts w:cs="Times New Roman"/>
          <w:bCs/>
          <w:szCs w:val="15"/>
        </w:rPr>
        <w:t>transferate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în</w:t>
      </w:r>
      <w:proofErr w:type="spellEnd"/>
      <w:r w:rsidRPr="00645335">
        <w:rPr>
          <w:rFonts w:cs="Times New Roman"/>
          <w:bCs/>
          <w:szCs w:val="15"/>
        </w:rPr>
        <w:t xml:space="preserve"> </w:t>
      </w:r>
      <w:proofErr w:type="spellStart"/>
      <w:r w:rsidRPr="00645335">
        <w:rPr>
          <w:rFonts w:cs="Times New Roman"/>
          <w:bCs/>
          <w:szCs w:val="15"/>
        </w:rPr>
        <w:t>străinătate</w:t>
      </w:r>
      <w:proofErr w:type="spellEnd"/>
      <w:r w:rsidRPr="00645335">
        <w:rPr>
          <w:rFonts w:cs="Times New Roman"/>
          <w:bCs/>
          <w:szCs w:val="15"/>
        </w:rPr>
        <w:t>.</w:t>
      </w:r>
    </w:p>
    <w:p w14:paraId="77CB43D5" w14:textId="77777777" w:rsidR="00645335" w:rsidRPr="00645335" w:rsidRDefault="00645335" w:rsidP="00645335">
      <w:pPr>
        <w:spacing w:after="60"/>
        <w:ind w:firstLine="720"/>
        <w:jc w:val="both"/>
        <w:rPr>
          <w:bCs/>
          <w:i/>
          <w:iCs/>
          <w:sz w:val="18"/>
          <w:szCs w:val="18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645335">
        <w:rPr>
          <w:bCs/>
          <w:i/>
          <w:iCs/>
          <w:sz w:val="18"/>
          <w:szCs w:val="18"/>
        </w:rPr>
        <w:t>Subsemnata/Subsemnatul.....................................................................................................................</w:t>
      </w:r>
      <w:r w:rsidRPr="00645335">
        <w:rPr>
          <w:bCs/>
          <w:i/>
          <w:iCs/>
          <w:sz w:val="18"/>
          <w:szCs w:val="18"/>
          <w:vertAlign w:val="superscript"/>
        </w:rPr>
        <w:t>1</w:t>
      </w:r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având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codul</w:t>
      </w:r>
      <w:proofErr w:type="spellEnd"/>
      <w:r w:rsidRPr="00645335">
        <w:rPr>
          <w:bCs/>
          <w:i/>
          <w:iCs/>
          <w:sz w:val="18"/>
          <w:szCs w:val="18"/>
        </w:rPr>
        <w:t xml:space="preserve"> numeric personal ......................................................................</w:t>
      </w:r>
      <w:proofErr w:type="gramStart"/>
      <w:r w:rsidRPr="00645335">
        <w:rPr>
          <w:bCs/>
          <w:i/>
          <w:iCs/>
          <w:sz w:val="18"/>
          <w:szCs w:val="18"/>
          <w:vertAlign w:val="superscript"/>
        </w:rPr>
        <w:t>1</w:t>
      </w:r>
      <w:r w:rsidRPr="00645335">
        <w:rPr>
          <w:bCs/>
          <w:i/>
          <w:iCs/>
          <w:sz w:val="18"/>
          <w:szCs w:val="18"/>
        </w:rPr>
        <w:t xml:space="preserve">,  </w:t>
      </w:r>
      <w:proofErr w:type="spellStart"/>
      <w:r w:rsidRPr="00645335">
        <w:rPr>
          <w:bCs/>
          <w:i/>
          <w:iCs/>
          <w:sz w:val="18"/>
          <w:szCs w:val="18"/>
        </w:rPr>
        <w:t>declar</w:t>
      </w:r>
      <w:proofErr w:type="spellEnd"/>
      <w:proofErr w:type="gram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prin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prezenta</w:t>
      </w:r>
      <w:proofErr w:type="spellEnd"/>
      <w:r w:rsidRPr="00645335">
        <w:rPr>
          <w:bCs/>
          <w:i/>
          <w:iCs/>
          <w:sz w:val="18"/>
          <w:szCs w:val="18"/>
        </w:rPr>
        <w:t xml:space="preserve"> pe propria </w:t>
      </w:r>
      <w:proofErr w:type="spellStart"/>
      <w:r w:rsidRPr="00645335">
        <w:rPr>
          <w:bCs/>
          <w:i/>
          <w:iCs/>
          <w:sz w:val="18"/>
          <w:szCs w:val="18"/>
        </w:rPr>
        <w:t>răspundere</w:t>
      </w:r>
      <w:proofErr w:type="spellEnd"/>
      <w:r w:rsidRPr="00645335">
        <w:rPr>
          <w:bCs/>
          <w:i/>
          <w:iCs/>
          <w:sz w:val="18"/>
          <w:szCs w:val="18"/>
        </w:rPr>
        <w:t xml:space="preserve">, </w:t>
      </w:r>
      <w:proofErr w:type="spellStart"/>
      <w:r w:rsidRPr="00645335">
        <w:rPr>
          <w:bCs/>
          <w:i/>
          <w:iCs/>
          <w:sz w:val="18"/>
          <w:szCs w:val="18"/>
        </w:rPr>
        <w:t>că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toate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documentele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furnizate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și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consemnate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în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prezenta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cerere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r w:rsidRPr="00645335">
        <w:rPr>
          <w:b/>
          <w:bCs/>
          <w:i/>
          <w:iCs/>
          <w:sz w:val="18"/>
          <w:szCs w:val="18"/>
        </w:rPr>
        <w:t xml:space="preserve">sunt </w:t>
      </w:r>
      <w:proofErr w:type="spellStart"/>
      <w:r w:rsidRPr="00645335">
        <w:rPr>
          <w:b/>
          <w:bCs/>
          <w:i/>
          <w:iCs/>
          <w:sz w:val="18"/>
          <w:szCs w:val="18"/>
        </w:rPr>
        <w:t>corecte</w:t>
      </w:r>
      <w:proofErr w:type="spellEnd"/>
      <w:r w:rsidRPr="00645335">
        <w:rPr>
          <w:b/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/>
          <w:bCs/>
          <w:i/>
          <w:iCs/>
          <w:sz w:val="18"/>
          <w:szCs w:val="18"/>
        </w:rPr>
        <w:t>și</w:t>
      </w:r>
      <w:proofErr w:type="spellEnd"/>
      <w:r w:rsidRPr="00645335">
        <w:rPr>
          <w:b/>
          <w:bCs/>
          <w:i/>
          <w:iCs/>
          <w:sz w:val="18"/>
          <w:szCs w:val="18"/>
        </w:rPr>
        <w:t xml:space="preserve"> complete</w:t>
      </w:r>
      <w:r w:rsidRPr="00645335">
        <w:rPr>
          <w:bCs/>
          <w:i/>
          <w:iCs/>
          <w:sz w:val="18"/>
          <w:szCs w:val="18"/>
        </w:rPr>
        <w:t xml:space="preserve">. </w:t>
      </w:r>
      <w:proofErr w:type="spellStart"/>
      <w:r w:rsidRPr="00645335">
        <w:rPr>
          <w:bCs/>
          <w:i/>
          <w:iCs/>
          <w:sz w:val="18"/>
          <w:szCs w:val="18"/>
        </w:rPr>
        <w:t>Înțeleg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că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omisiunea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sau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incorectitudinea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în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prezentarea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documentelor</w:t>
      </w:r>
      <w:proofErr w:type="spellEnd"/>
      <w:r w:rsidRPr="00645335">
        <w:rPr>
          <w:bCs/>
          <w:i/>
          <w:iCs/>
          <w:sz w:val="18"/>
          <w:szCs w:val="18"/>
        </w:rPr>
        <w:t xml:space="preserve">, </w:t>
      </w:r>
      <w:proofErr w:type="spellStart"/>
      <w:r w:rsidRPr="00645335">
        <w:rPr>
          <w:bCs/>
          <w:i/>
          <w:iCs/>
          <w:sz w:val="18"/>
          <w:szCs w:val="18"/>
        </w:rPr>
        <w:t>în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scopul</w:t>
      </w:r>
      <w:proofErr w:type="spellEnd"/>
      <w:r w:rsidRPr="00645335">
        <w:rPr>
          <w:bCs/>
          <w:i/>
          <w:iCs/>
          <w:sz w:val="18"/>
          <w:szCs w:val="18"/>
        </w:rPr>
        <w:t xml:space="preserve"> de </w:t>
      </w:r>
      <w:proofErr w:type="gramStart"/>
      <w:r w:rsidRPr="00645335">
        <w:rPr>
          <w:bCs/>
          <w:i/>
          <w:iCs/>
          <w:sz w:val="18"/>
          <w:szCs w:val="18"/>
        </w:rPr>
        <w:t>a</w:t>
      </w:r>
      <w:proofErr w:type="gram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obține</w:t>
      </w:r>
      <w:proofErr w:type="spellEnd"/>
      <w:r w:rsidRPr="00645335">
        <w:rPr>
          <w:bCs/>
          <w:i/>
          <w:iCs/>
          <w:sz w:val="18"/>
          <w:szCs w:val="18"/>
        </w:rPr>
        <w:t xml:space="preserve"> </w:t>
      </w:r>
      <w:proofErr w:type="spellStart"/>
      <w:r w:rsidRPr="00645335">
        <w:rPr>
          <w:bCs/>
          <w:i/>
          <w:iCs/>
          <w:sz w:val="18"/>
          <w:szCs w:val="18"/>
        </w:rPr>
        <w:t>avantaje</w:t>
      </w:r>
      <w:proofErr w:type="spellEnd"/>
      <w:r w:rsidRPr="00645335">
        <w:rPr>
          <w:bCs/>
          <w:i/>
          <w:iCs/>
          <w:sz w:val="18"/>
          <w:szCs w:val="18"/>
        </w:rPr>
        <w:t xml:space="preserve"> se </w:t>
      </w:r>
      <w:proofErr w:type="spellStart"/>
      <w:r w:rsidRPr="00645335">
        <w:rPr>
          <w:bCs/>
          <w:i/>
          <w:iCs/>
          <w:sz w:val="18"/>
          <w:szCs w:val="18"/>
        </w:rPr>
        <w:t>pedepsește</w:t>
      </w:r>
      <w:proofErr w:type="spellEnd"/>
      <w:r w:rsidRPr="00645335">
        <w:rPr>
          <w:bCs/>
          <w:i/>
          <w:iCs/>
          <w:sz w:val="18"/>
          <w:szCs w:val="18"/>
        </w:rPr>
        <w:t xml:space="preserve"> conform </w:t>
      </w:r>
      <w:proofErr w:type="spellStart"/>
      <w:r w:rsidRPr="00645335">
        <w:rPr>
          <w:bCs/>
          <w:i/>
          <w:iCs/>
          <w:sz w:val="18"/>
          <w:szCs w:val="18"/>
        </w:rPr>
        <w:t>legii</w:t>
      </w:r>
      <w:proofErr w:type="spellEnd"/>
      <w:r w:rsidRPr="00645335">
        <w:rPr>
          <w:bCs/>
          <w:i/>
          <w:iCs/>
          <w:sz w:val="18"/>
          <w:szCs w:val="18"/>
        </w:rPr>
        <w:t>.</w:t>
      </w:r>
    </w:p>
    <w:p w14:paraId="4BF64A87" w14:textId="77777777" w:rsidR="00645335" w:rsidRPr="00645335" w:rsidRDefault="00645335" w:rsidP="00645335">
      <w:pPr>
        <w:spacing w:after="60"/>
        <w:ind w:firstLine="720"/>
        <w:jc w:val="both"/>
        <w:rPr>
          <w:rFonts w:cs="Times New Roman"/>
          <w:b/>
          <w:i/>
          <w:iCs/>
          <w:sz w:val="18"/>
          <w:szCs w:val="18"/>
        </w:rPr>
      </w:pPr>
      <w:r w:rsidRPr="00645335">
        <w:rPr>
          <w:rFonts w:cs="Times New Roman"/>
          <w:b/>
          <w:i/>
          <w:iCs/>
          <w:sz w:val="18"/>
          <w:szCs w:val="18"/>
        </w:rPr>
        <w:t xml:space="preserve">Prin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prezenta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declar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că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am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fost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informat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/ă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că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datele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cu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caracter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personal sunt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prelucrate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în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scopul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și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pentru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îndeplinirea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atribuțiilor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legale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ale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instituției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. Am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luat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la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cunoștiință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că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informațiile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din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cererea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depusă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și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din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actele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anexate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la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aceasta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vor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fi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prelucrate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de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către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Primăria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Comunei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Cristian, cu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respectarea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prevederilor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</w:t>
      </w:r>
      <w:proofErr w:type="spellStart"/>
      <w:r w:rsidRPr="00645335">
        <w:rPr>
          <w:rFonts w:cs="Times New Roman"/>
          <w:b/>
          <w:i/>
          <w:iCs/>
          <w:sz w:val="18"/>
          <w:szCs w:val="18"/>
        </w:rPr>
        <w:t>Regulamentului</w:t>
      </w:r>
      <w:proofErr w:type="spellEnd"/>
      <w:r w:rsidRPr="00645335">
        <w:rPr>
          <w:rFonts w:cs="Times New Roman"/>
          <w:b/>
          <w:i/>
          <w:iCs/>
          <w:sz w:val="18"/>
          <w:szCs w:val="18"/>
        </w:rPr>
        <w:t xml:space="preserve"> (UE) 679/2016.</w:t>
      </w:r>
    </w:p>
    <w:p w14:paraId="4295E918" w14:textId="77777777" w:rsidR="00645335" w:rsidRPr="00645335" w:rsidRDefault="00645335" w:rsidP="00645335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18"/>
          <w:szCs w:val="18"/>
        </w:rPr>
      </w:pPr>
      <w:r w:rsidRPr="00645335">
        <w:rPr>
          <w:bCs/>
          <w:i/>
          <w:iCs/>
          <w:sz w:val="18"/>
          <w:szCs w:val="18"/>
        </w:rPr>
        <w:t xml:space="preserve">             Data ........, </w:t>
      </w:r>
      <w:r w:rsidRPr="00645335">
        <w:rPr>
          <w:bCs/>
          <w:i/>
          <w:iCs/>
          <w:sz w:val="18"/>
          <w:szCs w:val="18"/>
        </w:rPr>
        <w:tab/>
      </w:r>
      <w:r w:rsidRPr="00645335">
        <w:rPr>
          <w:bCs/>
          <w:i/>
          <w:iCs/>
          <w:sz w:val="18"/>
          <w:szCs w:val="18"/>
        </w:rPr>
        <w:tab/>
      </w:r>
      <w:r w:rsidRPr="00645335">
        <w:rPr>
          <w:bCs/>
          <w:i/>
          <w:iCs/>
          <w:sz w:val="18"/>
          <w:szCs w:val="18"/>
        </w:rPr>
        <w:tab/>
      </w:r>
      <w:r w:rsidRPr="00645335">
        <w:rPr>
          <w:bCs/>
          <w:i/>
          <w:iCs/>
          <w:sz w:val="18"/>
          <w:szCs w:val="18"/>
        </w:rPr>
        <w:tab/>
      </w:r>
      <w:r w:rsidRPr="00645335">
        <w:rPr>
          <w:bCs/>
          <w:i/>
          <w:iCs/>
          <w:sz w:val="18"/>
          <w:szCs w:val="18"/>
        </w:rPr>
        <w:tab/>
      </w:r>
      <w:r w:rsidRPr="00645335">
        <w:rPr>
          <w:bCs/>
          <w:i/>
          <w:iCs/>
          <w:sz w:val="18"/>
          <w:szCs w:val="18"/>
        </w:rPr>
        <w:tab/>
      </w:r>
      <w:r w:rsidRPr="00645335">
        <w:rPr>
          <w:bCs/>
          <w:i/>
          <w:iCs/>
          <w:sz w:val="18"/>
          <w:szCs w:val="18"/>
        </w:rPr>
        <w:tab/>
      </w:r>
      <w:r w:rsidRPr="00645335">
        <w:rPr>
          <w:bCs/>
          <w:i/>
          <w:iCs/>
          <w:sz w:val="18"/>
          <w:szCs w:val="18"/>
        </w:rPr>
        <w:tab/>
        <w:t xml:space="preserve"> </w:t>
      </w:r>
      <w:r w:rsidRPr="00645335">
        <w:rPr>
          <w:bCs/>
          <w:i/>
          <w:iCs/>
          <w:sz w:val="18"/>
          <w:szCs w:val="18"/>
        </w:rPr>
        <w:sym w:font="Wingdings" w:char="F03F"/>
      </w:r>
      <w:r w:rsidRPr="00645335">
        <w:rPr>
          <w:bCs/>
          <w:i/>
          <w:iCs/>
          <w:sz w:val="18"/>
          <w:szCs w:val="18"/>
        </w:rPr>
        <w:t xml:space="preserve"> ......................................</w:t>
      </w:r>
      <w:r w:rsidRPr="00645335">
        <w:rPr>
          <w:bCs/>
          <w:i/>
          <w:iCs/>
          <w:sz w:val="18"/>
          <w:szCs w:val="18"/>
          <w:vertAlign w:val="superscript"/>
        </w:rPr>
        <w:t>3</w:t>
      </w:r>
      <w:r w:rsidRPr="00645335">
        <w:rPr>
          <w:bCs/>
          <w:i/>
          <w:iCs/>
          <w:sz w:val="18"/>
          <w:szCs w:val="18"/>
        </w:rPr>
        <w:t xml:space="preserve"> </w:t>
      </w:r>
    </w:p>
    <w:p w14:paraId="0C1C2593" w14:textId="77777777" w:rsidR="00645335" w:rsidRPr="00645335" w:rsidRDefault="00645335" w:rsidP="00645335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14"/>
          <w:szCs w:val="14"/>
        </w:rPr>
      </w:pPr>
    </w:p>
    <w:p w14:paraId="0CBCFF50" w14:textId="77777777" w:rsidR="00645335" w:rsidRPr="00645335" w:rsidRDefault="00645335" w:rsidP="00645335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</w:p>
    <w:p w14:paraId="3FECE8FB" w14:textId="136666EF" w:rsidR="00645335" w:rsidRPr="00645335" w:rsidRDefault="00645335" w:rsidP="00645335">
      <w:pPr>
        <w:jc w:val="both"/>
        <w:rPr>
          <w:sz w:val="14"/>
          <w:szCs w:val="14"/>
        </w:rPr>
      </w:pPr>
      <w:r w:rsidRPr="00645335">
        <w:rPr>
          <w:b/>
          <w:sz w:val="14"/>
          <w:szCs w:val="14"/>
        </w:rPr>
        <w:t xml:space="preserve">FOARTE IMPORTANT: </w:t>
      </w:r>
      <w:proofErr w:type="spellStart"/>
      <w:r w:rsidRPr="00645335">
        <w:rPr>
          <w:b/>
          <w:sz w:val="14"/>
          <w:szCs w:val="14"/>
        </w:rPr>
        <w:t>Potrivit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prevederilor</w:t>
      </w:r>
      <w:proofErr w:type="spellEnd"/>
      <w:r w:rsidRPr="00645335">
        <w:rPr>
          <w:b/>
          <w:sz w:val="14"/>
          <w:szCs w:val="14"/>
        </w:rPr>
        <w:t xml:space="preserve"> art. 1 </w:t>
      </w:r>
      <w:proofErr w:type="spellStart"/>
      <w:r w:rsidRPr="00645335">
        <w:rPr>
          <w:b/>
          <w:sz w:val="14"/>
          <w:szCs w:val="14"/>
        </w:rPr>
        <w:t>alin</w:t>
      </w:r>
      <w:proofErr w:type="spellEnd"/>
      <w:r w:rsidRPr="00645335">
        <w:rPr>
          <w:b/>
          <w:sz w:val="14"/>
          <w:szCs w:val="14"/>
        </w:rPr>
        <w:t xml:space="preserve">. (1) din </w:t>
      </w:r>
      <w:proofErr w:type="spellStart"/>
      <w:r w:rsidRPr="00645335">
        <w:rPr>
          <w:b/>
          <w:sz w:val="14"/>
          <w:szCs w:val="14"/>
        </w:rPr>
        <w:t>Legea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contenciosului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administrativ</w:t>
      </w:r>
      <w:proofErr w:type="spellEnd"/>
      <w:r w:rsidRPr="00645335">
        <w:rPr>
          <w:b/>
          <w:sz w:val="14"/>
          <w:szCs w:val="14"/>
        </w:rPr>
        <w:t xml:space="preserve"> nr. 554/2004, cu </w:t>
      </w:r>
      <w:proofErr w:type="spellStart"/>
      <w:r w:rsidRPr="00645335">
        <w:rPr>
          <w:b/>
          <w:sz w:val="14"/>
          <w:szCs w:val="14"/>
        </w:rPr>
        <w:t>modificările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și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completările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ulterioare</w:t>
      </w:r>
      <w:proofErr w:type="spellEnd"/>
      <w:r w:rsidRPr="00645335">
        <w:rPr>
          <w:b/>
          <w:sz w:val="14"/>
          <w:szCs w:val="14"/>
        </w:rPr>
        <w:t xml:space="preserve">: </w:t>
      </w:r>
      <w:proofErr w:type="spellStart"/>
      <w:r w:rsidRPr="00645335">
        <w:rPr>
          <w:b/>
          <w:sz w:val="14"/>
          <w:szCs w:val="14"/>
        </w:rPr>
        <w:t>Petentul</w:t>
      </w:r>
      <w:proofErr w:type="spellEnd"/>
      <w:r w:rsidRPr="00645335">
        <w:rPr>
          <w:b/>
          <w:sz w:val="14"/>
          <w:szCs w:val="14"/>
        </w:rPr>
        <w:t xml:space="preserve"> care se </w:t>
      </w:r>
      <w:proofErr w:type="spellStart"/>
      <w:r w:rsidRPr="00645335">
        <w:rPr>
          <w:b/>
          <w:sz w:val="14"/>
          <w:szCs w:val="14"/>
        </w:rPr>
        <w:t>consideră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vătămat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într</w:t>
      </w:r>
      <w:proofErr w:type="spellEnd"/>
      <w:r w:rsidRPr="00645335">
        <w:rPr>
          <w:b/>
          <w:sz w:val="14"/>
          <w:szCs w:val="14"/>
        </w:rPr>
        <w:t xml:space="preserve">-un </w:t>
      </w:r>
      <w:proofErr w:type="spellStart"/>
      <w:r w:rsidRPr="00645335">
        <w:rPr>
          <w:b/>
          <w:sz w:val="14"/>
          <w:szCs w:val="14"/>
        </w:rPr>
        <w:t>drept</w:t>
      </w:r>
      <w:proofErr w:type="spellEnd"/>
      <w:r w:rsidRPr="00645335">
        <w:rPr>
          <w:b/>
          <w:sz w:val="14"/>
          <w:szCs w:val="14"/>
        </w:rPr>
        <w:t xml:space="preserve"> al </w:t>
      </w:r>
      <w:proofErr w:type="spellStart"/>
      <w:r w:rsidRPr="00645335">
        <w:rPr>
          <w:b/>
          <w:sz w:val="14"/>
          <w:szCs w:val="14"/>
        </w:rPr>
        <w:t>său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ori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într</w:t>
      </w:r>
      <w:proofErr w:type="spellEnd"/>
      <w:r w:rsidRPr="00645335">
        <w:rPr>
          <w:b/>
          <w:sz w:val="14"/>
          <w:szCs w:val="14"/>
        </w:rPr>
        <w:t xml:space="preserve">-un </w:t>
      </w:r>
      <w:proofErr w:type="spellStart"/>
      <w:r w:rsidRPr="00645335">
        <w:rPr>
          <w:b/>
          <w:sz w:val="14"/>
          <w:szCs w:val="14"/>
        </w:rPr>
        <w:t>interes</w:t>
      </w:r>
      <w:proofErr w:type="spellEnd"/>
      <w:r w:rsidRPr="00645335">
        <w:rPr>
          <w:b/>
          <w:sz w:val="14"/>
          <w:szCs w:val="14"/>
        </w:rPr>
        <w:t xml:space="preserve"> legitim </w:t>
      </w:r>
      <w:proofErr w:type="spellStart"/>
      <w:r w:rsidRPr="00645335">
        <w:rPr>
          <w:b/>
          <w:sz w:val="14"/>
          <w:szCs w:val="14"/>
        </w:rPr>
        <w:t>prin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solicitarea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acestei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declarații</w:t>
      </w:r>
      <w:proofErr w:type="spellEnd"/>
      <w:r w:rsidRPr="00645335">
        <w:rPr>
          <w:b/>
          <w:sz w:val="14"/>
          <w:szCs w:val="14"/>
        </w:rPr>
        <w:t xml:space="preserve">, se </w:t>
      </w:r>
      <w:proofErr w:type="spellStart"/>
      <w:r w:rsidRPr="00645335">
        <w:rPr>
          <w:b/>
          <w:sz w:val="14"/>
          <w:szCs w:val="14"/>
        </w:rPr>
        <w:t>poate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adresa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instanței</w:t>
      </w:r>
      <w:proofErr w:type="spellEnd"/>
      <w:r w:rsidRPr="00645335">
        <w:rPr>
          <w:b/>
          <w:sz w:val="14"/>
          <w:szCs w:val="14"/>
        </w:rPr>
        <w:t xml:space="preserve"> de </w:t>
      </w:r>
      <w:proofErr w:type="spellStart"/>
      <w:r w:rsidRPr="00645335">
        <w:rPr>
          <w:b/>
          <w:sz w:val="14"/>
          <w:szCs w:val="14"/>
        </w:rPr>
        <w:t>contencios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administrativ</w:t>
      </w:r>
      <w:proofErr w:type="spellEnd"/>
      <w:r w:rsidRPr="00645335">
        <w:rPr>
          <w:b/>
          <w:sz w:val="14"/>
          <w:szCs w:val="14"/>
        </w:rPr>
        <w:t xml:space="preserve"> </w:t>
      </w:r>
      <w:proofErr w:type="spellStart"/>
      <w:r w:rsidRPr="00645335">
        <w:rPr>
          <w:b/>
          <w:sz w:val="14"/>
          <w:szCs w:val="14"/>
        </w:rPr>
        <w:t>competente</w:t>
      </w:r>
      <w:proofErr w:type="spellEnd"/>
      <w:r w:rsidRPr="00645335">
        <w:rPr>
          <w:b/>
          <w:sz w:val="14"/>
          <w:szCs w:val="14"/>
        </w:rPr>
        <w:t>.</w:t>
      </w:r>
    </w:p>
    <w:sectPr w:rsidR="00645335" w:rsidRPr="00645335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56F4E" w14:textId="77777777" w:rsidR="00D321FC" w:rsidRDefault="00D321FC">
      <w:r>
        <w:separator/>
      </w:r>
    </w:p>
  </w:endnote>
  <w:endnote w:type="continuationSeparator" w:id="0">
    <w:p w14:paraId="616E1E82" w14:textId="77777777" w:rsidR="00D321FC" w:rsidRDefault="00D32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20C55F85" w:rsidR="00F343D2" w:rsidRDefault="00645335" w:rsidP="00F343D2">
    <w:pPr>
      <w:pStyle w:val="Footer"/>
      <w:tabs>
        <w:tab w:val="right" w:pos="9639"/>
      </w:tabs>
    </w:pPr>
    <w:r>
      <w:rPr>
        <w:color w:val="595959"/>
      </w:rPr>
      <w:t xml:space="preserve">ANEXA 3 - </w:t>
    </w:r>
    <w:r w:rsidR="00F343D2">
      <w:rPr>
        <w:color w:val="595959"/>
      </w:rPr>
      <w:t xml:space="preserve">F_NOT_01 · </w:t>
    </w:r>
    <w:proofErr w:type="spellStart"/>
    <w:r w:rsidR="00F343D2">
      <w:rPr>
        <w:color w:val="595959"/>
      </w:rPr>
      <w:t>versiunea</w:t>
    </w:r>
    <w:proofErr w:type="spellEnd"/>
    <w:r w:rsidR="00F343D2">
      <w:rPr>
        <w:color w:val="595959"/>
      </w:rPr>
      <w:t xml:space="preserve"> 1.0</w:t>
    </w:r>
    <w:r w:rsidR="00F343D2">
      <w:rPr>
        <w:color w:val="595959"/>
      </w:rPr>
      <w:tab/>
    </w:r>
    <w:proofErr w:type="spellStart"/>
    <w:r w:rsidR="00F343D2">
      <w:rPr>
        <w:color w:val="595959"/>
      </w:rPr>
      <w:t>pagina</w:t>
    </w:r>
    <w:proofErr w:type="spellEnd"/>
    <w:r w:rsidR="00F343D2">
      <w:rPr>
        <w:color w:val="595959"/>
      </w:rPr>
      <w:t xml:space="preserve"> </w:t>
    </w:r>
    <w:r w:rsidR="00F343D2">
      <w:rPr>
        <w:color w:val="595959"/>
      </w:rPr>
      <w:fldChar w:fldCharType="begin"/>
    </w:r>
    <w:r w:rsidR="00F343D2">
      <w:rPr>
        <w:color w:val="595959"/>
      </w:rPr>
      <w:instrText xml:space="preserve"> PAGE </w:instrText>
    </w:r>
    <w:r w:rsidR="00F343D2">
      <w:rPr>
        <w:color w:val="595959"/>
      </w:rPr>
      <w:fldChar w:fldCharType="separate"/>
    </w:r>
    <w:r w:rsidR="00F343D2">
      <w:rPr>
        <w:color w:val="595959"/>
      </w:rPr>
      <w:t>2</w:t>
    </w:r>
    <w:r w:rsidR="00F343D2">
      <w:rPr>
        <w:color w:val="595959"/>
      </w:rPr>
      <w:fldChar w:fldCharType="end"/>
    </w:r>
    <w:r w:rsidR="00F343D2">
      <w:rPr>
        <w:color w:val="595959"/>
      </w:rPr>
      <w:t xml:space="preserve"> din </w:t>
    </w:r>
    <w:r w:rsidR="00F343D2">
      <w:rPr>
        <w:color w:val="595959"/>
      </w:rPr>
      <w:fldChar w:fldCharType="begin"/>
    </w:r>
    <w:r w:rsidR="00F343D2">
      <w:rPr>
        <w:color w:val="595959"/>
      </w:rPr>
      <w:instrText xml:space="preserve"> NUMPAGES </w:instrText>
    </w:r>
    <w:r w:rsidR="00F343D2">
      <w:rPr>
        <w:color w:val="595959"/>
      </w:rPr>
      <w:fldChar w:fldCharType="separate"/>
    </w:r>
    <w:r w:rsidR="00F343D2">
      <w:rPr>
        <w:color w:val="595959"/>
      </w:rPr>
      <w:t>2</w:t>
    </w:r>
    <w:r w:rsidR="00F343D2">
      <w:rPr>
        <w:color w:val="595959"/>
      </w:rPr>
      <w:fldChar w:fldCharType="end"/>
    </w:r>
  </w:p>
  <w:p w14:paraId="30EA6E2D" w14:textId="77777777" w:rsidR="00F343D2" w:rsidRDefault="00F343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AEDA4" w14:textId="77777777" w:rsidR="00D321FC" w:rsidRDefault="00D321FC">
      <w:r>
        <w:separator/>
      </w:r>
    </w:p>
  </w:footnote>
  <w:footnote w:type="continuationSeparator" w:id="0">
    <w:p w14:paraId="13735C44" w14:textId="77777777" w:rsidR="00D321FC" w:rsidRDefault="00D32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C6084"/>
    <w:rsid w:val="003F4418"/>
    <w:rsid w:val="004D2D0E"/>
    <w:rsid w:val="004E2246"/>
    <w:rsid w:val="0060615D"/>
    <w:rsid w:val="006113A9"/>
    <w:rsid w:val="00645335"/>
    <w:rsid w:val="006C103E"/>
    <w:rsid w:val="00730580"/>
    <w:rsid w:val="007C5D68"/>
    <w:rsid w:val="007F39C2"/>
    <w:rsid w:val="00846492"/>
    <w:rsid w:val="00852977"/>
    <w:rsid w:val="00870FD7"/>
    <w:rsid w:val="00932ED5"/>
    <w:rsid w:val="00A17614"/>
    <w:rsid w:val="00AA1D8D"/>
    <w:rsid w:val="00AD1D4A"/>
    <w:rsid w:val="00B47730"/>
    <w:rsid w:val="00CA6FDB"/>
    <w:rsid w:val="00CB0664"/>
    <w:rsid w:val="00D2019F"/>
    <w:rsid w:val="00D2346C"/>
    <w:rsid w:val="00D321F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64533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gistratura@primariacristian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gistratura@primariacristian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1295</Words>
  <Characters>7384</Characters>
  <Application>Microsoft Office Word</Application>
  <DocSecurity>0</DocSecurity>
  <Lines>61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3</cp:revision>
  <cp:lastPrinted>2026-08-31T11:26:00Z</cp:lastPrinted>
  <dcterms:created xsi:type="dcterms:W3CDTF">2026-08-31T11:25:00Z</dcterms:created>
  <dcterms:modified xsi:type="dcterms:W3CDTF">2026-08-31T11:27:00Z</dcterms:modified>
  <cp:category/>
</cp:coreProperties>
</file>