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85C0B" w14:paraId="519B4AD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A88CE79" w14:textId="3954253C" w:rsidR="00C85C0B" w:rsidRDefault="00F02A82">
            <w:pPr>
              <w:keepNext/>
              <w:jc w:val="center"/>
            </w:pPr>
            <w:r>
              <w:rPr>
                <w:i/>
                <w:noProof/>
                <w:color w:val="595959"/>
              </w:rPr>
              <w:drawing>
                <wp:anchor distT="0" distB="0" distL="1033145" distR="1033145" simplePos="0" relativeHeight="251659264" behindDoc="1" locked="0" layoutInCell="1" allowOverlap="1" wp14:anchorId="6C253693" wp14:editId="6B9E82AD">
                  <wp:simplePos x="0" y="0"/>
                  <wp:positionH relativeFrom="margin">
                    <wp:posOffset>139065</wp:posOffset>
                  </wp:positionH>
                  <wp:positionV relativeFrom="paragraph">
                    <wp:posOffset>-819150</wp:posOffset>
                  </wp:positionV>
                  <wp:extent cx="597535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0659" y="21086"/>
                      <wp:lineTo x="20659" y="0"/>
                      <wp:lineTo x="0" y="0"/>
                    </wp:wrapPolygon>
                  </wp:wrapTight>
                  <wp:docPr id="1509950198" name="Picture 2" descr="stema 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a 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D65C390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40C295B" w14:textId="28502FC5" w:rsidR="00C85C0B" w:rsidRDefault="00F02A82">
            <w:pPr>
              <w:keepNext/>
            </w:pPr>
            <w:r w:rsidRPr="00C16509">
              <w:rPr>
                <w:b/>
                <w:sz w:val="22"/>
              </w:rPr>
              <w:t>BRAŞOV</w:t>
            </w:r>
          </w:p>
        </w:tc>
      </w:tr>
      <w:tr w:rsidR="00C85C0B" w14:paraId="0ACFA7D3" w14:textId="77777777">
        <w:trPr>
          <w:cantSplit/>
          <w:trHeight w:val="510"/>
        </w:trPr>
        <w:tc>
          <w:tcPr>
            <w:tcW w:w="1606" w:type="dxa"/>
            <w:vMerge/>
          </w:tcPr>
          <w:p w14:paraId="4D922E0F" w14:textId="77777777" w:rsidR="00C85C0B" w:rsidRDefault="00C85C0B"/>
        </w:tc>
        <w:tc>
          <w:tcPr>
            <w:tcW w:w="8030" w:type="dxa"/>
            <w:gridSpan w:val="3"/>
            <w:shd w:val="clear" w:color="auto" w:fill="F0F0F0"/>
          </w:tcPr>
          <w:p w14:paraId="7BFDD222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537356A4" w14:textId="4C141887" w:rsidR="00C85C0B" w:rsidRDefault="00F02A82" w:rsidP="00F02A82">
            <w:pPr>
              <w:keepNext/>
              <w:jc w:val="center"/>
            </w:pPr>
            <w:r w:rsidRPr="00C16509">
              <w:rPr>
                <w:b/>
                <w:sz w:val="24"/>
                <w:szCs w:val="24"/>
              </w:rPr>
              <w:t>COMUNA CRISTIAN</w:t>
            </w:r>
          </w:p>
        </w:tc>
      </w:tr>
      <w:tr w:rsidR="00C85C0B" w14:paraId="06B81FB7" w14:textId="77777777">
        <w:trPr>
          <w:cantSplit/>
          <w:trHeight w:val="510"/>
        </w:trPr>
        <w:tc>
          <w:tcPr>
            <w:tcW w:w="1606" w:type="dxa"/>
            <w:vMerge/>
          </w:tcPr>
          <w:p w14:paraId="5B65FFC0" w14:textId="77777777" w:rsidR="00C85C0B" w:rsidRDefault="00C85C0B"/>
        </w:tc>
        <w:tc>
          <w:tcPr>
            <w:tcW w:w="2409" w:type="dxa"/>
            <w:shd w:val="clear" w:color="auto" w:fill="F0F0F0"/>
          </w:tcPr>
          <w:p w14:paraId="73114822" w14:textId="77777777" w:rsidR="00C85C0B" w:rsidRPr="00150E80" w:rsidRDefault="00000000">
            <w:pPr>
              <w:keepNext/>
              <w:rPr>
                <w:lang w:val="fr-FR"/>
              </w:rPr>
            </w:pPr>
            <w:r w:rsidRPr="00150E80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150E80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150E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150E80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150E80">
              <w:rPr>
                <w:b/>
                <w:color w:val="0D5F78"/>
                <w:lang w:val="fr-FR"/>
              </w:rPr>
              <w:t xml:space="preserve"> (CIF)</w:t>
            </w:r>
          </w:p>
          <w:p w14:paraId="790922F4" w14:textId="78D61987" w:rsidR="00C85C0B" w:rsidRPr="00150E80" w:rsidRDefault="00F02A82">
            <w:pPr>
              <w:keepNext/>
              <w:rPr>
                <w:lang w:val="fr-FR"/>
              </w:rPr>
            </w:pPr>
            <w:r w:rsidRPr="00EA12E5">
              <w:rPr>
                <w:b/>
                <w:bCs/>
                <w:sz w:val="20"/>
                <w:szCs w:val="20"/>
                <w:lang w:val="fr-FR"/>
              </w:rPr>
              <w:t>4728369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E8EEC57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54DE0D76" w14:textId="77777777" w:rsidR="00F02A82" w:rsidRPr="004A0D27" w:rsidRDefault="00F02A82" w:rsidP="00F02A82">
            <w:pPr>
              <w:tabs>
                <w:tab w:val="center" w:pos="4513"/>
                <w:tab w:val="right" w:pos="9026"/>
              </w:tabs>
              <w:rPr>
                <w:sz w:val="16"/>
                <w:szCs w:val="16"/>
              </w:rPr>
            </w:pPr>
            <w:r w:rsidRPr="004A0D27">
              <w:rPr>
                <w:sz w:val="16"/>
                <w:szCs w:val="16"/>
              </w:rPr>
              <w:t xml:space="preserve">Strada </w:t>
            </w:r>
            <w:proofErr w:type="spellStart"/>
            <w:r w:rsidRPr="004A0D27">
              <w:rPr>
                <w:sz w:val="16"/>
                <w:szCs w:val="16"/>
              </w:rPr>
              <w:t>Piața</w:t>
            </w:r>
            <w:proofErr w:type="spellEnd"/>
            <w:r w:rsidRPr="004A0D27">
              <w:rPr>
                <w:sz w:val="16"/>
                <w:szCs w:val="16"/>
              </w:rPr>
              <w:t xml:space="preserve"> </w:t>
            </w:r>
            <w:proofErr w:type="spellStart"/>
            <w:r w:rsidRPr="004A0D27">
              <w:rPr>
                <w:sz w:val="16"/>
                <w:szCs w:val="16"/>
              </w:rPr>
              <w:t>Libertății</w:t>
            </w:r>
            <w:proofErr w:type="spellEnd"/>
            <w:r w:rsidRPr="004A0D27">
              <w:rPr>
                <w:sz w:val="16"/>
                <w:szCs w:val="16"/>
              </w:rPr>
              <w:t xml:space="preserve"> nr. 1, tel.: 0268/257376, </w:t>
            </w:r>
          </w:p>
          <w:p w14:paraId="34178E3A" w14:textId="65B73C3C" w:rsidR="00C85C0B" w:rsidRDefault="00F02A82" w:rsidP="00F02A82">
            <w:pPr>
              <w:keepNext/>
            </w:pPr>
            <w:r w:rsidRPr="004A0D27">
              <w:rPr>
                <w:rFonts w:ascii="GoudyOlSt BT" w:hAnsi="GoudyOlSt BT"/>
                <w:sz w:val="16"/>
                <w:szCs w:val="16"/>
              </w:rPr>
              <w:t xml:space="preserve">e-mail: </w:t>
            </w:r>
            <w:hyperlink r:id="rId9" w:history="1">
              <w:r w:rsidRPr="004A0D27">
                <w:rPr>
                  <w:rStyle w:val="Hyperlink"/>
                  <w:rFonts w:ascii="GoudyOlSt BT" w:hAnsi="GoudyOlSt BT"/>
                  <w:color w:val="auto"/>
                  <w:sz w:val="16"/>
                  <w:szCs w:val="16"/>
                  <w:u w:val="none"/>
                </w:rPr>
                <w:t>registratura@primariacristian.ro</w:t>
              </w:r>
            </w:hyperlink>
            <w:r w:rsidRPr="004A0D27">
              <w:rPr>
                <w:rFonts w:ascii="GoudyOlSt BT" w:hAnsi="GoudyOlSt BT"/>
                <w:color w:val="4472C4"/>
                <w:sz w:val="16"/>
                <w:szCs w:val="16"/>
              </w:rPr>
              <w:t xml:space="preserve">, </w:t>
            </w:r>
            <w:r w:rsidRPr="004A0D27">
              <w:rPr>
                <w:rFonts w:ascii="GoudyOlSt BT" w:hAnsi="GoudyOlSt BT"/>
                <w:sz w:val="16"/>
                <w:szCs w:val="16"/>
              </w:rPr>
              <w:t>www.primariacristian.ro</w:t>
            </w:r>
            <w:r>
              <w:t xml:space="preserve"> </w:t>
            </w:r>
          </w:p>
        </w:tc>
      </w:tr>
      <w:tr w:rsidR="00C85C0B" w14:paraId="024C8C88" w14:textId="77777777">
        <w:trPr>
          <w:cantSplit/>
          <w:trHeight w:val="510"/>
        </w:trPr>
        <w:tc>
          <w:tcPr>
            <w:tcW w:w="1606" w:type="dxa"/>
            <w:vMerge/>
          </w:tcPr>
          <w:p w14:paraId="60A55E62" w14:textId="77777777" w:rsidR="00C85C0B" w:rsidRDefault="00C85C0B"/>
        </w:tc>
        <w:tc>
          <w:tcPr>
            <w:tcW w:w="4818" w:type="dxa"/>
            <w:gridSpan w:val="2"/>
            <w:shd w:val="clear" w:color="auto" w:fill="F0F0F0"/>
          </w:tcPr>
          <w:p w14:paraId="4322CA91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8C1E4E9" w14:textId="77777777" w:rsidR="00C85C0B" w:rsidRDefault="00C85C0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177760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EF75A35" w14:textId="77777777" w:rsidR="00C85C0B" w:rsidRDefault="00C85C0B">
            <w:pPr>
              <w:keepNext/>
            </w:pPr>
          </w:p>
        </w:tc>
      </w:tr>
      <w:tr w:rsidR="00C85C0B" w:rsidRPr="003A7070" w14:paraId="25CEB233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DB7F8C0" w14:textId="77777777" w:rsidR="00C85C0B" w:rsidRPr="00150E80" w:rsidRDefault="00000000">
            <w:pPr>
              <w:rPr>
                <w:lang w:val="fr-FR"/>
              </w:rPr>
            </w:pPr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150E80">
              <w:rPr>
                <w:i/>
                <w:color w:val="595959"/>
                <w:lang w:val="fr-FR"/>
              </w:rPr>
              <w:t>se</w:t>
            </w:r>
            <w:proofErr w:type="gram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scrie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în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5970DD8" w14:textId="77777777" w:rsidR="00C85C0B" w:rsidRPr="00150E80" w:rsidRDefault="00C85C0B">
      <w:pPr>
        <w:spacing w:line="168" w:lineRule="auto"/>
        <w:rPr>
          <w:lang w:val="fr-FR"/>
        </w:rPr>
      </w:pPr>
    </w:p>
    <w:p w14:paraId="0EFADD9B" w14:textId="77777777" w:rsidR="00C85C0B" w:rsidRPr="003A7070" w:rsidRDefault="00000000">
      <w:pPr>
        <w:spacing w:before="140"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14:paraId="49143762" w14:textId="77777777" w:rsidR="00C85C0B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finalizarea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notificate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solicitarea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participării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reprezentantului</w:t>
      </w:r>
      <w:proofErr w:type="spellEnd"/>
      <w:r>
        <w:rPr>
          <w:sz w:val="19"/>
        </w:rPr>
        <w:t xml:space="preserve"> UAT la </w:t>
      </w:r>
      <w:proofErr w:type="spellStart"/>
      <w:r>
        <w:rPr>
          <w:sz w:val="19"/>
        </w:rPr>
        <w:t>recepție</w:t>
      </w:r>
      <w:proofErr w:type="spellEnd"/>
    </w:p>
    <w:p w14:paraId="279D8DA9" w14:textId="77777777" w:rsidR="00C85C0B" w:rsidRDefault="00C85C0B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150E80" w14:paraId="037E1A48" w14:textId="77777777">
        <w:trPr>
          <w:cantSplit/>
          <w:trHeight w:val="510"/>
        </w:trPr>
        <w:tc>
          <w:tcPr>
            <w:tcW w:w="9636" w:type="dxa"/>
          </w:tcPr>
          <w:p w14:paraId="661E6056" w14:textId="59B65708" w:rsidR="00C85C0B" w:rsidRPr="00150E80" w:rsidRDefault="00000000">
            <w:pPr>
              <w:keepNext/>
              <w:rPr>
                <w:lang w:val="fr-FR"/>
              </w:rPr>
            </w:pPr>
            <w:proofErr w:type="spellStart"/>
            <w:r w:rsidRPr="00150E80">
              <w:rPr>
                <w:b/>
                <w:color w:val="0D5F78"/>
                <w:lang w:val="fr-FR"/>
              </w:rPr>
              <w:t>Instituția</w:t>
            </w:r>
            <w:proofErr w:type="spellEnd"/>
            <w:r w:rsidR="00F02A8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comunei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sector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3662B31C" w14:textId="451EC719" w:rsidR="00C85C0B" w:rsidRPr="00150E80" w:rsidRDefault="00F02A82">
            <w:pPr>
              <w:keepNext/>
              <w:rPr>
                <w:lang w:val="fr-FR"/>
              </w:rPr>
            </w:pP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Prim</w:t>
            </w:r>
            <w:r>
              <w:rPr>
                <w:b/>
                <w:bCs/>
                <w:sz w:val="20"/>
                <w:szCs w:val="20"/>
                <w:lang w:val="fr-FR"/>
              </w:rPr>
              <w:t>ăria</w:t>
            </w:r>
            <w:proofErr w:type="spell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Comunei</w:t>
            </w:r>
            <w:proofErr w:type="spell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Cris</w:t>
            </w:r>
            <w:r>
              <w:rPr>
                <w:b/>
                <w:bCs/>
                <w:sz w:val="20"/>
                <w:szCs w:val="20"/>
                <w:lang w:val="fr-FR"/>
              </w:rPr>
              <w:t>t</w:t>
            </w:r>
            <w:r w:rsidRPr="00B044FB">
              <w:rPr>
                <w:b/>
                <w:bCs/>
                <w:sz w:val="20"/>
                <w:szCs w:val="20"/>
                <w:lang w:val="fr-FR"/>
              </w:rPr>
              <w:t>ian</w:t>
            </w:r>
          </w:p>
        </w:tc>
      </w:tr>
      <w:tr w:rsidR="00C85C0B" w:rsidRPr="00150E80" w14:paraId="2EC5D0A0" w14:textId="77777777">
        <w:trPr>
          <w:cantSplit/>
        </w:trPr>
        <w:tc>
          <w:tcPr>
            <w:tcW w:w="9636" w:type="dxa"/>
            <w:shd w:val="clear" w:color="auto" w:fill="F4F4F4"/>
          </w:tcPr>
          <w:p w14:paraId="17C2FF38" w14:textId="77777777" w:rsidR="00C85C0B" w:rsidRPr="00150E80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150E80">
              <w:rPr>
                <w:lang w:val="fr-FR"/>
              </w:rPr>
              <w:t>Cererea</w:t>
            </w:r>
            <w:proofErr w:type="spellEnd"/>
            <w:r w:rsidRPr="00150E80">
              <w:rPr>
                <w:lang w:val="fr-FR"/>
              </w:rPr>
              <w:t xml:space="preserve"> va fi </w:t>
            </w:r>
            <w:proofErr w:type="spellStart"/>
            <w:r w:rsidRPr="00150E80">
              <w:rPr>
                <w:lang w:val="fr-FR"/>
              </w:rPr>
              <w:t>transmisă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către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președintele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consiliului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județean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general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de </w:t>
            </w:r>
            <w:proofErr w:type="spellStart"/>
            <w:r w:rsidRPr="00150E80">
              <w:rPr>
                <w:lang w:val="fr-FR"/>
              </w:rPr>
              <w:t>sector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sau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municipiului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orașului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comunei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după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caz</w:t>
            </w:r>
            <w:proofErr w:type="spellEnd"/>
            <w:r w:rsidRPr="00150E80">
              <w:rPr>
                <w:lang w:val="fr-FR"/>
              </w:rPr>
              <w:t>.</w:t>
            </w:r>
          </w:p>
        </w:tc>
      </w:tr>
    </w:tbl>
    <w:p w14:paraId="75E15653" w14:textId="77777777"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Default="00000000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78962F31" w14:textId="77777777" w:rsidR="00C85C0B" w:rsidRDefault="00C85C0B">
            <w:pPr>
              <w:keepNext/>
            </w:pPr>
          </w:p>
        </w:tc>
        <w:tc>
          <w:tcPr>
            <w:tcW w:w="4015" w:type="dxa"/>
            <w:gridSpan w:val="3"/>
          </w:tcPr>
          <w:p w14:paraId="349D53B4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12A0DF42" w14:textId="77777777" w:rsidR="00C85C0B" w:rsidRDefault="00C85C0B">
            <w:pPr>
              <w:keepNext/>
            </w:pPr>
          </w:p>
        </w:tc>
      </w:tr>
      <w:tr w:rsidR="00C85C0B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C85C0B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372DB4F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8543067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0D1BCEF" w14:textId="77777777"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14:paraId="5949C44F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DFD005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E02C3D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B1F54BC" w14:textId="77777777" w:rsidR="00C85C0B" w:rsidRDefault="00C85C0B">
            <w:pPr>
              <w:keepNext/>
            </w:pPr>
          </w:p>
        </w:tc>
      </w:tr>
      <w:tr w:rsidR="00C85C0B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C85C0B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86F192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14:paraId="50EE20EA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A7197A9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14:paraId="52D40263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2A6C818F" w14:textId="77777777" w:rsidR="00C85C0B" w:rsidRDefault="00C85C0B">
            <w:pPr>
              <w:keepNext/>
            </w:pPr>
          </w:p>
        </w:tc>
      </w:tr>
      <w:tr w:rsidR="00C85C0B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F3D8CE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075341D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0120A0F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6F18AE5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E48DEE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7B25ACF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F6960D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38B4DB2B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D48C9FB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C794EFE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4D83194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44F2C34C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303B0DDB" w14:textId="77777777" w:rsidR="00C85C0B" w:rsidRDefault="00C85C0B">
            <w:pPr>
              <w:keepNext/>
            </w:pPr>
          </w:p>
        </w:tc>
      </w:tr>
      <w:tr w:rsidR="00C85C0B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D1557B5" w14:textId="77777777" w:rsidR="00C85C0B" w:rsidRDefault="00C85C0B"/>
        </w:tc>
        <w:tc>
          <w:tcPr>
            <w:tcW w:w="5621" w:type="dxa"/>
            <w:gridSpan w:val="5"/>
          </w:tcPr>
          <w:p w14:paraId="56D269E2" w14:textId="77777777" w:rsidR="00C85C0B" w:rsidRDefault="00000000">
            <w:r>
              <w:rPr>
                <w:b/>
                <w:color w:val="0D5F78"/>
              </w:rPr>
              <w:t>E-mail</w:t>
            </w:r>
          </w:p>
          <w:p w14:paraId="6134E69B" w14:textId="77777777" w:rsidR="00C85C0B" w:rsidRDefault="00C85C0B"/>
        </w:tc>
      </w:tr>
    </w:tbl>
    <w:p w14:paraId="4DBE4EFE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Default="00000000"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notificării</w:t>
            </w:r>
            <w:proofErr w:type="spellEnd"/>
          </w:p>
          <w:p w14:paraId="782A3FB4" w14:textId="77777777" w:rsidR="00C85C0B" w:rsidRDefault="00C85C0B"/>
        </w:tc>
        <w:tc>
          <w:tcPr>
            <w:tcW w:w="2409" w:type="dxa"/>
          </w:tcPr>
          <w:p w14:paraId="07DACF42" w14:textId="77777777" w:rsidR="00C85C0B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704DDBFC" w14:textId="77777777" w:rsidR="00C85C0B" w:rsidRDefault="00C85C0B"/>
        </w:tc>
        <w:tc>
          <w:tcPr>
            <w:tcW w:w="4818" w:type="dxa"/>
          </w:tcPr>
          <w:p w14:paraId="75FD378C" w14:textId="77777777" w:rsidR="00C85C0B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0E48F05F" w14:textId="77777777" w:rsidR="00C85C0B" w:rsidRDefault="00C85C0B"/>
        </w:tc>
      </w:tr>
    </w:tbl>
    <w:p w14:paraId="13D2FF9F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</w:p>
          <w:p w14:paraId="2D6D470D" w14:textId="77777777" w:rsidR="00C85C0B" w:rsidRDefault="00000000">
            <w:pPr>
              <w:keepNext/>
            </w:pPr>
            <w:r>
              <w:rPr>
                <w:i/>
                <w:color w:val="7A7A7A"/>
              </w:rPr>
              <w:t xml:space="preserve">se </w:t>
            </w:r>
            <w:proofErr w:type="spellStart"/>
            <w:r>
              <w:rPr>
                <w:i/>
                <w:color w:val="7A7A7A"/>
              </w:rPr>
              <w:t>declară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aici</w:t>
            </w:r>
            <w:proofErr w:type="spellEnd"/>
          </w:p>
          <w:p w14:paraId="544B9697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72DCF9A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finalizării</w:t>
            </w:r>
            <w:proofErr w:type="spellEnd"/>
          </w:p>
          <w:p w14:paraId="2262F4A8" w14:textId="77777777" w:rsidR="00C85C0B" w:rsidRDefault="00C85C0B">
            <w:pPr>
              <w:keepNext/>
            </w:pPr>
          </w:p>
        </w:tc>
      </w:tr>
      <w:tr w:rsidR="00C85C0B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propusă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pentru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recepție</w:t>
            </w:r>
            <w:proofErr w:type="spellEnd"/>
          </w:p>
          <w:p w14:paraId="327C4FB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60A9FC7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40A08B01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6A018CE9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locul</w:t>
            </w:r>
            <w:proofErr w:type="spellEnd"/>
          </w:p>
          <w:p w14:paraId="5887C7E5" w14:textId="77777777" w:rsidR="00C85C0B" w:rsidRDefault="00C85C0B">
            <w:pPr>
              <w:keepNext/>
            </w:pPr>
          </w:p>
        </w:tc>
      </w:tr>
      <w:tr w:rsidR="00C85C0B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Default="00150E80">
            <w:pPr>
              <w:spacing w:line="228" w:lineRule="auto"/>
            </w:pPr>
            <w:proofErr w:type="spellStart"/>
            <w:r>
              <w:t>Legea</w:t>
            </w:r>
            <w:proofErr w:type="spellEnd"/>
            <w:r>
              <w:t xml:space="preserve"> nr.169/2026 </w:t>
            </w:r>
            <w:proofErr w:type="spellStart"/>
            <w:r w:rsidRPr="00150E80">
              <w:t>privind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Codul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amenajării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teritoriului</w:t>
            </w:r>
            <w:proofErr w:type="spellEnd"/>
            <w:r w:rsidRPr="00150E80">
              <w:t xml:space="preserve">, </w:t>
            </w:r>
            <w:proofErr w:type="spellStart"/>
            <w:r w:rsidRPr="00150E80">
              <w:t>urbanismului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și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construcțiilor</w:t>
            </w:r>
            <w:proofErr w:type="spellEnd"/>
            <w:r>
              <w:t xml:space="preserve"> nu </w:t>
            </w:r>
            <w:proofErr w:type="spellStart"/>
            <w:r>
              <w:t>instituie</w:t>
            </w:r>
            <w:proofErr w:type="spellEnd"/>
            <w:r>
              <w:t xml:space="preserve"> o </w:t>
            </w:r>
            <w:proofErr w:type="spellStart"/>
            <w:r>
              <w:t>înștiințare</w:t>
            </w:r>
            <w:proofErr w:type="spellEnd"/>
            <w:r>
              <w:t xml:space="preserve"> </w:t>
            </w:r>
            <w:proofErr w:type="spellStart"/>
            <w:r>
              <w:t>distinctă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începerea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notificate</w:t>
            </w:r>
            <w:proofErr w:type="spellEnd"/>
            <w:r>
              <w:t xml:space="preserve">; data </w:t>
            </w:r>
            <w:proofErr w:type="spellStart"/>
            <w:r>
              <w:t>începerii</w:t>
            </w:r>
            <w:proofErr w:type="spellEnd"/>
            <w:r>
              <w:t xml:space="preserve"> se </w:t>
            </w:r>
            <w:proofErr w:type="spellStart"/>
            <w:r>
              <w:t>declară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prezentul</w:t>
            </w:r>
            <w:proofErr w:type="spellEnd"/>
            <w:r>
              <w:t xml:space="preserve"> formular </w:t>
            </w:r>
            <w:proofErr w:type="spellStart"/>
            <w:r>
              <w:t>și</w:t>
            </w:r>
            <w:proofErr w:type="spellEnd"/>
            <w:r>
              <w:t xml:space="preserve"> se </w:t>
            </w:r>
            <w:proofErr w:type="spellStart"/>
            <w:r>
              <w:t>consemnează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procesul</w:t>
            </w:r>
            <w:proofErr w:type="spellEnd"/>
            <w:r>
              <w:t xml:space="preserve">-verbal de </w:t>
            </w:r>
            <w:proofErr w:type="spellStart"/>
            <w:r>
              <w:t>recepție</w:t>
            </w:r>
            <w:proofErr w:type="spellEnd"/>
            <w:r>
              <w:t>.</w:t>
            </w:r>
          </w:p>
        </w:tc>
      </w:tr>
    </w:tbl>
    <w:p w14:paraId="049D9BE6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Default="00000000">
            <w:r>
              <w:rPr>
                <w:b/>
                <w:color w:val="0D5F78"/>
              </w:rPr>
              <w:t>Data</w:t>
            </w:r>
          </w:p>
          <w:p w14:paraId="3121BEF9" w14:textId="77777777"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Default="0000000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</w:p>
          <w:p w14:paraId="2DCA5FDA" w14:textId="77777777"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65AB599" w14:textId="77777777" w:rsidR="00C85C0B" w:rsidRDefault="00C85C0B"/>
        </w:tc>
      </w:tr>
    </w:tbl>
    <w:p w14:paraId="3AF77583" w14:textId="77777777" w:rsidR="00C85C0B" w:rsidRDefault="00C85C0B">
      <w:pPr>
        <w:spacing w:line="168" w:lineRule="auto"/>
      </w:pPr>
    </w:p>
    <w:p w14:paraId="65B6E353" w14:textId="77777777" w:rsidR="003933F9" w:rsidRDefault="003933F9" w:rsidP="003933F9">
      <w:pPr>
        <w:spacing w:after="60"/>
        <w:jc w:val="center"/>
        <w:rPr>
          <w:rFonts w:ascii="Arial" w:hAnsi="Arial" w:cs="Arial"/>
          <w:b/>
          <w:sz w:val="16"/>
          <w:szCs w:val="16"/>
        </w:rPr>
      </w:pPr>
    </w:p>
    <w:p w14:paraId="7897A632" w14:textId="77777777" w:rsidR="003933F9" w:rsidRDefault="003933F9" w:rsidP="003933F9">
      <w:pPr>
        <w:spacing w:after="60"/>
        <w:jc w:val="center"/>
        <w:rPr>
          <w:rFonts w:ascii="Arial" w:hAnsi="Arial" w:cs="Arial"/>
          <w:b/>
          <w:sz w:val="16"/>
          <w:szCs w:val="16"/>
        </w:rPr>
      </w:pPr>
    </w:p>
    <w:p w14:paraId="77312E50" w14:textId="77777777" w:rsidR="003933F9" w:rsidRDefault="003933F9" w:rsidP="003933F9">
      <w:pPr>
        <w:spacing w:after="60"/>
        <w:jc w:val="center"/>
        <w:rPr>
          <w:rFonts w:ascii="Arial" w:hAnsi="Arial" w:cs="Arial"/>
          <w:b/>
          <w:sz w:val="16"/>
          <w:szCs w:val="16"/>
        </w:rPr>
      </w:pPr>
    </w:p>
    <w:p w14:paraId="5BE230C3" w14:textId="77777777" w:rsidR="003933F9" w:rsidRDefault="003933F9" w:rsidP="003933F9">
      <w:pPr>
        <w:spacing w:after="60"/>
        <w:jc w:val="center"/>
        <w:rPr>
          <w:rFonts w:ascii="Arial" w:hAnsi="Arial" w:cs="Arial"/>
          <w:b/>
          <w:sz w:val="16"/>
          <w:szCs w:val="16"/>
        </w:rPr>
      </w:pPr>
    </w:p>
    <w:p w14:paraId="2EE3082E" w14:textId="77777777" w:rsidR="003933F9" w:rsidRDefault="003933F9" w:rsidP="003933F9">
      <w:pPr>
        <w:spacing w:after="60"/>
        <w:jc w:val="center"/>
        <w:rPr>
          <w:rFonts w:ascii="Arial" w:hAnsi="Arial" w:cs="Arial"/>
          <w:b/>
          <w:sz w:val="16"/>
          <w:szCs w:val="16"/>
        </w:rPr>
      </w:pPr>
    </w:p>
    <w:p w14:paraId="42133EC5" w14:textId="77777777" w:rsidR="003933F9" w:rsidRDefault="003933F9" w:rsidP="003933F9">
      <w:pPr>
        <w:spacing w:after="60"/>
        <w:jc w:val="center"/>
        <w:rPr>
          <w:rFonts w:ascii="Arial" w:hAnsi="Arial" w:cs="Arial"/>
          <w:b/>
          <w:sz w:val="16"/>
          <w:szCs w:val="16"/>
        </w:rPr>
      </w:pPr>
    </w:p>
    <w:p w14:paraId="1A5A4585" w14:textId="77777777" w:rsidR="003933F9" w:rsidRDefault="003933F9" w:rsidP="003933F9">
      <w:pPr>
        <w:spacing w:after="60"/>
        <w:jc w:val="center"/>
        <w:rPr>
          <w:rFonts w:ascii="Arial" w:hAnsi="Arial" w:cs="Arial"/>
          <w:b/>
          <w:sz w:val="16"/>
          <w:szCs w:val="16"/>
        </w:rPr>
      </w:pPr>
    </w:p>
    <w:p w14:paraId="1DD13206" w14:textId="77777777" w:rsidR="003933F9" w:rsidRDefault="003933F9" w:rsidP="003933F9">
      <w:pPr>
        <w:spacing w:after="60"/>
        <w:jc w:val="center"/>
        <w:rPr>
          <w:rFonts w:ascii="Arial" w:hAnsi="Arial" w:cs="Arial"/>
          <w:b/>
          <w:sz w:val="16"/>
          <w:szCs w:val="16"/>
        </w:rPr>
      </w:pPr>
    </w:p>
    <w:p w14:paraId="218BA0F1" w14:textId="77777777" w:rsidR="003933F9" w:rsidRDefault="003933F9" w:rsidP="003933F9">
      <w:pPr>
        <w:spacing w:after="60"/>
        <w:jc w:val="center"/>
        <w:rPr>
          <w:rFonts w:ascii="Arial" w:hAnsi="Arial" w:cs="Arial"/>
          <w:b/>
          <w:sz w:val="16"/>
          <w:szCs w:val="16"/>
        </w:rPr>
      </w:pPr>
    </w:p>
    <w:p w14:paraId="0781E05B" w14:textId="77777777" w:rsidR="003933F9" w:rsidRDefault="003933F9" w:rsidP="003933F9">
      <w:pPr>
        <w:spacing w:after="60"/>
        <w:jc w:val="center"/>
        <w:rPr>
          <w:rFonts w:ascii="Arial" w:hAnsi="Arial" w:cs="Arial"/>
          <w:b/>
          <w:sz w:val="16"/>
          <w:szCs w:val="16"/>
        </w:rPr>
      </w:pPr>
    </w:p>
    <w:p w14:paraId="439BB9C5" w14:textId="77777777" w:rsidR="003933F9" w:rsidRDefault="003933F9" w:rsidP="003933F9">
      <w:pPr>
        <w:spacing w:after="60"/>
        <w:jc w:val="center"/>
        <w:rPr>
          <w:rFonts w:ascii="Arial" w:hAnsi="Arial" w:cs="Arial"/>
          <w:b/>
          <w:sz w:val="16"/>
          <w:szCs w:val="16"/>
        </w:rPr>
      </w:pPr>
    </w:p>
    <w:p w14:paraId="570130A0" w14:textId="77777777" w:rsidR="003933F9" w:rsidRDefault="003933F9" w:rsidP="003933F9">
      <w:pPr>
        <w:spacing w:after="60"/>
        <w:jc w:val="center"/>
        <w:rPr>
          <w:rFonts w:ascii="Arial" w:hAnsi="Arial" w:cs="Arial"/>
          <w:b/>
          <w:sz w:val="16"/>
          <w:szCs w:val="16"/>
        </w:rPr>
      </w:pPr>
    </w:p>
    <w:p w14:paraId="70E6D985" w14:textId="77777777" w:rsidR="003933F9" w:rsidRDefault="003933F9" w:rsidP="003933F9">
      <w:pPr>
        <w:spacing w:after="60"/>
        <w:jc w:val="center"/>
        <w:rPr>
          <w:rFonts w:ascii="Arial" w:hAnsi="Arial" w:cs="Arial"/>
          <w:b/>
          <w:sz w:val="16"/>
          <w:szCs w:val="16"/>
        </w:rPr>
      </w:pPr>
    </w:p>
    <w:p w14:paraId="4FE1451A" w14:textId="77777777" w:rsidR="003933F9" w:rsidRDefault="003933F9" w:rsidP="003933F9">
      <w:pPr>
        <w:spacing w:after="60"/>
        <w:jc w:val="center"/>
        <w:rPr>
          <w:rFonts w:ascii="Arial" w:hAnsi="Arial" w:cs="Arial"/>
          <w:b/>
          <w:sz w:val="16"/>
          <w:szCs w:val="16"/>
        </w:rPr>
      </w:pPr>
    </w:p>
    <w:p w14:paraId="71B5D6E7" w14:textId="77777777" w:rsidR="003933F9" w:rsidRDefault="003933F9" w:rsidP="003933F9">
      <w:pPr>
        <w:spacing w:after="60"/>
        <w:jc w:val="center"/>
        <w:rPr>
          <w:rFonts w:ascii="Arial" w:hAnsi="Arial" w:cs="Arial"/>
          <w:b/>
          <w:sz w:val="16"/>
          <w:szCs w:val="16"/>
        </w:rPr>
      </w:pPr>
    </w:p>
    <w:p w14:paraId="39AF6FCF" w14:textId="77777777" w:rsidR="003933F9" w:rsidRDefault="003933F9" w:rsidP="003933F9">
      <w:pPr>
        <w:spacing w:after="60"/>
        <w:jc w:val="center"/>
        <w:rPr>
          <w:rFonts w:ascii="Arial" w:hAnsi="Arial" w:cs="Arial"/>
          <w:b/>
          <w:sz w:val="16"/>
          <w:szCs w:val="16"/>
        </w:rPr>
      </w:pPr>
    </w:p>
    <w:p w14:paraId="1F4D89D9" w14:textId="77777777" w:rsidR="003933F9" w:rsidRDefault="003933F9" w:rsidP="003933F9">
      <w:pPr>
        <w:spacing w:after="60"/>
        <w:jc w:val="center"/>
        <w:rPr>
          <w:rFonts w:ascii="Arial" w:hAnsi="Arial" w:cs="Arial"/>
          <w:b/>
          <w:sz w:val="16"/>
          <w:szCs w:val="16"/>
        </w:rPr>
      </w:pPr>
    </w:p>
    <w:p w14:paraId="3CA7512B" w14:textId="77777777" w:rsidR="003933F9" w:rsidRDefault="003933F9" w:rsidP="003933F9">
      <w:pPr>
        <w:spacing w:after="60"/>
        <w:jc w:val="center"/>
        <w:rPr>
          <w:rFonts w:ascii="Arial" w:hAnsi="Arial" w:cs="Arial"/>
          <w:b/>
          <w:sz w:val="16"/>
          <w:szCs w:val="16"/>
        </w:rPr>
      </w:pPr>
    </w:p>
    <w:p w14:paraId="64D2C880" w14:textId="77777777" w:rsidR="003933F9" w:rsidRDefault="003933F9" w:rsidP="003933F9">
      <w:pPr>
        <w:spacing w:after="60"/>
        <w:jc w:val="center"/>
        <w:rPr>
          <w:rFonts w:ascii="Arial" w:hAnsi="Arial" w:cs="Arial"/>
          <w:b/>
          <w:sz w:val="16"/>
          <w:szCs w:val="16"/>
        </w:rPr>
      </w:pPr>
    </w:p>
    <w:p w14:paraId="45CA7ABE" w14:textId="79E1C1BF" w:rsidR="003933F9" w:rsidRPr="00F83523" w:rsidRDefault="003933F9" w:rsidP="003933F9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r w:rsidRPr="00F83523">
        <w:rPr>
          <w:rFonts w:ascii="Arial" w:hAnsi="Arial" w:cs="Arial"/>
          <w:b/>
          <w:sz w:val="16"/>
          <w:szCs w:val="16"/>
        </w:rPr>
        <w:t>NOTĂ DE INFORMARE</w:t>
      </w:r>
    </w:p>
    <w:p w14:paraId="03D397FB" w14:textId="77777777" w:rsidR="003933F9" w:rsidRPr="00F83523" w:rsidRDefault="003933F9" w:rsidP="003933F9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proofErr w:type="spellStart"/>
      <w:r w:rsidRPr="00F83523">
        <w:rPr>
          <w:rFonts w:ascii="Arial" w:hAnsi="Arial" w:cs="Arial"/>
          <w:b/>
          <w:sz w:val="16"/>
          <w:szCs w:val="16"/>
        </w:rPr>
        <w:t>În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cazul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depunerii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documentațiilor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>/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cererilor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care se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vor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soluționa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proofErr w:type="gramStart"/>
      <w:r w:rsidRPr="00F83523">
        <w:rPr>
          <w:rFonts w:ascii="Arial" w:hAnsi="Arial" w:cs="Arial"/>
          <w:b/>
          <w:sz w:val="16"/>
          <w:szCs w:val="16"/>
        </w:rPr>
        <w:t>prin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Compartimentului</w:t>
      </w:r>
      <w:proofErr w:type="spellEnd"/>
      <w:proofErr w:type="gramEnd"/>
      <w:r w:rsidRPr="00F83523">
        <w:rPr>
          <w:rFonts w:ascii="Arial" w:hAnsi="Arial" w:cs="Arial"/>
          <w:b/>
          <w:sz w:val="16"/>
          <w:szCs w:val="16"/>
        </w:rPr>
        <w:t xml:space="preserve"> Urbanism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și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Amenajarea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Teritoriului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din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cadrul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Primăriei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Comunei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Cristian</w:t>
      </w:r>
    </w:p>
    <w:p w14:paraId="677A1A33" w14:textId="77777777" w:rsidR="003933F9" w:rsidRDefault="003933F9" w:rsidP="003933F9">
      <w:pPr>
        <w:spacing w:after="60"/>
        <w:jc w:val="both"/>
        <w:rPr>
          <w:rFonts w:cs="Times New Roman"/>
          <w:bCs/>
          <w:sz w:val="18"/>
          <w:szCs w:val="18"/>
        </w:rPr>
      </w:pPr>
      <w:proofErr w:type="spellStart"/>
      <w:r w:rsidRPr="00F83523">
        <w:rPr>
          <w:rFonts w:cs="Times New Roman"/>
          <w:bCs/>
          <w:sz w:val="18"/>
          <w:szCs w:val="18"/>
        </w:rPr>
        <w:t>Primăria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Comunei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Cristian, </w:t>
      </w:r>
      <w:proofErr w:type="spellStart"/>
      <w:r w:rsidRPr="00F83523">
        <w:rPr>
          <w:rFonts w:cs="Times New Roman"/>
          <w:bCs/>
          <w:sz w:val="18"/>
          <w:szCs w:val="18"/>
        </w:rPr>
        <w:t>județul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Brașov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prelucrează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personalprin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prezenta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mijloace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automatizate</w:t>
      </w:r>
      <w:proofErr w:type="spellEnd"/>
      <w:r w:rsidRPr="00F83523">
        <w:rPr>
          <w:rFonts w:cs="Times New Roman"/>
          <w:bCs/>
          <w:sz w:val="18"/>
          <w:szCs w:val="18"/>
        </w:rPr>
        <w:t>/</w:t>
      </w:r>
      <w:proofErr w:type="spellStart"/>
      <w:r w:rsidRPr="00F83523">
        <w:rPr>
          <w:rFonts w:cs="Times New Roman"/>
          <w:bCs/>
          <w:sz w:val="18"/>
          <w:szCs w:val="18"/>
        </w:rPr>
        <w:t>manuale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destinate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obligațiilor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Este </w:t>
      </w:r>
      <w:proofErr w:type="spellStart"/>
      <w:r w:rsidRPr="00F83523">
        <w:rPr>
          <w:rFonts w:cs="Times New Roman"/>
          <w:bCs/>
          <w:sz w:val="18"/>
          <w:szCs w:val="18"/>
        </w:rPr>
        <w:t>necesar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ne </w:t>
      </w:r>
      <w:proofErr w:type="spellStart"/>
      <w:r w:rsidRPr="00F83523">
        <w:rPr>
          <w:rFonts w:cs="Times New Roman"/>
          <w:bCs/>
          <w:sz w:val="18"/>
          <w:szCs w:val="18"/>
        </w:rPr>
        <w:t>furnizați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deoarece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refuzul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determină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imposibilitatea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soluționării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Informațiile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înregistrate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sunt destinate </w:t>
      </w:r>
      <w:proofErr w:type="spellStart"/>
      <w:r w:rsidRPr="00F83523">
        <w:rPr>
          <w:rFonts w:cs="Times New Roman"/>
          <w:bCs/>
          <w:sz w:val="18"/>
          <w:szCs w:val="18"/>
        </w:rPr>
        <w:t>utilizării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către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operator </w:t>
      </w:r>
      <w:proofErr w:type="spellStart"/>
      <w:r w:rsidRPr="00F83523">
        <w:rPr>
          <w:rFonts w:cs="Times New Roman"/>
          <w:bCs/>
          <w:sz w:val="18"/>
          <w:szCs w:val="18"/>
        </w:rPr>
        <w:t>dar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pot fi </w:t>
      </w:r>
      <w:proofErr w:type="spellStart"/>
      <w:r w:rsidRPr="00F83523">
        <w:rPr>
          <w:rFonts w:cs="Times New Roman"/>
          <w:bCs/>
          <w:sz w:val="18"/>
          <w:szCs w:val="18"/>
        </w:rPr>
        <w:t>comunicate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altor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instituții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societăți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terți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baza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limitele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prevederilor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sunt </w:t>
      </w:r>
      <w:proofErr w:type="spellStart"/>
      <w:r w:rsidRPr="00F83523">
        <w:rPr>
          <w:rFonts w:cs="Times New Roman"/>
          <w:bCs/>
          <w:sz w:val="18"/>
          <w:szCs w:val="18"/>
        </w:rPr>
        <w:t>păstrate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doar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perioada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necesară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care au </w:t>
      </w:r>
      <w:proofErr w:type="spellStart"/>
      <w:r w:rsidRPr="00F83523">
        <w:rPr>
          <w:rFonts w:cs="Times New Roman"/>
          <w:bCs/>
          <w:sz w:val="18"/>
          <w:szCs w:val="18"/>
        </w:rPr>
        <w:t>fost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colectate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cu </w:t>
      </w:r>
      <w:proofErr w:type="spellStart"/>
      <w:r w:rsidRPr="00F83523">
        <w:rPr>
          <w:rFonts w:cs="Times New Roman"/>
          <w:bCs/>
          <w:sz w:val="18"/>
          <w:szCs w:val="18"/>
        </w:rPr>
        <w:t>respectarea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legislației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vigoare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Conform </w:t>
      </w:r>
      <w:proofErr w:type="spellStart"/>
      <w:r w:rsidRPr="00F83523">
        <w:rPr>
          <w:rFonts w:cs="Times New Roman"/>
          <w:bCs/>
          <w:sz w:val="18"/>
          <w:szCs w:val="18"/>
        </w:rPr>
        <w:t>Regulamentului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General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(UE) 679/2016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persoanelor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fizice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privește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personal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libera </w:t>
      </w:r>
      <w:proofErr w:type="spellStart"/>
      <w:r w:rsidRPr="00F83523">
        <w:rPr>
          <w:rFonts w:cs="Times New Roman"/>
          <w:bCs/>
          <w:sz w:val="18"/>
          <w:szCs w:val="18"/>
        </w:rPr>
        <w:t>circulație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gramStart"/>
      <w:r w:rsidRPr="00F83523">
        <w:rPr>
          <w:rFonts w:cs="Times New Roman"/>
          <w:bCs/>
          <w:sz w:val="18"/>
          <w:szCs w:val="18"/>
        </w:rPr>
        <w:t>a</w:t>
      </w:r>
      <w:proofErr w:type="gram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date, </w:t>
      </w:r>
      <w:proofErr w:type="spellStart"/>
      <w:r w:rsidRPr="00F83523">
        <w:rPr>
          <w:rFonts w:cs="Times New Roman"/>
          <w:bCs/>
          <w:sz w:val="18"/>
          <w:szCs w:val="18"/>
        </w:rPr>
        <w:t>beneficiați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acces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rectificarea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ștergerea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restricționarea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portabilitatea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opoziție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nu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fi </w:t>
      </w:r>
      <w:proofErr w:type="spellStart"/>
      <w:r w:rsidRPr="00F83523">
        <w:rPr>
          <w:rFonts w:cs="Times New Roman"/>
          <w:bCs/>
          <w:sz w:val="18"/>
          <w:szCs w:val="18"/>
        </w:rPr>
        <w:t>supus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unui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individual </w:t>
      </w:r>
      <w:proofErr w:type="spellStart"/>
      <w:r w:rsidRPr="00F83523">
        <w:rPr>
          <w:rFonts w:cs="Times New Roman"/>
          <w:bCs/>
          <w:sz w:val="18"/>
          <w:szCs w:val="18"/>
        </w:rPr>
        <w:t>automatizat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execrcitarea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drepturi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puteți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o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scrisă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datată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semnată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sediul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primăriei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e-mail </w:t>
      </w:r>
      <w:hyperlink r:id="rId10" w:history="1">
        <w:r w:rsidRPr="00F83523">
          <w:rPr>
            <w:rStyle w:val="Hyperlink"/>
            <w:rFonts w:cs="Times New Roman"/>
            <w:bCs/>
            <w:sz w:val="18"/>
            <w:szCs w:val="18"/>
          </w:rPr>
          <w:t>registratura@primariacristian.ro</w:t>
        </w:r>
      </w:hyperlink>
      <w:r w:rsidRPr="00F83523">
        <w:rPr>
          <w:rFonts w:cs="Times New Roman"/>
          <w:bCs/>
          <w:sz w:val="18"/>
          <w:szCs w:val="18"/>
        </w:rPr>
        <w:t xml:space="preserve">. De </w:t>
      </w:r>
      <w:proofErr w:type="spellStart"/>
      <w:r w:rsidRPr="00F83523">
        <w:rPr>
          <w:rFonts w:cs="Times New Roman"/>
          <w:bCs/>
          <w:sz w:val="18"/>
          <w:szCs w:val="18"/>
        </w:rPr>
        <w:t>asemenea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este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recunoscut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ANSPDCP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justiției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nu sunt </w:t>
      </w:r>
      <w:proofErr w:type="spellStart"/>
      <w:r w:rsidRPr="00F83523">
        <w:rPr>
          <w:rFonts w:cs="Times New Roman"/>
          <w:bCs/>
          <w:sz w:val="18"/>
          <w:szCs w:val="18"/>
        </w:rPr>
        <w:t>transferate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străinătate</w:t>
      </w:r>
      <w:proofErr w:type="spellEnd"/>
      <w:r w:rsidRPr="00F83523">
        <w:rPr>
          <w:rFonts w:cs="Times New Roman"/>
          <w:bCs/>
          <w:sz w:val="18"/>
          <w:szCs w:val="18"/>
        </w:rPr>
        <w:t>.</w:t>
      </w:r>
    </w:p>
    <w:p w14:paraId="524C0233" w14:textId="77777777" w:rsidR="003933F9" w:rsidRPr="00F83523" w:rsidRDefault="003933F9" w:rsidP="003933F9">
      <w:pPr>
        <w:spacing w:after="60"/>
        <w:jc w:val="both"/>
        <w:rPr>
          <w:rFonts w:cs="Times New Roman"/>
          <w:bCs/>
          <w:sz w:val="18"/>
          <w:szCs w:val="18"/>
        </w:rPr>
      </w:pPr>
    </w:p>
    <w:p w14:paraId="48FD390A" w14:textId="77777777" w:rsidR="003933F9" w:rsidRPr="004A0D27" w:rsidRDefault="003933F9" w:rsidP="003933F9">
      <w:pPr>
        <w:spacing w:after="60"/>
        <w:ind w:firstLine="720"/>
        <w:jc w:val="both"/>
        <w:rPr>
          <w:bCs/>
          <w:i/>
          <w:iCs/>
          <w:sz w:val="20"/>
          <w:szCs w:val="20"/>
        </w:rPr>
      </w:pPr>
      <w:r w:rsidRPr="00F83523">
        <w:rPr>
          <w:rFonts w:ascii="Arial" w:hAnsi="Arial" w:cs="Arial"/>
          <w:b/>
          <w:sz w:val="20"/>
          <w:szCs w:val="20"/>
        </w:rPr>
        <w:t xml:space="preserve"> </w:t>
      </w:r>
      <w:r w:rsidRPr="004A0D27">
        <w:rPr>
          <w:bCs/>
          <w:i/>
          <w:iCs/>
          <w:sz w:val="20"/>
          <w:szCs w:val="20"/>
        </w:rPr>
        <w:t>Subsemnata/Subsemnatul.....................................................................................................................</w:t>
      </w:r>
      <w:r w:rsidRPr="004A0D27">
        <w:rPr>
          <w:bCs/>
          <w:i/>
          <w:iCs/>
          <w:sz w:val="20"/>
          <w:szCs w:val="20"/>
          <w:vertAlign w:val="superscript"/>
        </w:rPr>
        <w:t>1</w:t>
      </w:r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având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codul</w:t>
      </w:r>
      <w:proofErr w:type="spellEnd"/>
      <w:r w:rsidRPr="004A0D27">
        <w:rPr>
          <w:bCs/>
          <w:i/>
          <w:iCs/>
          <w:sz w:val="20"/>
          <w:szCs w:val="20"/>
        </w:rPr>
        <w:t xml:space="preserve"> numeric personal ......................................................................</w:t>
      </w:r>
      <w:proofErr w:type="gramStart"/>
      <w:r w:rsidRPr="004A0D27">
        <w:rPr>
          <w:bCs/>
          <w:i/>
          <w:iCs/>
          <w:sz w:val="20"/>
          <w:szCs w:val="20"/>
          <w:vertAlign w:val="superscript"/>
        </w:rPr>
        <w:t>1</w:t>
      </w:r>
      <w:r w:rsidRPr="004A0D27">
        <w:rPr>
          <w:bCs/>
          <w:i/>
          <w:iCs/>
          <w:sz w:val="20"/>
          <w:szCs w:val="20"/>
        </w:rPr>
        <w:t xml:space="preserve">,  </w:t>
      </w:r>
      <w:proofErr w:type="spellStart"/>
      <w:r w:rsidRPr="004A0D27">
        <w:rPr>
          <w:bCs/>
          <w:i/>
          <w:iCs/>
          <w:sz w:val="20"/>
          <w:szCs w:val="20"/>
        </w:rPr>
        <w:t>declar</w:t>
      </w:r>
      <w:proofErr w:type="spellEnd"/>
      <w:proofErr w:type="gram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prin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</w:t>
      </w:r>
      <w:proofErr w:type="spellEnd"/>
      <w:r w:rsidRPr="004A0D27">
        <w:rPr>
          <w:bCs/>
          <w:i/>
          <w:iCs/>
          <w:sz w:val="20"/>
          <w:szCs w:val="20"/>
        </w:rPr>
        <w:t xml:space="preserve"> pe propria </w:t>
      </w:r>
      <w:proofErr w:type="spellStart"/>
      <w:r w:rsidRPr="004A0D27">
        <w:rPr>
          <w:bCs/>
          <w:i/>
          <w:iCs/>
          <w:sz w:val="20"/>
          <w:szCs w:val="20"/>
        </w:rPr>
        <w:t>răspundere</w:t>
      </w:r>
      <w:proofErr w:type="spellEnd"/>
      <w:r w:rsidRPr="004A0D27">
        <w:rPr>
          <w:bCs/>
          <w:i/>
          <w:iCs/>
          <w:sz w:val="20"/>
          <w:szCs w:val="20"/>
        </w:rPr>
        <w:t xml:space="preserve">,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toate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furnizate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și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consemnate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cerere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r w:rsidRPr="004A0D27">
        <w:rPr>
          <w:b/>
          <w:bCs/>
          <w:i/>
          <w:iCs/>
          <w:sz w:val="20"/>
          <w:szCs w:val="20"/>
        </w:rPr>
        <w:t xml:space="preserve">sunt </w:t>
      </w:r>
      <w:proofErr w:type="spellStart"/>
      <w:r w:rsidRPr="004A0D27">
        <w:rPr>
          <w:b/>
          <w:bCs/>
          <w:i/>
          <w:iCs/>
          <w:sz w:val="20"/>
          <w:szCs w:val="20"/>
        </w:rPr>
        <w:t>corecte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și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complete</w:t>
      </w:r>
      <w:r w:rsidRPr="004A0D27">
        <w:rPr>
          <w:bCs/>
          <w:i/>
          <w:iCs/>
          <w:sz w:val="20"/>
          <w:szCs w:val="20"/>
        </w:rPr>
        <w:t xml:space="preserve">. </w:t>
      </w:r>
      <w:proofErr w:type="spellStart"/>
      <w:r w:rsidRPr="004A0D27">
        <w:rPr>
          <w:bCs/>
          <w:i/>
          <w:iCs/>
          <w:sz w:val="20"/>
          <w:szCs w:val="20"/>
        </w:rPr>
        <w:t>Înțeleg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omisiunea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sau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incorectitudinea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prezentarea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documentelor</w:t>
      </w:r>
      <w:proofErr w:type="spellEnd"/>
      <w:r w:rsidRPr="004A0D27">
        <w:rPr>
          <w:bCs/>
          <w:i/>
          <w:iCs/>
          <w:sz w:val="20"/>
          <w:szCs w:val="20"/>
        </w:rPr>
        <w:t xml:space="preserve">,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scopul</w:t>
      </w:r>
      <w:proofErr w:type="spellEnd"/>
      <w:r w:rsidRPr="004A0D27">
        <w:rPr>
          <w:bCs/>
          <w:i/>
          <w:iCs/>
          <w:sz w:val="20"/>
          <w:szCs w:val="20"/>
        </w:rPr>
        <w:t xml:space="preserve"> de </w:t>
      </w:r>
      <w:proofErr w:type="gramStart"/>
      <w:r w:rsidRPr="004A0D27">
        <w:rPr>
          <w:bCs/>
          <w:i/>
          <w:iCs/>
          <w:sz w:val="20"/>
          <w:szCs w:val="20"/>
        </w:rPr>
        <w:t>a</w:t>
      </w:r>
      <w:proofErr w:type="gram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obține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avantaje</w:t>
      </w:r>
      <w:proofErr w:type="spellEnd"/>
      <w:r w:rsidRPr="004A0D27">
        <w:rPr>
          <w:bCs/>
          <w:i/>
          <w:iCs/>
          <w:sz w:val="20"/>
          <w:szCs w:val="20"/>
        </w:rPr>
        <w:t xml:space="preserve"> se </w:t>
      </w:r>
      <w:proofErr w:type="spellStart"/>
      <w:r w:rsidRPr="004A0D27">
        <w:rPr>
          <w:bCs/>
          <w:i/>
          <w:iCs/>
          <w:sz w:val="20"/>
          <w:szCs w:val="20"/>
        </w:rPr>
        <w:t>pedepsește</w:t>
      </w:r>
      <w:proofErr w:type="spellEnd"/>
      <w:r w:rsidRPr="004A0D27">
        <w:rPr>
          <w:bCs/>
          <w:i/>
          <w:iCs/>
          <w:sz w:val="20"/>
          <w:szCs w:val="20"/>
        </w:rPr>
        <w:t xml:space="preserve"> conform </w:t>
      </w:r>
      <w:proofErr w:type="spellStart"/>
      <w:r w:rsidRPr="004A0D27">
        <w:rPr>
          <w:bCs/>
          <w:i/>
          <w:iCs/>
          <w:sz w:val="20"/>
          <w:szCs w:val="20"/>
        </w:rPr>
        <w:t>legii</w:t>
      </w:r>
      <w:proofErr w:type="spellEnd"/>
      <w:r w:rsidRPr="004A0D27">
        <w:rPr>
          <w:bCs/>
          <w:i/>
          <w:iCs/>
          <w:sz w:val="20"/>
          <w:szCs w:val="20"/>
        </w:rPr>
        <w:t>.</w:t>
      </w:r>
    </w:p>
    <w:p w14:paraId="35821EA8" w14:textId="77777777" w:rsidR="003933F9" w:rsidRPr="004A0D27" w:rsidRDefault="003933F9" w:rsidP="003933F9">
      <w:pPr>
        <w:spacing w:after="60"/>
        <w:ind w:firstLine="720"/>
        <w:jc w:val="both"/>
        <w:rPr>
          <w:rFonts w:cs="Times New Roman"/>
          <w:b/>
          <w:i/>
          <w:iCs/>
          <w:sz w:val="20"/>
          <w:szCs w:val="20"/>
        </w:rPr>
      </w:pPr>
      <w:r w:rsidRPr="004A0D27">
        <w:rPr>
          <w:rFonts w:cs="Times New Roman"/>
          <w:b/>
          <w:i/>
          <w:iCs/>
          <w:sz w:val="20"/>
          <w:szCs w:val="20"/>
        </w:rPr>
        <w:t xml:space="preserve">Prin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prezenta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declar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fost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/ă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datele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caracter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personal sunt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scopul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pentru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îndeplinirea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atribuțiilor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legale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ale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instituției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.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luat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cunoștiință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informațiile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cererea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depusă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anexate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aceasta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vor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fi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către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Primăria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Comunei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Cristian,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respectarea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prevederilor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Regulamentului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(UE) 679/2016.</w:t>
      </w:r>
    </w:p>
    <w:p w14:paraId="5BDEEDB1" w14:textId="77777777" w:rsidR="003933F9" w:rsidRPr="004A0D27" w:rsidRDefault="003933F9" w:rsidP="003933F9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       </w:t>
      </w:r>
      <w:r w:rsidRPr="004A0D27">
        <w:rPr>
          <w:bCs/>
          <w:i/>
          <w:iCs/>
          <w:sz w:val="20"/>
          <w:szCs w:val="20"/>
        </w:rPr>
        <w:t xml:space="preserve">Data ........, </w:t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  <w:t xml:space="preserve"> </w:t>
      </w:r>
      <w:r w:rsidRPr="004A0D27">
        <w:rPr>
          <w:bCs/>
          <w:i/>
          <w:iCs/>
          <w:sz w:val="20"/>
          <w:szCs w:val="20"/>
        </w:rPr>
        <w:sym w:font="Wingdings" w:char="F03F"/>
      </w:r>
      <w:r w:rsidRPr="004A0D27">
        <w:rPr>
          <w:bCs/>
          <w:i/>
          <w:iCs/>
          <w:sz w:val="20"/>
          <w:szCs w:val="20"/>
        </w:rPr>
        <w:t xml:space="preserve"> ......</w:t>
      </w:r>
      <w:r>
        <w:rPr>
          <w:bCs/>
          <w:i/>
          <w:iCs/>
          <w:sz w:val="20"/>
          <w:szCs w:val="20"/>
        </w:rPr>
        <w:t>.......</w:t>
      </w:r>
      <w:r w:rsidRPr="004A0D27">
        <w:rPr>
          <w:bCs/>
          <w:i/>
          <w:iCs/>
          <w:sz w:val="20"/>
          <w:szCs w:val="20"/>
        </w:rPr>
        <w:t>.</w:t>
      </w:r>
      <w:r>
        <w:rPr>
          <w:bCs/>
          <w:i/>
          <w:iCs/>
          <w:sz w:val="20"/>
          <w:szCs w:val="20"/>
        </w:rPr>
        <w:t>.....</w:t>
      </w:r>
      <w:r w:rsidRPr="004A0D27">
        <w:rPr>
          <w:bCs/>
          <w:i/>
          <w:iCs/>
          <w:sz w:val="20"/>
          <w:szCs w:val="20"/>
        </w:rPr>
        <w:t>...................</w:t>
      </w:r>
      <w:r w:rsidRPr="004A0D27">
        <w:rPr>
          <w:bCs/>
          <w:i/>
          <w:iCs/>
          <w:sz w:val="20"/>
          <w:szCs w:val="20"/>
          <w:vertAlign w:val="superscript"/>
        </w:rPr>
        <w:t>3</w:t>
      </w:r>
      <w:r w:rsidRPr="004A0D27">
        <w:rPr>
          <w:bCs/>
          <w:i/>
          <w:iCs/>
          <w:sz w:val="20"/>
          <w:szCs w:val="20"/>
        </w:rPr>
        <w:t xml:space="preserve"> </w:t>
      </w:r>
    </w:p>
    <w:p w14:paraId="12519744" w14:textId="77777777" w:rsidR="003933F9" w:rsidRPr="00A73A85" w:rsidRDefault="003933F9" w:rsidP="003933F9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4"/>
          <w:szCs w:val="24"/>
        </w:rPr>
      </w:pPr>
    </w:p>
    <w:p w14:paraId="5F24B7C2" w14:textId="77777777" w:rsidR="003933F9" w:rsidRPr="00D51051" w:rsidRDefault="003933F9" w:rsidP="003933F9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1</w:t>
      </w:r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Prenumele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NUMELE, </w:t>
      </w:r>
      <w:proofErr w:type="spellStart"/>
      <w:r w:rsidRPr="00D51051">
        <w:rPr>
          <w:bCs/>
          <w:sz w:val="14"/>
          <w:szCs w:val="14"/>
        </w:rPr>
        <w:t>în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clar</w:t>
      </w:r>
      <w:proofErr w:type="spellEnd"/>
      <w:r w:rsidRPr="00D51051">
        <w:rPr>
          <w:bCs/>
          <w:sz w:val="14"/>
          <w:szCs w:val="14"/>
        </w:rPr>
        <w:t xml:space="preserve">. </w:t>
      </w:r>
      <w:r w:rsidRPr="00D51051">
        <w:rPr>
          <w:bCs/>
          <w:sz w:val="14"/>
          <w:szCs w:val="14"/>
          <w:vertAlign w:val="superscript"/>
        </w:rPr>
        <w:t>2</w:t>
      </w:r>
      <w:r w:rsidRPr="00D51051">
        <w:rPr>
          <w:bCs/>
          <w:sz w:val="14"/>
          <w:szCs w:val="14"/>
        </w:rPr>
        <w:t xml:space="preserve">Potrivit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din </w:t>
      </w:r>
      <w:proofErr w:type="spellStart"/>
      <w:r w:rsidRPr="00D51051">
        <w:rPr>
          <w:bCs/>
          <w:sz w:val="14"/>
          <w:szCs w:val="14"/>
        </w:rPr>
        <w:t>actul</w:t>
      </w:r>
      <w:proofErr w:type="spellEnd"/>
      <w:r w:rsidRPr="00D51051">
        <w:rPr>
          <w:bCs/>
          <w:sz w:val="14"/>
          <w:szCs w:val="14"/>
        </w:rPr>
        <w:t xml:space="preserve"> de </w:t>
      </w:r>
      <w:proofErr w:type="spellStart"/>
      <w:r w:rsidRPr="00D51051">
        <w:rPr>
          <w:bCs/>
          <w:sz w:val="14"/>
          <w:szCs w:val="14"/>
        </w:rPr>
        <w:t>identitate</w:t>
      </w:r>
      <w:proofErr w:type="spellEnd"/>
      <w:r w:rsidRPr="00D51051">
        <w:rPr>
          <w:bCs/>
          <w:sz w:val="14"/>
          <w:szCs w:val="14"/>
        </w:rPr>
        <w:t>;</w:t>
      </w:r>
    </w:p>
    <w:p w14:paraId="1EAA8630" w14:textId="77777777" w:rsidR="003933F9" w:rsidRPr="00D51051" w:rsidRDefault="003933F9" w:rsidP="003933F9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3</w:t>
      </w:r>
      <w:r w:rsidRPr="00D51051">
        <w:rPr>
          <w:bCs/>
          <w:sz w:val="14"/>
          <w:szCs w:val="14"/>
        </w:rPr>
        <w:t xml:space="preserve">Prin </w:t>
      </w:r>
      <w:proofErr w:type="spellStart"/>
      <w:r w:rsidRPr="00D51051">
        <w:rPr>
          <w:bCs/>
          <w:sz w:val="14"/>
          <w:szCs w:val="14"/>
        </w:rPr>
        <w:t>semnare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consimt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prelucrarea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cu </w:t>
      </w:r>
      <w:proofErr w:type="spellStart"/>
      <w:r w:rsidRPr="00D51051">
        <w:rPr>
          <w:bCs/>
          <w:sz w:val="14"/>
          <w:szCs w:val="14"/>
        </w:rPr>
        <w:t>caracter</w:t>
      </w:r>
      <w:proofErr w:type="spellEnd"/>
      <w:r w:rsidRPr="00D51051">
        <w:rPr>
          <w:bCs/>
          <w:sz w:val="14"/>
          <w:szCs w:val="14"/>
        </w:rPr>
        <w:t xml:space="preserve"> personal.</w:t>
      </w:r>
    </w:p>
    <w:p w14:paraId="0EEAAAD2" w14:textId="77777777" w:rsidR="003933F9" w:rsidRPr="00F83523" w:rsidRDefault="003933F9" w:rsidP="003933F9">
      <w:pPr>
        <w:tabs>
          <w:tab w:val="left" w:pos="935"/>
          <w:tab w:val="left" w:pos="1122"/>
          <w:tab w:val="left" w:pos="1309"/>
        </w:tabs>
        <w:jc w:val="both"/>
        <w:rPr>
          <w:bCs/>
          <w:sz w:val="16"/>
          <w:szCs w:val="16"/>
        </w:rPr>
      </w:pPr>
    </w:p>
    <w:p w14:paraId="5BA7E36C" w14:textId="77777777" w:rsidR="003933F9" w:rsidRPr="00F83523" w:rsidRDefault="003933F9" w:rsidP="003933F9">
      <w:pPr>
        <w:jc w:val="both"/>
        <w:rPr>
          <w:sz w:val="16"/>
          <w:szCs w:val="16"/>
        </w:rPr>
      </w:pPr>
      <w:r w:rsidRPr="00F83523">
        <w:rPr>
          <w:b/>
          <w:sz w:val="16"/>
          <w:szCs w:val="16"/>
        </w:rPr>
        <w:t xml:space="preserve">FOARTE IMPORTANT: </w:t>
      </w:r>
      <w:proofErr w:type="spellStart"/>
      <w:r w:rsidRPr="00F83523">
        <w:rPr>
          <w:b/>
          <w:sz w:val="16"/>
          <w:szCs w:val="16"/>
        </w:rPr>
        <w:t>Potrivit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prevederilor</w:t>
      </w:r>
      <w:proofErr w:type="spellEnd"/>
      <w:r w:rsidRPr="00F83523">
        <w:rPr>
          <w:b/>
          <w:sz w:val="16"/>
          <w:szCs w:val="16"/>
        </w:rPr>
        <w:t xml:space="preserve"> art. 1 </w:t>
      </w:r>
      <w:proofErr w:type="spellStart"/>
      <w:r w:rsidRPr="00F83523">
        <w:rPr>
          <w:b/>
          <w:sz w:val="16"/>
          <w:szCs w:val="16"/>
        </w:rPr>
        <w:t>alin</w:t>
      </w:r>
      <w:proofErr w:type="spellEnd"/>
      <w:r w:rsidRPr="00F83523">
        <w:rPr>
          <w:b/>
          <w:sz w:val="16"/>
          <w:szCs w:val="16"/>
        </w:rPr>
        <w:t xml:space="preserve">. (1) din </w:t>
      </w:r>
      <w:proofErr w:type="spellStart"/>
      <w:r w:rsidRPr="00F83523">
        <w:rPr>
          <w:b/>
          <w:sz w:val="16"/>
          <w:szCs w:val="16"/>
        </w:rPr>
        <w:t>Legea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contenciosului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nr. 554/2004, cu </w:t>
      </w:r>
      <w:proofErr w:type="spellStart"/>
      <w:r w:rsidRPr="00F83523">
        <w:rPr>
          <w:b/>
          <w:sz w:val="16"/>
          <w:szCs w:val="16"/>
        </w:rPr>
        <w:t>modificările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și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completările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ulterioare</w:t>
      </w:r>
      <w:proofErr w:type="spellEnd"/>
      <w:r w:rsidRPr="00F83523">
        <w:rPr>
          <w:b/>
          <w:sz w:val="16"/>
          <w:szCs w:val="16"/>
        </w:rPr>
        <w:t xml:space="preserve">: </w:t>
      </w:r>
      <w:proofErr w:type="spellStart"/>
      <w:r w:rsidRPr="00F83523">
        <w:rPr>
          <w:b/>
          <w:sz w:val="16"/>
          <w:szCs w:val="16"/>
        </w:rPr>
        <w:t>Petentul</w:t>
      </w:r>
      <w:proofErr w:type="spellEnd"/>
      <w:r w:rsidRPr="00F83523">
        <w:rPr>
          <w:b/>
          <w:sz w:val="16"/>
          <w:szCs w:val="16"/>
        </w:rPr>
        <w:t xml:space="preserve"> care se </w:t>
      </w:r>
      <w:proofErr w:type="spellStart"/>
      <w:r w:rsidRPr="00F83523">
        <w:rPr>
          <w:b/>
          <w:sz w:val="16"/>
          <w:szCs w:val="16"/>
        </w:rPr>
        <w:t>consideră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vătămat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drept</w:t>
      </w:r>
      <w:proofErr w:type="spellEnd"/>
      <w:r w:rsidRPr="00F83523">
        <w:rPr>
          <w:b/>
          <w:sz w:val="16"/>
          <w:szCs w:val="16"/>
        </w:rPr>
        <w:t xml:space="preserve"> al </w:t>
      </w:r>
      <w:proofErr w:type="spellStart"/>
      <w:r w:rsidRPr="00F83523">
        <w:rPr>
          <w:b/>
          <w:sz w:val="16"/>
          <w:szCs w:val="16"/>
        </w:rPr>
        <w:t>său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ori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interes</w:t>
      </w:r>
      <w:proofErr w:type="spellEnd"/>
      <w:r w:rsidRPr="00F83523">
        <w:rPr>
          <w:b/>
          <w:sz w:val="16"/>
          <w:szCs w:val="16"/>
        </w:rPr>
        <w:t xml:space="preserve"> legitim </w:t>
      </w:r>
      <w:proofErr w:type="spellStart"/>
      <w:r w:rsidRPr="00F83523">
        <w:rPr>
          <w:b/>
          <w:sz w:val="16"/>
          <w:szCs w:val="16"/>
        </w:rPr>
        <w:t>prin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solicitarea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acestei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declarații</w:t>
      </w:r>
      <w:proofErr w:type="spellEnd"/>
      <w:r w:rsidRPr="00F83523">
        <w:rPr>
          <w:b/>
          <w:sz w:val="16"/>
          <w:szCs w:val="16"/>
        </w:rPr>
        <w:t xml:space="preserve">, se </w:t>
      </w:r>
      <w:proofErr w:type="spellStart"/>
      <w:r w:rsidRPr="00F83523">
        <w:rPr>
          <w:b/>
          <w:sz w:val="16"/>
          <w:szCs w:val="16"/>
        </w:rPr>
        <w:t>poate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adresa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instanței</w:t>
      </w:r>
      <w:proofErr w:type="spellEnd"/>
      <w:r w:rsidRPr="00F83523">
        <w:rPr>
          <w:b/>
          <w:sz w:val="16"/>
          <w:szCs w:val="16"/>
        </w:rPr>
        <w:t xml:space="preserve"> de </w:t>
      </w:r>
      <w:proofErr w:type="spellStart"/>
      <w:r w:rsidRPr="00F83523">
        <w:rPr>
          <w:b/>
          <w:sz w:val="16"/>
          <w:szCs w:val="16"/>
        </w:rPr>
        <w:t>contencios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competente</w:t>
      </w:r>
      <w:proofErr w:type="spellEnd"/>
      <w:r w:rsidRPr="00F83523">
        <w:rPr>
          <w:b/>
          <w:sz w:val="16"/>
          <w:szCs w:val="16"/>
        </w:rPr>
        <w:t>.</w:t>
      </w:r>
    </w:p>
    <w:p w14:paraId="52CC9BB9" w14:textId="77777777" w:rsidR="003933F9" w:rsidRDefault="003933F9" w:rsidP="003933F9">
      <w:pPr>
        <w:spacing w:line="168" w:lineRule="auto"/>
      </w:pPr>
    </w:p>
    <w:p w14:paraId="2EA42FB2" w14:textId="77777777" w:rsidR="003933F9" w:rsidRDefault="003933F9">
      <w:pPr>
        <w:spacing w:line="168" w:lineRule="auto"/>
      </w:pPr>
    </w:p>
    <w:sectPr w:rsidR="003933F9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C3D7A" w14:textId="77777777" w:rsidR="000E632B" w:rsidRDefault="000E632B">
      <w:r>
        <w:separator/>
      </w:r>
    </w:p>
  </w:endnote>
  <w:endnote w:type="continuationSeparator" w:id="0">
    <w:p w14:paraId="1A9A0906" w14:textId="77777777" w:rsidR="000E632B" w:rsidRDefault="000E6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oudyOlSt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5726" w14:textId="77777777" w:rsidR="00C85C0B" w:rsidRDefault="00000000">
    <w:pPr>
      <w:pStyle w:val="Footer"/>
      <w:tabs>
        <w:tab w:val="right" w:pos="9639"/>
      </w:tabs>
    </w:pPr>
    <w:r>
      <w:rPr>
        <w:color w:val="595959"/>
      </w:rPr>
      <w:t xml:space="preserve">F_NOT_07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57ECF" w14:textId="77777777" w:rsidR="000E632B" w:rsidRDefault="000E632B">
      <w:r>
        <w:separator/>
      </w:r>
    </w:p>
  </w:footnote>
  <w:footnote w:type="continuationSeparator" w:id="0">
    <w:p w14:paraId="3733B12E" w14:textId="77777777" w:rsidR="000E632B" w:rsidRDefault="000E63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328430">
    <w:abstractNumId w:val="8"/>
  </w:num>
  <w:num w:numId="2" w16cid:durableId="1130898323">
    <w:abstractNumId w:val="6"/>
  </w:num>
  <w:num w:numId="3" w16cid:durableId="896206482">
    <w:abstractNumId w:val="5"/>
  </w:num>
  <w:num w:numId="4" w16cid:durableId="274681599">
    <w:abstractNumId w:val="4"/>
  </w:num>
  <w:num w:numId="5" w16cid:durableId="1333411861">
    <w:abstractNumId w:val="7"/>
  </w:num>
  <w:num w:numId="6" w16cid:durableId="1480608108">
    <w:abstractNumId w:val="3"/>
  </w:num>
  <w:num w:numId="7" w16cid:durableId="2120636634">
    <w:abstractNumId w:val="2"/>
  </w:num>
  <w:num w:numId="8" w16cid:durableId="967707077">
    <w:abstractNumId w:val="1"/>
  </w:num>
  <w:num w:numId="9" w16cid:durableId="184912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632B"/>
    <w:rsid w:val="0015074B"/>
    <w:rsid w:val="00150E80"/>
    <w:rsid w:val="0029639D"/>
    <w:rsid w:val="00326F90"/>
    <w:rsid w:val="003933F9"/>
    <w:rsid w:val="003A7070"/>
    <w:rsid w:val="003F0F62"/>
    <w:rsid w:val="00490E5D"/>
    <w:rsid w:val="005C02E4"/>
    <w:rsid w:val="00730580"/>
    <w:rsid w:val="00AA1D8D"/>
    <w:rsid w:val="00B47730"/>
    <w:rsid w:val="00B94163"/>
    <w:rsid w:val="00C85C0B"/>
    <w:rsid w:val="00CB0664"/>
    <w:rsid w:val="00E61A6B"/>
    <w:rsid w:val="00F02A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F02A8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egistratura@primariacristian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gistratura@primariacristia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Atanasoaie Maria</dc:creator>
  <cp:keywords/>
  <cp:lastModifiedBy>mihaela arhitect</cp:lastModifiedBy>
  <cp:revision>4</cp:revision>
  <cp:lastPrinted>2026-08-31T11:39:00Z</cp:lastPrinted>
  <dcterms:created xsi:type="dcterms:W3CDTF">2026-08-31T11:38:00Z</dcterms:created>
  <dcterms:modified xsi:type="dcterms:W3CDTF">2026-08-31T11:39:00Z</dcterms:modified>
  <cp:category/>
</cp:coreProperties>
</file>